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471" w:rsidRPr="008273AB" w:rsidRDefault="008B3471">
      <w:pPr>
        <w:autoSpaceDE w:val="0"/>
        <w:autoSpaceDN w:val="0"/>
        <w:spacing w:after="78" w:line="220" w:lineRule="exact"/>
        <w:rPr>
          <w:rFonts w:ascii="Times New Roman" w:hAnsi="Times New Roman" w:cs="Times New Roman"/>
        </w:rPr>
      </w:pPr>
      <w:bookmarkStart w:id="0" w:name="_GoBack"/>
      <w:bookmarkEnd w:id="0"/>
    </w:p>
    <w:p w:rsidR="008B3471" w:rsidRPr="008273AB" w:rsidRDefault="001C478F">
      <w:pPr>
        <w:autoSpaceDE w:val="0"/>
        <w:autoSpaceDN w:val="0"/>
        <w:spacing w:after="0" w:line="230" w:lineRule="auto"/>
        <w:ind w:left="1494"/>
        <w:rPr>
          <w:rFonts w:ascii="Times New Roman" w:hAnsi="Times New Roman" w:cs="Times New Roman"/>
          <w:lang w:val="ru-RU"/>
        </w:rPr>
      </w:pPr>
      <w:r w:rsidRPr="008273AB">
        <w:rPr>
          <w:rFonts w:ascii="Times New Roman" w:eastAsia="Times New Roman" w:hAnsi="Times New Roman" w:cs="Times New Roman"/>
          <w:b/>
          <w:color w:val="000000"/>
          <w:sz w:val="24"/>
          <w:lang w:val="ru-RU"/>
        </w:rPr>
        <w:t>МИНИСТЕРСТВО ПРОСВЕЩЕНИЯ РОССИЙСКОЙ ФЕДЕРАЦИИ</w:t>
      </w:r>
    </w:p>
    <w:p w:rsidR="008B3471" w:rsidRPr="008273AB" w:rsidRDefault="001C478F">
      <w:pPr>
        <w:autoSpaceDE w:val="0"/>
        <w:autoSpaceDN w:val="0"/>
        <w:spacing w:before="670" w:after="0" w:line="230" w:lineRule="auto"/>
        <w:ind w:left="2286"/>
        <w:rPr>
          <w:rFonts w:ascii="Times New Roman" w:hAnsi="Times New Roman" w:cs="Times New Roman"/>
          <w:lang w:val="ru-RU"/>
        </w:rPr>
      </w:pPr>
      <w:r w:rsidRPr="008273AB">
        <w:rPr>
          <w:rFonts w:ascii="Times New Roman" w:eastAsia="Times New Roman" w:hAnsi="Times New Roman" w:cs="Times New Roman"/>
          <w:color w:val="000000"/>
          <w:sz w:val="24"/>
          <w:lang w:val="ru-RU"/>
        </w:rPr>
        <w:t>Министерство образования и науки Республики Татарстан</w:t>
      </w:r>
    </w:p>
    <w:p w:rsidR="008B3471" w:rsidRPr="008273AB" w:rsidRDefault="001C478F">
      <w:pPr>
        <w:autoSpaceDE w:val="0"/>
        <w:autoSpaceDN w:val="0"/>
        <w:spacing w:before="670" w:after="0" w:line="230" w:lineRule="auto"/>
        <w:ind w:left="732"/>
        <w:rPr>
          <w:rFonts w:ascii="Times New Roman" w:hAnsi="Times New Roman" w:cs="Times New Roman"/>
          <w:lang w:val="ru-RU"/>
        </w:rPr>
      </w:pPr>
      <w:r w:rsidRPr="008273AB">
        <w:rPr>
          <w:rFonts w:ascii="Times New Roman" w:eastAsia="Times New Roman" w:hAnsi="Times New Roman" w:cs="Times New Roman"/>
          <w:color w:val="000000"/>
          <w:sz w:val="24"/>
          <w:lang w:val="ru-RU"/>
        </w:rPr>
        <w:t>МУ "Отдел образования исполнительного комитета Спасского муниципального района"</w:t>
      </w:r>
    </w:p>
    <w:p w:rsidR="008B3471" w:rsidRPr="008273AB" w:rsidRDefault="001C478F">
      <w:pPr>
        <w:autoSpaceDE w:val="0"/>
        <w:autoSpaceDN w:val="0"/>
        <w:spacing w:before="670" w:after="1376" w:line="230" w:lineRule="auto"/>
        <w:ind w:right="3456"/>
        <w:jc w:val="right"/>
        <w:rPr>
          <w:rFonts w:ascii="Times New Roman" w:hAnsi="Times New Roman" w:cs="Times New Roman"/>
        </w:rPr>
      </w:pPr>
      <w:r w:rsidRPr="008273AB">
        <w:rPr>
          <w:rFonts w:ascii="Times New Roman" w:eastAsia="Times New Roman" w:hAnsi="Times New Roman" w:cs="Times New Roman"/>
          <w:color w:val="000000"/>
          <w:sz w:val="24"/>
        </w:rPr>
        <w:t>МБОУ «БСОШ № 2»</w:t>
      </w:r>
    </w:p>
    <w:tbl>
      <w:tblPr>
        <w:tblW w:w="10206" w:type="dxa"/>
        <w:tblLayout w:type="fixed"/>
        <w:tblLook w:val="04A0" w:firstRow="1" w:lastRow="0" w:firstColumn="1" w:lastColumn="0" w:noHBand="0" w:noVBand="1"/>
      </w:tblPr>
      <w:tblGrid>
        <w:gridCol w:w="3266"/>
        <w:gridCol w:w="3543"/>
        <w:gridCol w:w="3397"/>
      </w:tblGrid>
      <w:tr w:rsidR="008B3471" w:rsidRPr="008273AB" w:rsidTr="0072122D">
        <w:trPr>
          <w:trHeight w:hRule="exact" w:val="274"/>
        </w:trPr>
        <w:tc>
          <w:tcPr>
            <w:tcW w:w="3266" w:type="dxa"/>
            <w:tcBorders>
              <w:top w:val="single" w:sz="4" w:space="0" w:color="auto"/>
              <w:left w:val="single" w:sz="4" w:space="0" w:color="auto"/>
              <w:right w:val="single" w:sz="4" w:space="0" w:color="auto"/>
            </w:tcBorders>
            <w:tcMar>
              <w:left w:w="0" w:type="dxa"/>
              <w:right w:w="0" w:type="dxa"/>
            </w:tcMar>
          </w:tcPr>
          <w:p w:rsidR="008B3471" w:rsidRPr="008273AB" w:rsidRDefault="001C478F" w:rsidP="0072122D">
            <w:pPr>
              <w:autoSpaceDE w:val="0"/>
              <w:autoSpaceDN w:val="0"/>
              <w:spacing w:before="48" w:after="0" w:line="230" w:lineRule="auto"/>
              <w:ind w:left="142"/>
              <w:rPr>
                <w:rFonts w:ascii="Times New Roman" w:hAnsi="Times New Roman" w:cs="Times New Roman"/>
              </w:rPr>
            </w:pPr>
            <w:r w:rsidRPr="008273AB">
              <w:rPr>
                <w:rFonts w:ascii="Times New Roman" w:eastAsia="Times New Roman" w:hAnsi="Times New Roman" w:cs="Times New Roman"/>
                <w:color w:val="000000"/>
                <w:w w:val="102"/>
                <w:sz w:val="20"/>
              </w:rPr>
              <w:t>РАССМОТРЕНО</w:t>
            </w:r>
          </w:p>
        </w:tc>
        <w:tc>
          <w:tcPr>
            <w:tcW w:w="3543" w:type="dxa"/>
            <w:tcBorders>
              <w:top w:val="single" w:sz="4" w:space="0" w:color="auto"/>
              <w:left w:val="single" w:sz="4" w:space="0" w:color="auto"/>
              <w:right w:val="single" w:sz="4" w:space="0" w:color="auto"/>
            </w:tcBorders>
            <w:tcMar>
              <w:left w:w="0" w:type="dxa"/>
              <w:right w:w="0" w:type="dxa"/>
            </w:tcMar>
          </w:tcPr>
          <w:p w:rsidR="008B3471" w:rsidRPr="008273AB" w:rsidRDefault="001C478F">
            <w:pPr>
              <w:autoSpaceDE w:val="0"/>
              <w:autoSpaceDN w:val="0"/>
              <w:spacing w:before="48" w:after="0" w:line="230" w:lineRule="auto"/>
              <w:ind w:left="596"/>
              <w:rPr>
                <w:rFonts w:ascii="Times New Roman" w:hAnsi="Times New Roman" w:cs="Times New Roman"/>
              </w:rPr>
            </w:pPr>
            <w:r w:rsidRPr="008273AB">
              <w:rPr>
                <w:rFonts w:ascii="Times New Roman" w:eastAsia="Times New Roman" w:hAnsi="Times New Roman" w:cs="Times New Roman"/>
                <w:color w:val="000000"/>
                <w:w w:val="102"/>
                <w:sz w:val="20"/>
              </w:rPr>
              <w:t>СОГЛАСОВАНО</w:t>
            </w:r>
          </w:p>
        </w:tc>
        <w:tc>
          <w:tcPr>
            <w:tcW w:w="3397" w:type="dxa"/>
            <w:tcBorders>
              <w:top w:val="single" w:sz="4" w:space="0" w:color="auto"/>
              <w:left w:val="single" w:sz="4" w:space="0" w:color="auto"/>
              <w:right w:val="single" w:sz="4" w:space="0" w:color="auto"/>
            </w:tcBorders>
            <w:tcMar>
              <w:left w:w="0" w:type="dxa"/>
              <w:right w:w="0" w:type="dxa"/>
            </w:tcMar>
          </w:tcPr>
          <w:p w:rsidR="008B3471" w:rsidRPr="008273AB" w:rsidRDefault="001C478F" w:rsidP="0072122D">
            <w:pPr>
              <w:autoSpaceDE w:val="0"/>
              <w:autoSpaceDN w:val="0"/>
              <w:spacing w:before="48" w:after="0" w:line="230" w:lineRule="auto"/>
              <w:ind w:left="303"/>
              <w:rPr>
                <w:rFonts w:ascii="Times New Roman" w:hAnsi="Times New Roman" w:cs="Times New Roman"/>
              </w:rPr>
            </w:pPr>
            <w:r w:rsidRPr="008273AB">
              <w:rPr>
                <w:rFonts w:ascii="Times New Roman" w:eastAsia="Times New Roman" w:hAnsi="Times New Roman" w:cs="Times New Roman"/>
                <w:color w:val="000000"/>
                <w:w w:val="102"/>
                <w:sz w:val="20"/>
              </w:rPr>
              <w:t>УТВЕРЖДЕНО</w:t>
            </w:r>
          </w:p>
        </w:tc>
      </w:tr>
      <w:tr w:rsidR="008B3471" w:rsidRPr="008273AB" w:rsidTr="0072122D">
        <w:trPr>
          <w:trHeight w:hRule="exact" w:val="200"/>
        </w:trPr>
        <w:tc>
          <w:tcPr>
            <w:tcW w:w="3266" w:type="dxa"/>
            <w:tcBorders>
              <w:left w:val="single" w:sz="4" w:space="0" w:color="auto"/>
              <w:right w:val="single" w:sz="4" w:space="0" w:color="auto"/>
            </w:tcBorders>
            <w:tcMar>
              <w:left w:w="0" w:type="dxa"/>
              <w:right w:w="0" w:type="dxa"/>
            </w:tcMar>
          </w:tcPr>
          <w:p w:rsidR="008B3471" w:rsidRPr="008273AB" w:rsidRDefault="001C478F" w:rsidP="0072122D">
            <w:pPr>
              <w:autoSpaceDE w:val="0"/>
              <w:autoSpaceDN w:val="0"/>
              <w:spacing w:after="0" w:line="230" w:lineRule="auto"/>
              <w:ind w:left="142"/>
              <w:rPr>
                <w:rFonts w:ascii="Times New Roman" w:hAnsi="Times New Roman" w:cs="Times New Roman"/>
              </w:rPr>
            </w:pPr>
            <w:r w:rsidRPr="008273AB">
              <w:rPr>
                <w:rFonts w:ascii="Times New Roman" w:eastAsia="Times New Roman" w:hAnsi="Times New Roman" w:cs="Times New Roman"/>
                <w:color w:val="000000"/>
                <w:w w:val="102"/>
                <w:sz w:val="20"/>
              </w:rPr>
              <w:t>на заседании МО учителей</w:t>
            </w:r>
          </w:p>
        </w:tc>
        <w:tc>
          <w:tcPr>
            <w:tcW w:w="3543" w:type="dxa"/>
            <w:tcBorders>
              <w:left w:val="single" w:sz="4" w:space="0" w:color="auto"/>
              <w:right w:val="single" w:sz="4" w:space="0" w:color="auto"/>
            </w:tcBorders>
            <w:tcMar>
              <w:left w:w="0" w:type="dxa"/>
              <w:right w:w="0" w:type="dxa"/>
            </w:tcMar>
          </w:tcPr>
          <w:p w:rsidR="008B3471" w:rsidRPr="008273AB" w:rsidRDefault="001C478F">
            <w:pPr>
              <w:autoSpaceDE w:val="0"/>
              <w:autoSpaceDN w:val="0"/>
              <w:spacing w:after="0" w:line="230" w:lineRule="auto"/>
              <w:ind w:left="596"/>
              <w:rPr>
                <w:rFonts w:ascii="Times New Roman" w:hAnsi="Times New Roman" w:cs="Times New Roman"/>
              </w:rPr>
            </w:pPr>
            <w:r w:rsidRPr="008273AB">
              <w:rPr>
                <w:rFonts w:ascii="Times New Roman" w:eastAsia="Times New Roman" w:hAnsi="Times New Roman" w:cs="Times New Roman"/>
                <w:color w:val="000000"/>
                <w:w w:val="102"/>
                <w:sz w:val="20"/>
              </w:rPr>
              <w:t>на заседании МС школы</w:t>
            </w:r>
          </w:p>
        </w:tc>
        <w:tc>
          <w:tcPr>
            <w:tcW w:w="3397" w:type="dxa"/>
            <w:tcBorders>
              <w:left w:val="single" w:sz="4" w:space="0" w:color="auto"/>
              <w:right w:val="single" w:sz="4" w:space="0" w:color="auto"/>
            </w:tcBorders>
            <w:tcMar>
              <w:left w:w="0" w:type="dxa"/>
              <w:right w:w="0" w:type="dxa"/>
            </w:tcMar>
          </w:tcPr>
          <w:p w:rsidR="008B3471" w:rsidRPr="0072122D" w:rsidRDefault="001C478F" w:rsidP="0072122D">
            <w:pPr>
              <w:autoSpaceDE w:val="0"/>
              <w:autoSpaceDN w:val="0"/>
              <w:spacing w:after="0" w:line="230" w:lineRule="auto"/>
              <w:ind w:left="303"/>
              <w:rPr>
                <w:rFonts w:ascii="Times New Roman" w:hAnsi="Times New Roman" w:cs="Times New Roman"/>
                <w:lang w:val="ru-RU"/>
              </w:rPr>
            </w:pPr>
            <w:r w:rsidRPr="008273AB">
              <w:rPr>
                <w:rFonts w:ascii="Times New Roman" w:eastAsia="Times New Roman" w:hAnsi="Times New Roman" w:cs="Times New Roman"/>
                <w:color w:val="000000"/>
                <w:w w:val="102"/>
                <w:sz w:val="20"/>
              </w:rPr>
              <w:t>Директор</w:t>
            </w:r>
            <w:r w:rsidR="0072122D">
              <w:rPr>
                <w:rFonts w:ascii="Times New Roman" w:eastAsia="Times New Roman" w:hAnsi="Times New Roman" w:cs="Times New Roman"/>
                <w:color w:val="000000"/>
                <w:w w:val="102"/>
                <w:sz w:val="20"/>
                <w:lang w:val="ru-RU"/>
              </w:rPr>
              <w:t xml:space="preserve"> МБОУ «БСОШ № 2»</w:t>
            </w:r>
          </w:p>
        </w:tc>
      </w:tr>
      <w:tr w:rsidR="008B3471" w:rsidRPr="008273AB" w:rsidTr="0072122D">
        <w:trPr>
          <w:trHeight w:hRule="exact" w:val="400"/>
        </w:trPr>
        <w:tc>
          <w:tcPr>
            <w:tcW w:w="3266" w:type="dxa"/>
            <w:tcBorders>
              <w:left w:val="single" w:sz="4" w:space="0" w:color="auto"/>
              <w:right w:val="single" w:sz="4" w:space="0" w:color="auto"/>
            </w:tcBorders>
            <w:tcMar>
              <w:left w:w="0" w:type="dxa"/>
              <w:right w:w="0" w:type="dxa"/>
            </w:tcMar>
          </w:tcPr>
          <w:p w:rsidR="008B3471" w:rsidRPr="008273AB" w:rsidRDefault="002B3627" w:rsidP="0072122D">
            <w:pPr>
              <w:autoSpaceDE w:val="0"/>
              <w:autoSpaceDN w:val="0"/>
              <w:spacing w:after="0" w:line="230" w:lineRule="auto"/>
              <w:ind w:left="142"/>
              <w:rPr>
                <w:rFonts w:ascii="Times New Roman" w:hAnsi="Times New Roman" w:cs="Times New Roman"/>
              </w:rPr>
            </w:pPr>
            <w:r w:rsidRPr="008273AB">
              <w:rPr>
                <w:rFonts w:ascii="Times New Roman" w:eastAsia="Times New Roman" w:hAnsi="Times New Roman" w:cs="Times New Roman"/>
                <w:color w:val="000000"/>
                <w:w w:val="102"/>
                <w:sz w:val="20"/>
                <w:lang w:val="ru-RU"/>
              </w:rPr>
              <w:t>языков</w:t>
            </w:r>
            <w:r w:rsidR="001C478F" w:rsidRPr="008273AB">
              <w:rPr>
                <w:rFonts w:ascii="Times New Roman" w:eastAsia="Times New Roman" w:hAnsi="Times New Roman" w:cs="Times New Roman"/>
                <w:color w:val="000000"/>
                <w:w w:val="102"/>
                <w:sz w:val="20"/>
              </w:rPr>
              <w:t>ого цикла</w:t>
            </w:r>
          </w:p>
        </w:tc>
        <w:tc>
          <w:tcPr>
            <w:tcW w:w="3543" w:type="dxa"/>
            <w:vMerge w:val="restart"/>
            <w:tcBorders>
              <w:left w:val="single" w:sz="4" w:space="0" w:color="auto"/>
              <w:right w:val="single" w:sz="4" w:space="0" w:color="auto"/>
            </w:tcBorders>
            <w:tcMar>
              <w:left w:w="0" w:type="dxa"/>
              <w:right w:w="0" w:type="dxa"/>
            </w:tcMar>
          </w:tcPr>
          <w:p w:rsidR="008B3471" w:rsidRPr="0072122D" w:rsidRDefault="0072122D">
            <w:pPr>
              <w:autoSpaceDE w:val="0"/>
              <w:autoSpaceDN w:val="0"/>
              <w:spacing w:before="198" w:after="0" w:line="230" w:lineRule="auto"/>
              <w:ind w:left="596"/>
              <w:rPr>
                <w:rFonts w:ascii="Times New Roman" w:hAnsi="Times New Roman" w:cs="Times New Roman"/>
                <w:lang w:val="ru-RU"/>
              </w:rPr>
            </w:pPr>
            <w:r>
              <w:rPr>
                <w:rFonts w:ascii="Times New Roman" w:eastAsia="Times New Roman" w:hAnsi="Times New Roman" w:cs="Times New Roman"/>
                <w:color w:val="000000"/>
                <w:w w:val="102"/>
                <w:sz w:val="20"/>
              </w:rPr>
              <w:t>________</w:t>
            </w:r>
            <w:r w:rsidR="0069273C">
              <w:rPr>
                <w:rFonts w:ascii="Times New Roman" w:eastAsia="Times New Roman" w:hAnsi="Times New Roman" w:cs="Times New Roman"/>
                <w:color w:val="000000"/>
                <w:w w:val="102"/>
                <w:sz w:val="20"/>
                <w:lang w:val="ru-RU"/>
              </w:rPr>
              <w:t>Е.А.</w:t>
            </w:r>
            <w:r w:rsidR="001C478F" w:rsidRPr="008273AB">
              <w:rPr>
                <w:rFonts w:ascii="Times New Roman" w:eastAsia="Times New Roman" w:hAnsi="Times New Roman" w:cs="Times New Roman"/>
                <w:color w:val="000000"/>
                <w:w w:val="102"/>
                <w:sz w:val="20"/>
              </w:rPr>
              <w:t>Черкасова</w:t>
            </w:r>
            <w:r w:rsidR="0069273C">
              <w:rPr>
                <w:rFonts w:ascii="Times New Roman" w:eastAsia="Times New Roman" w:hAnsi="Times New Roman" w:cs="Times New Roman"/>
                <w:color w:val="000000"/>
                <w:w w:val="102"/>
                <w:sz w:val="20"/>
                <w:lang w:val="ru-RU"/>
              </w:rPr>
              <w:t xml:space="preserve"> </w:t>
            </w:r>
          </w:p>
        </w:tc>
        <w:tc>
          <w:tcPr>
            <w:tcW w:w="3397" w:type="dxa"/>
            <w:vMerge w:val="restart"/>
            <w:tcBorders>
              <w:left w:val="single" w:sz="4" w:space="0" w:color="auto"/>
              <w:right w:val="single" w:sz="4" w:space="0" w:color="auto"/>
            </w:tcBorders>
            <w:tcMar>
              <w:left w:w="0" w:type="dxa"/>
              <w:right w:w="0" w:type="dxa"/>
            </w:tcMar>
          </w:tcPr>
          <w:p w:rsidR="008B3471" w:rsidRPr="0072122D" w:rsidRDefault="0072122D" w:rsidP="0072122D">
            <w:pPr>
              <w:autoSpaceDE w:val="0"/>
              <w:autoSpaceDN w:val="0"/>
              <w:spacing w:before="198" w:after="0" w:line="230" w:lineRule="auto"/>
              <w:ind w:left="303"/>
              <w:rPr>
                <w:rFonts w:ascii="Times New Roman" w:hAnsi="Times New Roman" w:cs="Times New Roman"/>
                <w:lang w:val="ru-RU"/>
              </w:rPr>
            </w:pPr>
            <w:r>
              <w:rPr>
                <w:rFonts w:ascii="Times New Roman" w:eastAsia="Times New Roman" w:hAnsi="Times New Roman" w:cs="Times New Roman"/>
                <w:color w:val="000000"/>
                <w:w w:val="102"/>
                <w:sz w:val="20"/>
              </w:rPr>
              <w:t>________</w:t>
            </w:r>
            <w:r w:rsidR="0069273C">
              <w:rPr>
                <w:rFonts w:ascii="Times New Roman" w:eastAsia="Times New Roman" w:hAnsi="Times New Roman" w:cs="Times New Roman"/>
                <w:color w:val="000000"/>
                <w:w w:val="102"/>
                <w:sz w:val="20"/>
                <w:lang w:val="ru-RU"/>
              </w:rPr>
              <w:t>Л.В.</w:t>
            </w:r>
            <w:r w:rsidR="001C478F" w:rsidRPr="008273AB">
              <w:rPr>
                <w:rFonts w:ascii="Times New Roman" w:eastAsia="Times New Roman" w:hAnsi="Times New Roman" w:cs="Times New Roman"/>
                <w:color w:val="000000"/>
                <w:w w:val="102"/>
                <w:sz w:val="20"/>
              </w:rPr>
              <w:t>Борюшкина</w:t>
            </w:r>
          </w:p>
        </w:tc>
      </w:tr>
      <w:tr w:rsidR="008B3471" w:rsidRPr="008273AB" w:rsidTr="0072122D">
        <w:trPr>
          <w:trHeight w:hRule="exact" w:val="116"/>
        </w:trPr>
        <w:tc>
          <w:tcPr>
            <w:tcW w:w="3266" w:type="dxa"/>
            <w:vMerge w:val="restart"/>
            <w:tcBorders>
              <w:left w:val="single" w:sz="4" w:space="0" w:color="auto"/>
              <w:right w:val="single" w:sz="4" w:space="0" w:color="auto"/>
            </w:tcBorders>
            <w:tcMar>
              <w:left w:w="0" w:type="dxa"/>
              <w:right w:w="0" w:type="dxa"/>
            </w:tcMar>
          </w:tcPr>
          <w:p w:rsidR="008B3471" w:rsidRPr="008273AB" w:rsidRDefault="001C478F" w:rsidP="0069273C">
            <w:pPr>
              <w:autoSpaceDE w:val="0"/>
              <w:autoSpaceDN w:val="0"/>
              <w:spacing w:before="2" w:after="0" w:line="230" w:lineRule="auto"/>
              <w:ind w:left="142"/>
              <w:rPr>
                <w:rFonts w:ascii="Times New Roman" w:hAnsi="Times New Roman" w:cs="Times New Roman"/>
                <w:lang w:val="ru-RU"/>
              </w:rPr>
            </w:pPr>
            <w:r w:rsidRPr="008273AB">
              <w:rPr>
                <w:rFonts w:ascii="Times New Roman" w:eastAsia="Times New Roman" w:hAnsi="Times New Roman" w:cs="Times New Roman"/>
                <w:color w:val="000000"/>
                <w:w w:val="102"/>
                <w:sz w:val="20"/>
              </w:rPr>
              <w:t>_______</w:t>
            </w:r>
            <w:r w:rsidR="0069273C">
              <w:rPr>
                <w:rFonts w:ascii="Times New Roman" w:eastAsia="Times New Roman" w:hAnsi="Times New Roman" w:cs="Times New Roman"/>
                <w:color w:val="000000"/>
                <w:w w:val="102"/>
                <w:sz w:val="20"/>
                <w:lang w:val="ru-RU"/>
              </w:rPr>
              <w:t>Г.А.</w:t>
            </w:r>
            <w:r w:rsidR="002B3627" w:rsidRPr="008273AB">
              <w:rPr>
                <w:rFonts w:ascii="Times New Roman" w:eastAsia="Times New Roman" w:hAnsi="Times New Roman" w:cs="Times New Roman"/>
                <w:color w:val="000000"/>
                <w:w w:val="102"/>
                <w:sz w:val="20"/>
                <w:lang w:val="ru-RU"/>
              </w:rPr>
              <w:t>Ахметова</w:t>
            </w:r>
            <w:r w:rsidR="0072122D">
              <w:rPr>
                <w:rFonts w:ascii="Times New Roman" w:eastAsia="Times New Roman" w:hAnsi="Times New Roman" w:cs="Times New Roman"/>
                <w:color w:val="000000"/>
                <w:w w:val="102"/>
                <w:sz w:val="20"/>
                <w:lang w:val="ru-RU"/>
              </w:rPr>
              <w:t xml:space="preserve"> </w:t>
            </w:r>
          </w:p>
        </w:tc>
        <w:tc>
          <w:tcPr>
            <w:tcW w:w="3543" w:type="dxa"/>
            <w:vMerge/>
            <w:tcBorders>
              <w:left w:val="single" w:sz="4" w:space="0" w:color="auto"/>
              <w:right w:val="single" w:sz="4" w:space="0" w:color="auto"/>
            </w:tcBorders>
          </w:tcPr>
          <w:p w:rsidR="008B3471" w:rsidRPr="008273AB" w:rsidRDefault="008B3471">
            <w:pPr>
              <w:rPr>
                <w:rFonts w:ascii="Times New Roman" w:hAnsi="Times New Roman" w:cs="Times New Roman"/>
              </w:rPr>
            </w:pPr>
          </w:p>
        </w:tc>
        <w:tc>
          <w:tcPr>
            <w:tcW w:w="3397" w:type="dxa"/>
            <w:vMerge/>
            <w:tcBorders>
              <w:left w:val="single" w:sz="4" w:space="0" w:color="auto"/>
              <w:right w:val="single" w:sz="4" w:space="0" w:color="auto"/>
            </w:tcBorders>
          </w:tcPr>
          <w:p w:rsidR="008B3471" w:rsidRPr="008273AB" w:rsidRDefault="008B3471" w:rsidP="0072122D">
            <w:pPr>
              <w:ind w:left="303"/>
              <w:rPr>
                <w:rFonts w:ascii="Times New Roman" w:hAnsi="Times New Roman" w:cs="Times New Roman"/>
              </w:rPr>
            </w:pPr>
          </w:p>
        </w:tc>
      </w:tr>
      <w:tr w:rsidR="008B3471" w:rsidRPr="008273AB" w:rsidTr="0072122D">
        <w:trPr>
          <w:trHeight w:hRule="exact" w:val="304"/>
        </w:trPr>
        <w:tc>
          <w:tcPr>
            <w:tcW w:w="3266" w:type="dxa"/>
            <w:vMerge/>
            <w:tcBorders>
              <w:left w:val="single" w:sz="4" w:space="0" w:color="auto"/>
              <w:right w:val="single" w:sz="4" w:space="0" w:color="auto"/>
            </w:tcBorders>
          </w:tcPr>
          <w:p w:rsidR="008B3471" w:rsidRPr="008273AB" w:rsidRDefault="008B3471" w:rsidP="0072122D">
            <w:pPr>
              <w:ind w:left="142"/>
              <w:rPr>
                <w:rFonts w:ascii="Times New Roman" w:hAnsi="Times New Roman" w:cs="Times New Roman"/>
              </w:rPr>
            </w:pPr>
          </w:p>
        </w:tc>
        <w:tc>
          <w:tcPr>
            <w:tcW w:w="3543" w:type="dxa"/>
            <w:tcBorders>
              <w:left w:val="single" w:sz="4" w:space="0" w:color="auto"/>
              <w:right w:val="single" w:sz="4" w:space="0" w:color="auto"/>
            </w:tcBorders>
            <w:tcMar>
              <w:left w:w="0" w:type="dxa"/>
              <w:right w:w="0" w:type="dxa"/>
            </w:tcMar>
          </w:tcPr>
          <w:p w:rsidR="008B3471" w:rsidRPr="008273AB" w:rsidRDefault="0072122D">
            <w:pPr>
              <w:autoSpaceDE w:val="0"/>
              <w:autoSpaceDN w:val="0"/>
              <w:spacing w:before="78" w:after="0" w:line="230" w:lineRule="auto"/>
              <w:ind w:left="596"/>
              <w:rPr>
                <w:rFonts w:ascii="Times New Roman" w:hAnsi="Times New Roman" w:cs="Times New Roman"/>
              </w:rPr>
            </w:pPr>
            <w:r>
              <w:rPr>
                <w:rFonts w:ascii="Times New Roman" w:eastAsia="Times New Roman" w:hAnsi="Times New Roman" w:cs="Times New Roman"/>
                <w:color w:val="000000"/>
                <w:w w:val="102"/>
                <w:sz w:val="20"/>
              </w:rPr>
              <w:t>Протокол №</w:t>
            </w:r>
          </w:p>
        </w:tc>
        <w:tc>
          <w:tcPr>
            <w:tcW w:w="3397" w:type="dxa"/>
            <w:tcBorders>
              <w:left w:val="single" w:sz="4" w:space="0" w:color="auto"/>
              <w:right w:val="single" w:sz="4" w:space="0" w:color="auto"/>
            </w:tcBorders>
            <w:tcMar>
              <w:left w:w="0" w:type="dxa"/>
              <w:right w:w="0" w:type="dxa"/>
            </w:tcMar>
          </w:tcPr>
          <w:p w:rsidR="008B3471" w:rsidRPr="008273AB" w:rsidRDefault="0072122D" w:rsidP="0072122D">
            <w:pPr>
              <w:autoSpaceDE w:val="0"/>
              <w:autoSpaceDN w:val="0"/>
              <w:spacing w:before="78" w:after="0" w:line="230" w:lineRule="auto"/>
              <w:ind w:left="303"/>
              <w:rPr>
                <w:rFonts w:ascii="Times New Roman" w:hAnsi="Times New Roman" w:cs="Times New Roman"/>
              </w:rPr>
            </w:pPr>
            <w:r>
              <w:rPr>
                <w:rFonts w:ascii="Times New Roman" w:eastAsia="Times New Roman" w:hAnsi="Times New Roman" w:cs="Times New Roman"/>
                <w:color w:val="000000"/>
                <w:w w:val="102"/>
                <w:sz w:val="20"/>
              </w:rPr>
              <w:t>Приказ №</w:t>
            </w:r>
          </w:p>
        </w:tc>
      </w:tr>
      <w:tr w:rsidR="008B3471" w:rsidRPr="008273AB" w:rsidTr="0072122D">
        <w:trPr>
          <w:trHeight w:hRule="exact" w:val="300"/>
        </w:trPr>
        <w:tc>
          <w:tcPr>
            <w:tcW w:w="3266" w:type="dxa"/>
            <w:tcBorders>
              <w:left w:val="single" w:sz="4" w:space="0" w:color="auto"/>
              <w:right w:val="single" w:sz="4" w:space="0" w:color="auto"/>
            </w:tcBorders>
            <w:tcMar>
              <w:left w:w="0" w:type="dxa"/>
              <w:right w:w="0" w:type="dxa"/>
            </w:tcMar>
          </w:tcPr>
          <w:p w:rsidR="008B3471" w:rsidRPr="008273AB" w:rsidRDefault="0072122D" w:rsidP="0072122D">
            <w:pPr>
              <w:autoSpaceDE w:val="0"/>
              <w:autoSpaceDN w:val="0"/>
              <w:spacing w:after="0" w:line="230" w:lineRule="auto"/>
              <w:ind w:left="142"/>
              <w:rPr>
                <w:rFonts w:ascii="Times New Roman" w:hAnsi="Times New Roman" w:cs="Times New Roman"/>
              </w:rPr>
            </w:pPr>
            <w:r>
              <w:rPr>
                <w:rFonts w:ascii="Times New Roman" w:eastAsia="Times New Roman" w:hAnsi="Times New Roman" w:cs="Times New Roman"/>
                <w:color w:val="000000"/>
                <w:w w:val="102"/>
                <w:sz w:val="20"/>
              </w:rPr>
              <w:t>Протокол №</w:t>
            </w:r>
          </w:p>
        </w:tc>
        <w:tc>
          <w:tcPr>
            <w:tcW w:w="3543" w:type="dxa"/>
            <w:vMerge w:val="restart"/>
            <w:tcBorders>
              <w:left w:val="single" w:sz="4" w:space="0" w:color="auto"/>
              <w:right w:val="single" w:sz="4" w:space="0" w:color="auto"/>
            </w:tcBorders>
            <w:tcMar>
              <w:left w:w="0" w:type="dxa"/>
              <w:right w:w="0" w:type="dxa"/>
            </w:tcMar>
          </w:tcPr>
          <w:p w:rsidR="008B3471" w:rsidRPr="008273AB" w:rsidRDefault="0072122D" w:rsidP="0072122D">
            <w:pPr>
              <w:autoSpaceDE w:val="0"/>
              <w:autoSpaceDN w:val="0"/>
              <w:spacing w:before="194" w:after="0" w:line="230" w:lineRule="auto"/>
              <w:rPr>
                <w:rFonts w:ascii="Times New Roman" w:hAnsi="Times New Roman" w:cs="Times New Roman"/>
              </w:rPr>
            </w:pPr>
            <w:r>
              <w:rPr>
                <w:rFonts w:ascii="Times New Roman" w:eastAsia="Times New Roman" w:hAnsi="Times New Roman" w:cs="Times New Roman"/>
                <w:color w:val="000000"/>
                <w:w w:val="102"/>
                <w:sz w:val="20"/>
                <w:lang w:val="ru-RU"/>
              </w:rPr>
              <w:t xml:space="preserve">           </w:t>
            </w:r>
            <w:r>
              <w:rPr>
                <w:rFonts w:ascii="Times New Roman" w:eastAsia="Times New Roman" w:hAnsi="Times New Roman" w:cs="Times New Roman"/>
                <w:color w:val="000000"/>
                <w:w w:val="102"/>
                <w:sz w:val="20"/>
              </w:rPr>
              <w:t xml:space="preserve">от "      </w:t>
            </w:r>
            <w:r>
              <w:rPr>
                <w:rFonts w:ascii="Times New Roman" w:eastAsia="Times New Roman" w:hAnsi="Times New Roman" w:cs="Times New Roman"/>
                <w:color w:val="000000"/>
                <w:w w:val="102"/>
                <w:sz w:val="20"/>
                <w:lang w:val="ru-RU"/>
              </w:rPr>
              <w:t xml:space="preserve"> </w:t>
            </w:r>
            <w:r w:rsidR="001C478F" w:rsidRPr="008273AB">
              <w:rPr>
                <w:rFonts w:ascii="Times New Roman" w:eastAsia="Times New Roman" w:hAnsi="Times New Roman" w:cs="Times New Roman"/>
                <w:color w:val="000000"/>
                <w:w w:val="102"/>
                <w:sz w:val="20"/>
              </w:rPr>
              <w:t>" августа  2022 г.</w:t>
            </w:r>
          </w:p>
        </w:tc>
        <w:tc>
          <w:tcPr>
            <w:tcW w:w="3397" w:type="dxa"/>
            <w:vMerge w:val="restart"/>
            <w:tcBorders>
              <w:left w:val="single" w:sz="4" w:space="0" w:color="auto"/>
              <w:right w:val="single" w:sz="4" w:space="0" w:color="auto"/>
            </w:tcBorders>
            <w:tcMar>
              <w:left w:w="0" w:type="dxa"/>
              <w:right w:w="0" w:type="dxa"/>
            </w:tcMar>
          </w:tcPr>
          <w:p w:rsidR="008B3471" w:rsidRPr="008273AB" w:rsidRDefault="0072122D" w:rsidP="0072122D">
            <w:pPr>
              <w:autoSpaceDE w:val="0"/>
              <w:autoSpaceDN w:val="0"/>
              <w:spacing w:before="194" w:after="0" w:line="230" w:lineRule="auto"/>
              <w:ind w:left="303"/>
              <w:rPr>
                <w:rFonts w:ascii="Times New Roman" w:hAnsi="Times New Roman" w:cs="Times New Roman"/>
              </w:rPr>
            </w:pPr>
            <w:r>
              <w:rPr>
                <w:rFonts w:ascii="Times New Roman" w:eastAsia="Times New Roman" w:hAnsi="Times New Roman" w:cs="Times New Roman"/>
                <w:color w:val="000000"/>
                <w:w w:val="102"/>
                <w:sz w:val="20"/>
              </w:rPr>
              <w:t xml:space="preserve">от "       </w:t>
            </w:r>
            <w:r w:rsidR="001C478F" w:rsidRPr="008273AB">
              <w:rPr>
                <w:rFonts w:ascii="Times New Roman" w:eastAsia="Times New Roman" w:hAnsi="Times New Roman" w:cs="Times New Roman"/>
                <w:color w:val="000000"/>
                <w:w w:val="102"/>
                <w:sz w:val="20"/>
              </w:rPr>
              <w:t>" августа2022 г.</w:t>
            </w:r>
          </w:p>
        </w:tc>
      </w:tr>
      <w:tr w:rsidR="008B3471" w:rsidRPr="008273AB" w:rsidTr="0072122D">
        <w:trPr>
          <w:trHeight w:hRule="exact" w:val="384"/>
        </w:trPr>
        <w:tc>
          <w:tcPr>
            <w:tcW w:w="3266" w:type="dxa"/>
            <w:tcBorders>
              <w:left w:val="single" w:sz="4" w:space="0" w:color="auto"/>
              <w:bottom w:val="single" w:sz="4" w:space="0" w:color="auto"/>
              <w:right w:val="single" w:sz="4" w:space="0" w:color="auto"/>
            </w:tcBorders>
            <w:tcMar>
              <w:left w:w="0" w:type="dxa"/>
              <w:right w:w="0" w:type="dxa"/>
            </w:tcMar>
          </w:tcPr>
          <w:p w:rsidR="008B3471" w:rsidRPr="008273AB" w:rsidRDefault="0072122D" w:rsidP="0072122D">
            <w:pPr>
              <w:autoSpaceDE w:val="0"/>
              <w:autoSpaceDN w:val="0"/>
              <w:spacing w:before="98" w:after="0" w:line="230" w:lineRule="auto"/>
              <w:ind w:left="142"/>
              <w:rPr>
                <w:rFonts w:ascii="Times New Roman" w:hAnsi="Times New Roman" w:cs="Times New Roman"/>
              </w:rPr>
            </w:pPr>
            <w:r>
              <w:rPr>
                <w:rFonts w:ascii="Times New Roman" w:eastAsia="Times New Roman" w:hAnsi="Times New Roman" w:cs="Times New Roman"/>
                <w:color w:val="000000"/>
                <w:w w:val="102"/>
                <w:sz w:val="20"/>
              </w:rPr>
              <w:t xml:space="preserve">от "      </w:t>
            </w:r>
            <w:r w:rsidR="001C478F" w:rsidRPr="008273AB">
              <w:rPr>
                <w:rFonts w:ascii="Times New Roman" w:eastAsia="Times New Roman" w:hAnsi="Times New Roman" w:cs="Times New Roman"/>
                <w:color w:val="000000"/>
                <w:w w:val="102"/>
                <w:sz w:val="20"/>
              </w:rPr>
              <w:t>" августа2022 г.</w:t>
            </w:r>
          </w:p>
        </w:tc>
        <w:tc>
          <w:tcPr>
            <w:tcW w:w="3543" w:type="dxa"/>
            <w:vMerge/>
            <w:tcBorders>
              <w:left w:val="single" w:sz="4" w:space="0" w:color="auto"/>
              <w:bottom w:val="single" w:sz="4" w:space="0" w:color="auto"/>
              <w:right w:val="single" w:sz="4" w:space="0" w:color="auto"/>
            </w:tcBorders>
          </w:tcPr>
          <w:p w:rsidR="008B3471" w:rsidRPr="008273AB" w:rsidRDefault="008B3471">
            <w:pPr>
              <w:rPr>
                <w:rFonts w:ascii="Times New Roman" w:hAnsi="Times New Roman" w:cs="Times New Roman"/>
              </w:rPr>
            </w:pPr>
          </w:p>
        </w:tc>
        <w:tc>
          <w:tcPr>
            <w:tcW w:w="3397" w:type="dxa"/>
            <w:vMerge/>
            <w:tcBorders>
              <w:left w:val="single" w:sz="4" w:space="0" w:color="auto"/>
              <w:bottom w:val="single" w:sz="4" w:space="0" w:color="auto"/>
              <w:right w:val="single" w:sz="4" w:space="0" w:color="auto"/>
            </w:tcBorders>
          </w:tcPr>
          <w:p w:rsidR="008B3471" w:rsidRPr="008273AB" w:rsidRDefault="008B3471">
            <w:pPr>
              <w:rPr>
                <w:rFonts w:ascii="Times New Roman" w:hAnsi="Times New Roman" w:cs="Times New Roman"/>
              </w:rPr>
            </w:pPr>
          </w:p>
        </w:tc>
      </w:tr>
    </w:tbl>
    <w:p w:rsidR="008B3471" w:rsidRPr="0072122D" w:rsidRDefault="001C478F">
      <w:pPr>
        <w:autoSpaceDE w:val="0"/>
        <w:autoSpaceDN w:val="0"/>
        <w:spacing w:before="978" w:after="0" w:line="230" w:lineRule="auto"/>
        <w:ind w:right="3204"/>
        <w:jc w:val="right"/>
        <w:rPr>
          <w:rFonts w:ascii="Times New Roman" w:hAnsi="Times New Roman" w:cs="Times New Roman"/>
          <w:lang w:val="ru-RU"/>
        </w:rPr>
      </w:pPr>
      <w:r w:rsidRPr="0072122D">
        <w:rPr>
          <w:rFonts w:ascii="Times New Roman" w:eastAsia="Times New Roman" w:hAnsi="Times New Roman" w:cs="Times New Roman"/>
          <w:b/>
          <w:color w:val="000000"/>
          <w:sz w:val="24"/>
          <w:lang w:val="ru-RU"/>
        </w:rPr>
        <w:t>РАБОЧАЯ ПРОГРАММА</w:t>
      </w:r>
    </w:p>
    <w:p w:rsidR="008B3471" w:rsidRPr="008273AB" w:rsidRDefault="001C478F">
      <w:pPr>
        <w:autoSpaceDE w:val="0"/>
        <w:autoSpaceDN w:val="0"/>
        <w:spacing w:before="310" w:after="0" w:line="230" w:lineRule="auto"/>
        <w:ind w:right="2202"/>
        <w:jc w:val="right"/>
        <w:rPr>
          <w:rFonts w:ascii="Times New Roman" w:hAnsi="Times New Roman" w:cs="Times New Roman"/>
          <w:lang w:val="ru-RU"/>
        </w:rPr>
      </w:pPr>
      <w:r w:rsidRPr="008273AB">
        <w:rPr>
          <w:rFonts w:ascii="Times New Roman" w:eastAsia="Times New Roman" w:hAnsi="Times New Roman" w:cs="Times New Roman"/>
          <w:b/>
          <w:color w:val="000000"/>
          <w:sz w:val="24"/>
          <w:lang w:val="ru-RU"/>
        </w:rPr>
        <w:t>ОСНОВНОГО ОБЩЕГО ОБРАЗОВАНИЯ</w:t>
      </w:r>
    </w:p>
    <w:p w:rsidR="008B3471" w:rsidRPr="008273AB" w:rsidRDefault="001C478F">
      <w:pPr>
        <w:autoSpaceDE w:val="0"/>
        <w:autoSpaceDN w:val="0"/>
        <w:spacing w:before="310" w:after="0" w:line="230" w:lineRule="auto"/>
        <w:ind w:right="3976"/>
        <w:jc w:val="right"/>
        <w:rPr>
          <w:rFonts w:ascii="Times New Roman" w:hAnsi="Times New Roman" w:cs="Times New Roman"/>
          <w:lang w:val="ru-RU"/>
        </w:rPr>
      </w:pP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ID</w:t>
      </w:r>
      <w:r w:rsidRPr="008273AB">
        <w:rPr>
          <w:rFonts w:ascii="Times New Roman" w:eastAsia="Times New Roman" w:hAnsi="Times New Roman" w:cs="Times New Roman"/>
          <w:b/>
          <w:color w:val="000000"/>
          <w:sz w:val="24"/>
          <w:lang w:val="ru-RU"/>
        </w:rPr>
        <w:t xml:space="preserve"> 2672860)</w:t>
      </w:r>
    </w:p>
    <w:p w:rsidR="008B3471" w:rsidRPr="008273AB" w:rsidRDefault="001C478F">
      <w:pPr>
        <w:autoSpaceDE w:val="0"/>
        <w:autoSpaceDN w:val="0"/>
        <w:spacing w:before="166" w:after="0" w:line="230" w:lineRule="auto"/>
        <w:ind w:right="3498"/>
        <w:jc w:val="right"/>
        <w:rPr>
          <w:rFonts w:ascii="Times New Roman" w:hAnsi="Times New Roman" w:cs="Times New Roman"/>
          <w:lang w:val="ru-RU"/>
        </w:rPr>
      </w:pPr>
      <w:r w:rsidRPr="008273AB">
        <w:rPr>
          <w:rFonts w:ascii="Times New Roman" w:eastAsia="Times New Roman" w:hAnsi="Times New Roman" w:cs="Times New Roman"/>
          <w:b/>
          <w:color w:val="000000"/>
          <w:sz w:val="24"/>
          <w:lang w:val="ru-RU"/>
        </w:rPr>
        <w:t>Учебного предмета</w:t>
      </w:r>
    </w:p>
    <w:p w:rsidR="008B3471" w:rsidRPr="008273AB" w:rsidRDefault="001C478F">
      <w:pPr>
        <w:autoSpaceDE w:val="0"/>
        <w:autoSpaceDN w:val="0"/>
        <w:spacing w:before="70" w:after="0" w:line="230" w:lineRule="auto"/>
        <w:ind w:right="3594"/>
        <w:jc w:val="right"/>
        <w:rPr>
          <w:rFonts w:ascii="Times New Roman" w:hAnsi="Times New Roman" w:cs="Times New Roman"/>
          <w:lang w:val="ru-RU"/>
        </w:rPr>
      </w:pPr>
      <w:r w:rsidRPr="008273AB">
        <w:rPr>
          <w:rFonts w:ascii="Times New Roman" w:eastAsia="Times New Roman" w:hAnsi="Times New Roman" w:cs="Times New Roman"/>
          <w:b/>
          <w:color w:val="000000"/>
          <w:sz w:val="24"/>
          <w:lang w:val="ru-RU"/>
        </w:rPr>
        <w:t>«ЛИТЕРАТУРА»</w:t>
      </w:r>
    </w:p>
    <w:p w:rsidR="008B3471" w:rsidRPr="008273AB" w:rsidRDefault="001C478F">
      <w:pPr>
        <w:autoSpaceDE w:val="0"/>
        <w:autoSpaceDN w:val="0"/>
        <w:spacing w:before="672" w:after="0" w:line="230" w:lineRule="auto"/>
        <w:ind w:right="2098"/>
        <w:jc w:val="right"/>
        <w:rPr>
          <w:rFonts w:ascii="Times New Roman" w:hAnsi="Times New Roman" w:cs="Times New Roman"/>
          <w:lang w:val="ru-RU"/>
        </w:rPr>
      </w:pPr>
      <w:r w:rsidRPr="008273AB">
        <w:rPr>
          <w:rFonts w:ascii="Times New Roman" w:eastAsia="Times New Roman" w:hAnsi="Times New Roman" w:cs="Times New Roman"/>
          <w:color w:val="000000"/>
          <w:sz w:val="24"/>
          <w:lang w:val="ru-RU"/>
        </w:rPr>
        <w:t>(для 5-9 классов образовательных организаций)</w:t>
      </w:r>
    </w:p>
    <w:p w:rsidR="008B3471" w:rsidRPr="008273AB" w:rsidRDefault="008B3471">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8273AB" w:rsidRDefault="00751F45">
      <w:pPr>
        <w:rPr>
          <w:rFonts w:ascii="Times New Roman" w:hAnsi="Times New Roman" w:cs="Times New Roman"/>
          <w:lang w:val="ru-RU"/>
        </w:rPr>
      </w:pPr>
    </w:p>
    <w:p w:rsidR="00751F45" w:rsidRPr="0072122D" w:rsidRDefault="00751F45" w:rsidP="00751F45">
      <w:pPr>
        <w:autoSpaceDE w:val="0"/>
        <w:autoSpaceDN w:val="0"/>
        <w:spacing w:after="0" w:line="230" w:lineRule="auto"/>
        <w:ind w:right="3828"/>
        <w:jc w:val="right"/>
        <w:rPr>
          <w:rFonts w:ascii="Times New Roman" w:hAnsi="Times New Roman" w:cs="Times New Roman"/>
          <w:lang w:val="ru-RU"/>
        </w:rPr>
      </w:pPr>
      <w:r w:rsidRPr="0072122D">
        <w:rPr>
          <w:rFonts w:ascii="Times New Roman" w:eastAsia="Times New Roman" w:hAnsi="Times New Roman" w:cs="Times New Roman"/>
          <w:color w:val="000000"/>
          <w:sz w:val="24"/>
          <w:lang w:val="ru-RU"/>
        </w:rPr>
        <w:t>Болгар 2022</w:t>
      </w:r>
    </w:p>
    <w:p w:rsidR="00751F45" w:rsidRPr="008273AB" w:rsidRDefault="00751F45">
      <w:pPr>
        <w:rPr>
          <w:rFonts w:ascii="Times New Roman" w:hAnsi="Times New Roman" w:cs="Times New Roman"/>
          <w:lang w:val="ru-RU"/>
        </w:rPr>
        <w:sectPr w:rsidR="00751F45" w:rsidRPr="008273AB">
          <w:pgSz w:w="11900" w:h="16840"/>
          <w:pgMar w:top="298" w:right="1316" w:bottom="1440" w:left="738" w:header="720" w:footer="720" w:gutter="0"/>
          <w:cols w:space="720" w:equalWidth="0">
            <w:col w:w="9846" w:space="0"/>
          </w:cols>
          <w:docGrid w:linePitch="360"/>
        </w:sectPr>
      </w:pPr>
    </w:p>
    <w:p w:rsidR="008B3471" w:rsidRPr="008273AB" w:rsidRDefault="008B3471">
      <w:pPr>
        <w:autoSpaceDE w:val="0"/>
        <w:autoSpaceDN w:val="0"/>
        <w:spacing w:after="258" w:line="220" w:lineRule="exact"/>
        <w:rPr>
          <w:rFonts w:ascii="Times New Roman" w:hAnsi="Times New Roman" w:cs="Times New Roman"/>
          <w:lang w:val="ru-RU"/>
        </w:rPr>
      </w:pPr>
    </w:p>
    <w:p w:rsidR="008B3471" w:rsidRPr="0072122D" w:rsidRDefault="008B3471">
      <w:pPr>
        <w:rPr>
          <w:rFonts w:ascii="Times New Roman" w:hAnsi="Times New Roman" w:cs="Times New Roman"/>
          <w:lang w:val="ru-RU"/>
        </w:rPr>
        <w:sectPr w:rsidR="008B3471" w:rsidRPr="0072122D">
          <w:pgSz w:w="11900" w:h="16840"/>
          <w:pgMar w:top="478" w:right="1440" w:bottom="1440" w:left="1440" w:header="720" w:footer="720" w:gutter="0"/>
          <w:cols w:space="720" w:equalWidth="0">
            <w:col w:w="9020" w:space="0"/>
          </w:cols>
          <w:docGrid w:linePitch="360"/>
        </w:sectPr>
      </w:pPr>
    </w:p>
    <w:p w:rsidR="008B3471" w:rsidRPr="0072122D" w:rsidRDefault="008B3471">
      <w:pPr>
        <w:autoSpaceDE w:val="0"/>
        <w:autoSpaceDN w:val="0"/>
        <w:spacing w:after="78" w:line="220" w:lineRule="exact"/>
        <w:rPr>
          <w:rFonts w:ascii="Times New Roman" w:hAnsi="Times New Roman" w:cs="Times New Roman"/>
          <w:lang w:val="ru-RU"/>
        </w:rPr>
      </w:pPr>
    </w:p>
    <w:p w:rsidR="008B3471" w:rsidRPr="008273AB" w:rsidRDefault="00CA35E1" w:rsidP="00CA35E1">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rPr>
        <w:t>I</w:t>
      </w:r>
      <w:r w:rsidRPr="008273AB">
        <w:rPr>
          <w:rFonts w:ascii="Times New Roman" w:eastAsia="Times New Roman" w:hAnsi="Times New Roman" w:cs="Times New Roman"/>
          <w:b/>
          <w:color w:val="000000"/>
          <w:sz w:val="24"/>
          <w:lang w:val="ru-RU"/>
        </w:rPr>
        <w:t>.</w:t>
      </w:r>
      <w:r w:rsidR="001C478F" w:rsidRPr="008273AB">
        <w:rPr>
          <w:rFonts w:ascii="Times New Roman" w:eastAsia="Times New Roman" w:hAnsi="Times New Roman" w:cs="Times New Roman"/>
          <w:b/>
          <w:color w:val="000000"/>
          <w:sz w:val="24"/>
          <w:lang w:val="ru-RU"/>
        </w:rPr>
        <w:t>ПОЯСНИТЕЛЬНАЯ ЗАПИСКА</w:t>
      </w:r>
    </w:p>
    <w:p w:rsidR="008B3471" w:rsidRPr="008273AB" w:rsidRDefault="001C478F">
      <w:pPr>
        <w:autoSpaceDE w:val="0"/>
        <w:autoSpaceDN w:val="0"/>
        <w:spacing w:before="346" w:after="0" w:line="286" w:lineRule="auto"/>
        <w:ind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B3471" w:rsidRPr="008273AB" w:rsidRDefault="00CA35E1" w:rsidP="00CA35E1">
      <w:pPr>
        <w:autoSpaceDE w:val="0"/>
        <w:autoSpaceDN w:val="0"/>
        <w:spacing w:before="264"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1.</w:t>
      </w:r>
      <w:r w:rsidR="001C478F" w:rsidRPr="008273AB">
        <w:rPr>
          <w:rFonts w:ascii="Times New Roman" w:eastAsia="Times New Roman" w:hAnsi="Times New Roman" w:cs="Times New Roman"/>
          <w:b/>
          <w:color w:val="000000"/>
          <w:sz w:val="24"/>
          <w:lang w:val="ru-RU"/>
        </w:rPr>
        <w:t>ОБЩАЯ ХАРАКТЕРИСТИКА УЧЕБНОГО ПРЕДМЕТА «ЛИТЕРАТУРА»</w:t>
      </w:r>
    </w:p>
    <w:p w:rsidR="008B3471" w:rsidRPr="008273AB" w:rsidRDefault="001C478F">
      <w:pPr>
        <w:autoSpaceDE w:val="0"/>
        <w:autoSpaceDN w:val="0"/>
        <w:spacing w:before="168" w:after="0"/>
        <w:ind w:right="288"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8B3471" w:rsidRPr="008273AB" w:rsidRDefault="001C478F">
      <w:pPr>
        <w:autoSpaceDE w:val="0"/>
        <w:autoSpaceDN w:val="0"/>
        <w:spacing w:before="70" w:after="0" w:line="281" w:lineRule="auto"/>
        <w:ind w:right="288"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B3471" w:rsidRPr="008273AB" w:rsidRDefault="001C478F">
      <w:pPr>
        <w:autoSpaceDE w:val="0"/>
        <w:autoSpaceDN w:val="0"/>
        <w:spacing w:before="70" w:after="0" w:line="271" w:lineRule="auto"/>
        <w:ind w:right="144"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8B3471" w:rsidRPr="008273AB" w:rsidRDefault="001C478F">
      <w:pPr>
        <w:autoSpaceDE w:val="0"/>
        <w:autoSpaceDN w:val="0"/>
        <w:spacing w:before="70" w:after="0"/>
        <w:rPr>
          <w:rFonts w:ascii="Times New Roman" w:hAnsi="Times New Roman" w:cs="Times New Roman"/>
          <w:lang w:val="ru-RU"/>
        </w:rPr>
      </w:pPr>
      <w:r w:rsidRPr="008273AB">
        <w:rPr>
          <w:rFonts w:ascii="Times New Roman" w:eastAsia="Times New Roman" w:hAnsi="Times New Roman" w:cs="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B3471" w:rsidRPr="008273AB" w:rsidRDefault="001C478F">
      <w:pPr>
        <w:autoSpaceDE w:val="0"/>
        <w:autoSpaceDN w:val="0"/>
        <w:spacing w:before="70" w:after="0" w:line="281" w:lineRule="auto"/>
        <w:ind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B3471" w:rsidRPr="008273AB" w:rsidRDefault="001C478F">
      <w:pPr>
        <w:autoSpaceDE w:val="0"/>
        <w:autoSpaceDN w:val="0"/>
        <w:spacing w:before="72" w:after="0" w:line="281" w:lineRule="auto"/>
        <w:ind w:right="144"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планируемых результатов обучения. </w:t>
      </w:r>
    </w:p>
    <w:p w:rsidR="008B3471" w:rsidRPr="008273AB" w:rsidRDefault="00CA35E1">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2. </w:t>
      </w:r>
      <w:r w:rsidR="001C478F" w:rsidRPr="008273AB">
        <w:rPr>
          <w:rFonts w:ascii="Times New Roman" w:eastAsia="Times New Roman" w:hAnsi="Times New Roman" w:cs="Times New Roman"/>
          <w:b/>
          <w:color w:val="000000"/>
          <w:sz w:val="24"/>
          <w:lang w:val="ru-RU"/>
        </w:rPr>
        <w:t>ЦЕЛИ ИЗУЧЕНИЯ УЧЕБНОГО ПРЕДМЕТА «ЛИТЕРАТУРА»</w:t>
      </w:r>
    </w:p>
    <w:p w:rsidR="008B3471" w:rsidRPr="008273AB" w:rsidRDefault="001C478F">
      <w:pPr>
        <w:autoSpaceDE w:val="0"/>
        <w:autoSpaceDN w:val="0"/>
        <w:spacing w:before="166" w:after="0" w:line="283" w:lineRule="auto"/>
        <w:ind w:right="144"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B3471" w:rsidRPr="008273AB" w:rsidRDefault="008B3471">
      <w:pPr>
        <w:rPr>
          <w:rFonts w:ascii="Times New Roman" w:hAnsi="Times New Roman" w:cs="Times New Roman"/>
          <w:lang w:val="ru-RU"/>
        </w:rPr>
        <w:sectPr w:rsidR="008B3471" w:rsidRPr="008273AB">
          <w:pgSz w:w="11900" w:h="16840"/>
          <w:pgMar w:top="298" w:right="650" w:bottom="338" w:left="666" w:header="720" w:footer="720" w:gutter="0"/>
          <w:cols w:space="720" w:equalWidth="0">
            <w:col w:w="10584"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1C478F">
      <w:pPr>
        <w:autoSpaceDE w:val="0"/>
        <w:autoSpaceDN w:val="0"/>
        <w:spacing w:after="0" w:line="286" w:lineRule="auto"/>
        <w:ind w:right="288"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B3471" w:rsidRPr="008273AB" w:rsidRDefault="001C478F">
      <w:pPr>
        <w:autoSpaceDE w:val="0"/>
        <w:autoSpaceDN w:val="0"/>
        <w:spacing w:before="72" w:after="0" w:line="283" w:lineRule="auto"/>
        <w:ind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B3471" w:rsidRPr="008273AB" w:rsidRDefault="001C478F">
      <w:pPr>
        <w:autoSpaceDE w:val="0"/>
        <w:autoSpaceDN w:val="0"/>
        <w:spacing w:before="70" w:after="0" w:line="288" w:lineRule="auto"/>
        <w:ind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критической оценки. </w:t>
      </w:r>
    </w:p>
    <w:p w:rsidR="008B3471" w:rsidRPr="008273AB" w:rsidRDefault="001C478F">
      <w:pPr>
        <w:autoSpaceDE w:val="0"/>
        <w:autoSpaceDN w:val="0"/>
        <w:spacing w:before="72" w:after="0" w:line="283" w:lineRule="auto"/>
        <w:ind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B3471" w:rsidRPr="008273AB" w:rsidRDefault="00CA35E1">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3. </w:t>
      </w:r>
      <w:r w:rsidR="001C478F" w:rsidRPr="008273AB">
        <w:rPr>
          <w:rFonts w:ascii="Times New Roman" w:eastAsia="Times New Roman" w:hAnsi="Times New Roman" w:cs="Times New Roman"/>
          <w:b/>
          <w:color w:val="000000"/>
          <w:sz w:val="24"/>
          <w:lang w:val="ru-RU"/>
        </w:rPr>
        <w:t>МЕСТО УЧЕБНОГО ПРЕДМЕТА «ЛИТЕРАТУРА» В УЧЕБНОМ ПЛАНЕ</w:t>
      </w:r>
    </w:p>
    <w:p w:rsidR="008B3471" w:rsidRPr="008273AB" w:rsidRDefault="001C478F">
      <w:pPr>
        <w:autoSpaceDE w:val="0"/>
        <w:autoSpaceDN w:val="0"/>
        <w:spacing w:before="166" w:after="0" w:line="271" w:lineRule="auto"/>
        <w:ind w:right="576"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предмету«Литературное чтение». </w:t>
      </w:r>
    </w:p>
    <w:p w:rsidR="008B3471" w:rsidRPr="008273AB" w:rsidRDefault="001C478F">
      <w:pPr>
        <w:autoSpaceDE w:val="0"/>
        <w:autoSpaceDN w:val="0"/>
        <w:spacing w:before="70" w:after="0" w:line="230" w:lineRule="auto"/>
        <w:ind w:left="180"/>
        <w:rPr>
          <w:rFonts w:ascii="Times New Roman" w:hAnsi="Times New Roman" w:cs="Times New Roman"/>
          <w:lang w:val="ru-RU"/>
        </w:rPr>
      </w:pPr>
      <w:r w:rsidRPr="008273AB">
        <w:rPr>
          <w:rFonts w:ascii="Times New Roman" w:eastAsia="Times New Roman" w:hAnsi="Times New Roman" w:cs="Times New Roman"/>
          <w:color w:val="000000"/>
          <w:sz w:val="24"/>
          <w:lang w:val="ru-RU"/>
        </w:rPr>
        <w:t>В 5, 6, 9 классах на изучение предмета отводится 3 часа в неделю, в 7 и 8 классах — 2 часа в</w:t>
      </w:r>
    </w:p>
    <w:p w:rsidR="008B3471" w:rsidRPr="008273AB" w:rsidRDefault="008B3471">
      <w:pPr>
        <w:rPr>
          <w:rFonts w:ascii="Times New Roman" w:hAnsi="Times New Roman" w:cs="Times New Roman"/>
          <w:lang w:val="ru-RU"/>
        </w:rPr>
        <w:sectPr w:rsidR="008B3471" w:rsidRPr="008273AB">
          <w:pgSz w:w="11900" w:h="16840"/>
          <w:pgMar w:top="298" w:right="690" w:bottom="452" w:left="666" w:header="720" w:footer="720" w:gutter="0"/>
          <w:cols w:space="720" w:equalWidth="0">
            <w:col w:w="1054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2B3627" w:rsidRPr="008273AB" w:rsidRDefault="001C478F" w:rsidP="00CA35E1">
      <w:pPr>
        <w:autoSpaceDE w:val="0"/>
        <w:autoSpaceDN w:val="0"/>
        <w:spacing w:after="0" w:line="262"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2B3627" w:rsidRPr="008273AB" w:rsidRDefault="00CA35E1" w:rsidP="002B3627">
      <w:pPr>
        <w:spacing w:line="240" w:lineRule="auto"/>
        <w:ind w:firstLine="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4. </w:t>
      </w:r>
      <w:r w:rsidR="002B3627" w:rsidRPr="008273AB">
        <w:rPr>
          <w:rFonts w:ascii="Times New Roman" w:eastAsia="Times New Roman" w:hAnsi="Times New Roman" w:cs="Times New Roman"/>
          <w:b/>
          <w:color w:val="000000"/>
          <w:sz w:val="24"/>
          <w:lang w:val="ru-RU"/>
        </w:rPr>
        <w:t>УЧЕТ ПРОГРАММЫ ВОСПИТАНИЯ В ОБРАЗОВАТЕЛЬНОМ ПРОЦЕССЕ</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tabs>
          <w:tab w:val="left" w:pos="993"/>
        </w:tabs>
        <w:spacing w:line="240" w:lineRule="auto"/>
        <w:ind w:firstLine="709"/>
        <w:rPr>
          <w:rFonts w:ascii="Times New Roman" w:hAnsi="Times New Roman" w:cs="Times New Roman"/>
          <w:b/>
          <w:sz w:val="24"/>
          <w:szCs w:val="24"/>
        </w:rPr>
      </w:pPr>
      <w:r w:rsidRPr="008273AB">
        <w:rPr>
          <w:rFonts w:ascii="Times New Roman" w:hAnsi="Times New Roman" w:cs="Times New Roman"/>
          <w:b/>
          <w:sz w:val="24"/>
          <w:szCs w:val="24"/>
        </w:rPr>
        <w:t>Гражданское</w:t>
      </w:r>
      <w:r w:rsidRPr="008273AB">
        <w:rPr>
          <w:rFonts w:ascii="Times New Roman" w:hAnsi="Times New Roman" w:cs="Times New Roman"/>
          <w:b/>
          <w:spacing w:val="-5"/>
          <w:sz w:val="24"/>
          <w:szCs w:val="24"/>
        </w:rPr>
        <w:t xml:space="preserve"> </w:t>
      </w:r>
      <w:r w:rsidRPr="008273AB">
        <w:rPr>
          <w:rFonts w:ascii="Times New Roman" w:hAnsi="Times New Roman" w:cs="Times New Roman"/>
          <w:b/>
          <w:sz w:val="24"/>
          <w:szCs w:val="24"/>
        </w:rPr>
        <w:t>воспитание</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Знание</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принятие</w:t>
      </w:r>
      <w:r w:rsidRPr="008273AB">
        <w:rPr>
          <w:spacing w:val="1"/>
          <w:sz w:val="24"/>
          <w:szCs w:val="24"/>
        </w:rPr>
        <w:t xml:space="preserve"> </w:t>
      </w:r>
      <w:r w:rsidRPr="008273AB">
        <w:rPr>
          <w:sz w:val="24"/>
          <w:szCs w:val="24"/>
        </w:rPr>
        <w:t>своей</w:t>
      </w:r>
      <w:r w:rsidRPr="008273AB">
        <w:rPr>
          <w:spacing w:val="1"/>
          <w:sz w:val="24"/>
          <w:szCs w:val="24"/>
        </w:rPr>
        <w:t xml:space="preserve"> </w:t>
      </w:r>
      <w:r w:rsidRPr="008273AB">
        <w:rPr>
          <w:sz w:val="24"/>
          <w:szCs w:val="24"/>
        </w:rPr>
        <w:t>российской</w:t>
      </w:r>
      <w:r w:rsidRPr="008273AB">
        <w:rPr>
          <w:spacing w:val="1"/>
          <w:sz w:val="24"/>
          <w:szCs w:val="24"/>
        </w:rPr>
        <w:t xml:space="preserve"> </w:t>
      </w:r>
      <w:r w:rsidRPr="008273AB">
        <w:rPr>
          <w:sz w:val="24"/>
          <w:szCs w:val="24"/>
        </w:rPr>
        <w:t>гражданской</w:t>
      </w:r>
      <w:r w:rsidRPr="008273AB">
        <w:rPr>
          <w:spacing w:val="1"/>
          <w:sz w:val="24"/>
          <w:szCs w:val="24"/>
        </w:rPr>
        <w:t xml:space="preserve"> </w:t>
      </w:r>
      <w:r w:rsidRPr="008273AB">
        <w:rPr>
          <w:sz w:val="24"/>
          <w:szCs w:val="24"/>
        </w:rPr>
        <w:t>принадлежности</w:t>
      </w:r>
      <w:r w:rsidRPr="008273AB">
        <w:rPr>
          <w:spacing w:val="1"/>
          <w:sz w:val="24"/>
          <w:szCs w:val="24"/>
        </w:rPr>
        <w:t xml:space="preserve"> </w:t>
      </w:r>
      <w:r w:rsidRPr="008273AB">
        <w:rPr>
          <w:sz w:val="24"/>
          <w:szCs w:val="24"/>
        </w:rPr>
        <w:t>(идентичности)</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поликультурном,</w:t>
      </w:r>
      <w:r w:rsidRPr="008273AB">
        <w:rPr>
          <w:spacing w:val="1"/>
          <w:sz w:val="24"/>
          <w:szCs w:val="24"/>
        </w:rPr>
        <w:t xml:space="preserve"> </w:t>
      </w:r>
      <w:r w:rsidRPr="008273AB">
        <w:rPr>
          <w:sz w:val="24"/>
          <w:szCs w:val="24"/>
        </w:rPr>
        <w:t>многонациональном</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многоконфессиональном</w:t>
      </w:r>
      <w:r w:rsidRPr="008273AB">
        <w:rPr>
          <w:spacing w:val="1"/>
          <w:sz w:val="24"/>
          <w:szCs w:val="24"/>
        </w:rPr>
        <w:t xml:space="preserve"> </w:t>
      </w:r>
      <w:r w:rsidRPr="008273AB">
        <w:rPr>
          <w:sz w:val="24"/>
          <w:szCs w:val="24"/>
        </w:rPr>
        <w:t>российском</w:t>
      </w:r>
      <w:r w:rsidRPr="008273AB">
        <w:rPr>
          <w:spacing w:val="-2"/>
          <w:sz w:val="24"/>
          <w:szCs w:val="24"/>
        </w:rPr>
        <w:t xml:space="preserve"> </w:t>
      </w:r>
      <w:r w:rsidRPr="008273AB">
        <w:rPr>
          <w:sz w:val="24"/>
          <w:szCs w:val="24"/>
        </w:rPr>
        <w:t>обществе,</w:t>
      </w:r>
      <w:r w:rsidRPr="008273AB">
        <w:rPr>
          <w:spacing w:val="2"/>
          <w:sz w:val="24"/>
          <w:szCs w:val="24"/>
        </w:rPr>
        <w:t xml:space="preserve"> </w:t>
      </w:r>
      <w:r w:rsidRPr="008273AB">
        <w:rPr>
          <w:sz w:val="24"/>
          <w:szCs w:val="24"/>
        </w:rPr>
        <w:t>в</w:t>
      </w:r>
      <w:r w:rsidRPr="008273AB">
        <w:rPr>
          <w:spacing w:val="-1"/>
          <w:sz w:val="24"/>
          <w:szCs w:val="24"/>
        </w:rPr>
        <w:t xml:space="preserve"> </w:t>
      </w:r>
      <w:r w:rsidRPr="008273AB">
        <w:rPr>
          <w:sz w:val="24"/>
          <w:szCs w:val="24"/>
        </w:rPr>
        <w:t>мировом</w:t>
      </w:r>
      <w:r w:rsidRPr="008273AB">
        <w:rPr>
          <w:spacing w:val="-2"/>
          <w:sz w:val="24"/>
          <w:szCs w:val="24"/>
        </w:rPr>
        <w:t xml:space="preserve"> </w:t>
      </w:r>
      <w:r w:rsidRPr="008273AB">
        <w:rPr>
          <w:sz w:val="24"/>
          <w:szCs w:val="24"/>
        </w:rPr>
        <w:t>сообществе.</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Понимание сопричастности к прошлому, настоящему и будущему народа России,</w:t>
      </w:r>
      <w:r w:rsidRPr="008273AB">
        <w:rPr>
          <w:spacing w:val="1"/>
          <w:sz w:val="24"/>
          <w:szCs w:val="24"/>
        </w:rPr>
        <w:t xml:space="preserve"> </w:t>
      </w:r>
      <w:r w:rsidRPr="008273AB">
        <w:rPr>
          <w:sz w:val="24"/>
          <w:szCs w:val="24"/>
        </w:rPr>
        <w:t>тысячелетней</w:t>
      </w:r>
      <w:r w:rsidRPr="008273AB">
        <w:rPr>
          <w:spacing w:val="1"/>
          <w:sz w:val="24"/>
          <w:szCs w:val="24"/>
        </w:rPr>
        <w:t xml:space="preserve"> </w:t>
      </w:r>
      <w:r w:rsidRPr="008273AB">
        <w:rPr>
          <w:sz w:val="24"/>
          <w:szCs w:val="24"/>
        </w:rPr>
        <w:t>истории</w:t>
      </w:r>
      <w:r w:rsidRPr="008273AB">
        <w:rPr>
          <w:spacing w:val="1"/>
          <w:sz w:val="24"/>
          <w:szCs w:val="24"/>
        </w:rPr>
        <w:t xml:space="preserve"> </w:t>
      </w:r>
      <w:r w:rsidRPr="008273AB">
        <w:rPr>
          <w:sz w:val="24"/>
          <w:szCs w:val="24"/>
        </w:rPr>
        <w:t>российской</w:t>
      </w:r>
      <w:r w:rsidRPr="008273AB">
        <w:rPr>
          <w:spacing w:val="1"/>
          <w:sz w:val="24"/>
          <w:szCs w:val="24"/>
        </w:rPr>
        <w:t xml:space="preserve"> </w:t>
      </w:r>
      <w:r w:rsidRPr="008273AB">
        <w:rPr>
          <w:sz w:val="24"/>
          <w:szCs w:val="24"/>
        </w:rPr>
        <w:t>государственности</w:t>
      </w:r>
      <w:r w:rsidRPr="008273AB">
        <w:rPr>
          <w:spacing w:val="1"/>
          <w:sz w:val="24"/>
          <w:szCs w:val="24"/>
        </w:rPr>
        <w:t xml:space="preserve"> </w:t>
      </w:r>
      <w:r w:rsidRPr="008273AB">
        <w:rPr>
          <w:sz w:val="24"/>
          <w:szCs w:val="24"/>
        </w:rPr>
        <w:t>на</w:t>
      </w:r>
      <w:r w:rsidRPr="008273AB">
        <w:rPr>
          <w:spacing w:val="1"/>
          <w:sz w:val="24"/>
          <w:szCs w:val="24"/>
        </w:rPr>
        <w:t xml:space="preserve"> </w:t>
      </w:r>
      <w:r w:rsidRPr="008273AB">
        <w:rPr>
          <w:sz w:val="24"/>
          <w:szCs w:val="24"/>
        </w:rPr>
        <w:t>основе</w:t>
      </w:r>
      <w:r w:rsidRPr="008273AB">
        <w:rPr>
          <w:spacing w:val="1"/>
          <w:sz w:val="24"/>
          <w:szCs w:val="24"/>
        </w:rPr>
        <w:t xml:space="preserve"> </w:t>
      </w:r>
      <w:r w:rsidRPr="008273AB">
        <w:rPr>
          <w:sz w:val="24"/>
          <w:szCs w:val="24"/>
        </w:rPr>
        <w:t>исторического</w:t>
      </w:r>
      <w:r w:rsidRPr="008273AB">
        <w:rPr>
          <w:spacing w:val="1"/>
          <w:sz w:val="24"/>
          <w:szCs w:val="24"/>
        </w:rPr>
        <w:t xml:space="preserve"> </w:t>
      </w:r>
      <w:r w:rsidRPr="008273AB">
        <w:rPr>
          <w:sz w:val="24"/>
          <w:szCs w:val="24"/>
        </w:rPr>
        <w:t>просвещения,</w:t>
      </w:r>
      <w:r w:rsidRPr="008273AB">
        <w:rPr>
          <w:spacing w:val="-1"/>
          <w:sz w:val="24"/>
          <w:szCs w:val="24"/>
        </w:rPr>
        <w:t xml:space="preserve"> </w:t>
      </w:r>
      <w:r w:rsidRPr="008273AB">
        <w:rPr>
          <w:sz w:val="24"/>
          <w:szCs w:val="24"/>
        </w:rPr>
        <w:t>российского национального</w:t>
      </w:r>
      <w:r w:rsidRPr="008273AB">
        <w:rPr>
          <w:spacing w:val="-4"/>
          <w:sz w:val="24"/>
          <w:szCs w:val="24"/>
        </w:rPr>
        <w:t xml:space="preserve"> </w:t>
      </w:r>
      <w:r w:rsidRPr="008273AB">
        <w:rPr>
          <w:sz w:val="24"/>
          <w:szCs w:val="24"/>
        </w:rPr>
        <w:t>исторического сознания.</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Проявление уважения к государственным символам России, праздникам.</w:t>
      </w:r>
      <w:r w:rsidRPr="008273AB">
        <w:rPr>
          <w:spacing w:val="1"/>
          <w:sz w:val="24"/>
          <w:szCs w:val="24"/>
        </w:rPr>
        <w:t xml:space="preserve"> </w:t>
      </w:r>
      <w:r w:rsidRPr="008273AB">
        <w:rPr>
          <w:sz w:val="24"/>
          <w:szCs w:val="24"/>
        </w:rPr>
        <w:t>Проявление</w:t>
      </w:r>
      <w:r w:rsidRPr="008273AB">
        <w:rPr>
          <w:spacing w:val="14"/>
          <w:sz w:val="24"/>
          <w:szCs w:val="24"/>
        </w:rPr>
        <w:t xml:space="preserve"> </w:t>
      </w:r>
      <w:r w:rsidRPr="008273AB">
        <w:rPr>
          <w:sz w:val="24"/>
          <w:szCs w:val="24"/>
        </w:rPr>
        <w:t>готовности</w:t>
      </w:r>
      <w:r w:rsidRPr="008273AB">
        <w:rPr>
          <w:spacing w:val="14"/>
          <w:sz w:val="24"/>
          <w:szCs w:val="24"/>
        </w:rPr>
        <w:t xml:space="preserve"> </w:t>
      </w:r>
      <w:r w:rsidRPr="008273AB">
        <w:rPr>
          <w:sz w:val="24"/>
          <w:szCs w:val="24"/>
        </w:rPr>
        <w:t>к</w:t>
      </w:r>
      <w:r w:rsidRPr="008273AB">
        <w:rPr>
          <w:spacing w:val="14"/>
          <w:sz w:val="24"/>
          <w:szCs w:val="24"/>
        </w:rPr>
        <w:t xml:space="preserve"> </w:t>
      </w:r>
      <w:r w:rsidRPr="008273AB">
        <w:rPr>
          <w:sz w:val="24"/>
          <w:szCs w:val="24"/>
        </w:rPr>
        <w:t>выполнению</w:t>
      </w:r>
      <w:r w:rsidRPr="008273AB">
        <w:rPr>
          <w:spacing w:val="11"/>
          <w:sz w:val="24"/>
          <w:szCs w:val="24"/>
        </w:rPr>
        <w:t xml:space="preserve"> </w:t>
      </w:r>
      <w:r w:rsidRPr="008273AB">
        <w:rPr>
          <w:sz w:val="24"/>
          <w:szCs w:val="24"/>
        </w:rPr>
        <w:t>обязанностей</w:t>
      </w:r>
      <w:r w:rsidRPr="008273AB">
        <w:rPr>
          <w:spacing w:val="14"/>
          <w:sz w:val="24"/>
          <w:szCs w:val="24"/>
        </w:rPr>
        <w:t xml:space="preserve"> </w:t>
      </w:r>
      <w:r w:rsidRPr="008273AB">
        <w:rPr>
          <w:sz w:val="24"/>
          <w:szCs w:val="24"/>
        </w:rPr>
        <w:t>гражданина</w:t>
      </w:r>
      <w:r w:rsidRPr="008273AB">
        <w:rPr>
          <w:spacing w:val="12"/>
          <w:sz w:val="24"/>
          <w:szCs w:val="24"/>
        </w:rPr>
        <w:t xml:space="preserve"> </w:t>
      </w:r>
      <w:r w:rsidRPr="008273AB">
        <w:rPr>
          <w:sz w:val="24"/>
          <w:szCs w:val="24"/>
        </w:rPr>
        <w:t>России, реализации своих гражданских прав и свобод при уважении прав и свобод, законных</w:t>
      </w:r>
      <w:r w:rsidRPr="008273AB">
        <w:rPr>
          <w:spacing w:val="1"/>
          <w:sz w:val="24"/>
          <w:szCs w:val="24"/>
        </w:rPr>
        <w:t xml:space="preserve"> </w:t>
      </w:r>
      <w:r w:rsidRPr="008273AB">
        <w:rPr>
          <w:sz w:val="24"/>
          <w:szCs w:val="24"/>
        </w:rPr>
        <w:t>интересов</w:t>
      </w:r>
      <w:r w:rsidRPr="008273AB">
        <w:rPr>
          <w:spacing w:val="-1"/>
          <w:sz w:val="24"/>
          <w:szCs w:val="24"/>
        </w:rPr>
        <w:t xml:space="preserve"> </w:t>
      </w:r>
      <w:r w:rsidRPr="008273AB">
        <w:rPr>
          <w:sz w:val="24"/>
          <w:szCs w:val="24"/>
        </w:rPr>
        <w:t>других</w:t>
      </w:r>
      <w:r w:rsidRPr="008273AB">
        <w:rPr>
          <w:spacing w:val="2"/>
          <w:sz w:val="24"/>
          <w:szCs w:val="24"/>
        </w:rPr>
        <w:t xml:space="preserve"> </w:t>
      </w:r>
      <w:r w:rsidRPr="008273AB">
        <w:rPr>
          <w:sz w:val="24"/>
          <w:szCs w:val="24"/>
        </w:rPr>
        <w:t>людей.</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Выражение</w:t>
      </w:r>
      <w:r w:rsidRPr="008273AB">
        <w:rPr>
          <w:spacing w:val="54"/>
          <w:sz w:val="24"/>
          <w:szCs w:val="24"/>
        </w:rPr>
        <w:t xml:space="preserve"> </w:t>
      </w:r>
      <w:r w:rsidRPr="008273AB">
        <w:rPr>
          <w:sz w:val="24"/>
          <w:szCs w:val="24"/>
        </w:rPr>
        <w:t>неприятия</w:t>
      </w:r>
      <w:r w:rsidRPr="008273AB">
        <w:rPr>
          <w:spacing w:val="52"/>
          <w:sz w:val="24"/>
          <w:szCs w:val="24"/>
        </w:rPr>
        <w:t xml:space="preserve"> </w:t>
      </w:r>
      <w:r w:rsidRPr="008273AB">
        <w:rPr>
          <w:sz w:val="24"/>
          <w:szCs w:val="24"/>
        </w:rPr>
        <w:t>любой</w:t>
      </w:r>
      <w:r w:rsidRPr="008273AB">
        <w:rPr>
          <w:spacing w:val="54"/>
          <w:sz w:val="24"/>
          <w:szCs w:val="24"/>
        </w:rPr>
        <w:t xml:space="preserve"> </w:t>
      </w:r>
      <w:r w:rsidRPr="008273AB">
        <w:rPr>
          <w:sz w:val="24"/>
          <w:szCs w:val="24"/>
        </w:rPr>
        <w:t>дискриминации</w:t>
      </w:r>
      <w:r w:rsidRPr="008273AB">
        <w:rPr>
          <w:spacing w:val="54"/>
          <w:sz w:val="24"/>
          <w:szCs w:val="24"/>
        </w:rPr>
        <w:t xml:space="preserve"> </w:t>
      </w:r>
      <w:r w:rsidRPr="008273AB">
        <w:rPr>
          <w:sz w:val="24"/>
          <w:szCs w:val="24"/>
        </w:rPr>
        <w:t>граждан,</w:t>
      </w:r>
      <w:r w:rsidRPr="008273AB">
        <w:rPr>
          <w:spacing w:val="50"/>
          <w:sz w:val="24"/>
          <w:szCs w:val="24"/>
        </w:rPr>
        <w:t xml:space="preserve"> </w:t>
      </w:r>
      <w:r w:rsidRPr="008273AB">
        <w:rPr>
          <w:sz w:val="24"/>
          <w:szCs w:val="24"/>
        </w:rPr>
        <w:t>проявления</w:t>
      </w:r>
      <w:r w:rsidRPr="008273AB">
        <w:rPr>
          <w:spacing w:val="52"/>
          <w:sz w:val="24"/>
          <w:szCs w:val="24"/>
        </w:rPr>
        <w:t xml:space="preserve"> </w:t>
      </w:r>
      <w:r w:rsidRPr="008273AB">
        <w:rPr>
          <w:sz w:val="24"/>
          <w:szCs w:val="24"/>
        </w:rPr>
        <w:t>экстремизма,</w:t>
      </w:r>
      <w:r w:rsidRPr="008273AB">
        <w:rPr>
          <w:spacing w:val="-57"/>
          <w:sz w:val="24"/>
          <w:szCs w:val="24"/>
        </w:rPr>
        <w:t xml:space="preserve"> </w:t>
      </w:r>
      <w:r w:rsidRPr="008273AB">
        <w:rPr>
          <w:sz w:val="24"/>
          <w:szCs w:val="24"/>
        </w:rPr>
        <w:t>терроризма,</w:t>
      </w:r>
      <w:r w:rsidRPr="008273AB">
        <w:rPr>
          <w:spacing w:val="-1"/>
          <w:sz w:val="24"/>
          <w:szCs w:val="24"/>
        </w:rPr>
        <w:t xml:space="preserve"> </w:t>
      </w:r>
      <w:r w:rsidRPr="008273AB">
        <w:rPr>
          <w:sz w:val="24"/>
          <w:szCs w:val="24"/>
        </w:rPr>
        <w:t>коррупции</w:t>
      </w:r>
      <w:r w:rsidRPr="008273AB">
        <w:rPr>
          <w:spacing w:val="-2"/>
          <w:sz w:val="24"/>
          <w:szCs w:val="24"/>
        </w:rPr>
        <w:t xml:space="preserve"> </w:t>
      </w:r>
      <w:r w:rsidRPr="008273AB">
        <w:rPr>
          <w:sz w:val="24"/>
          <w:szCs w:val="24"/>
        </w:rPr>
        <w:t>в</w:t>
      </w:r>
      <w:r w:rsidRPr="008273AB">
        <w:rPr>
          <w:spacing w:val="-1"/>
          <w:sz w:val="24"/>
          <w:szCs w:val="24"/>
        </w:rPr>
        <w:t xml:space="preserve"> </w:t>
      </w:r>
      <w:r w:rsidRPr="008273AB">
        <w:rPr>
          <w:sz w:val="24"/>
          <w:szCs w:val="24"/>
        </w:rPr>
        <w:t>обществе.</w:t>
      </w:r>
    </w:p>
    <w:p w:rsidR="002B3627" w:rsidRPr="008273AB" w:rsidRDefault="002B3627" w:rsidP="002B3627">
      <w:pPr>
        <w:pStyle w:val="ae"/>
        <w:widowControl w:val="0"/>
        <w:numPr>
          <w:ilvl w:val="0"/>
          <w:numId w:val="10"/>
        </w:numPr>
        <w:tabs>
          <w:tab w:val="left" w:pos="993"/>
        </w:tabs>
        <w:autoSpaceDE w:val="0"/>
        <w:autoSpaceDN w:val="0"/>
        <w:spacing w:after="0" w:line="240" w:lineRule="auto"/>
        <w:ind w:left="0" w:right="-7"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Участие</w:t>
      </w:r>
      <w:r w:rsidRPr="008273AB">
        <w:rPr>
          <w:rFonts w:ascii="Times New Roman" w:hAnsi="Times New Roman" w:cs="Times New Roman"/>
          <w:spacing w:val="64"/>
          <w:sz w:val="24"/>
          <w:szCs w:val="24"/>
          <w:lang w:val="ru-RU"/>
        </w:rPr>
        <w:t xml:space="preserve"> </w:t>
      </w:r>
      <w:r w:rsidRPr="008273AB">
        <w:rPr>
          <w:rFonts w:ascii="Times New Roman" w:hAnsi="Times New Roman" w:cs="Times New Roman"/>
          <w:sz w:val="24"/>
          <w:szCs w:val="24"/>
          <w:lang w:val="ru-RU"/>
        </w:rPr>
        <w:t xml:space="preserve">в социально </w:t>
      </w:r>
      <w:r w:rsidRPr="008273AB">
        <w:rPr>
          <w:rFonts w:ascii="Times New Roman" w:hAnsi="Times New Roman" w:cs="Times New Roman"/>
          <w:spacing w:val="-1"/>
          <w:sz w:val="24"/>
          <w:szCs w:val="24"/>
          <w:lang w:val="ru-RU"/>
        </w:rPr>
        <w:t xml:space="preserve">значимой </w:t>
      </w:r>
      <w:r w:rsidRPr="008273AB">
        <w:rPr>
          <w:rFonts w:ascii="Times New Roman" w:hAnsi="Times New Roman" w:cs="Times New Roman"/>
          <w:sz w:val="24"/>
          <w:szCs w:val="24"/>
          <w:lang w:val="ru-RU"/>
        </w:rPr>
        <w:t>деятельности,</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в</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том числе</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гуманитарной.</w:t>
      </w:r>
    </w:p>
    <w:p w:rsidR="002B3627" w:rsidRPr="008273AB" w:rsidRDefault="002B3627" w:rsidP="002B3627">
      <w:pPr>
        <w:pStyle w:val="ae"/>
        <w:tabs>
          <w:tab w:val="left" w:pos="993"/>
        </w:tabs>
        <w:spacing w:line="240" w:lineRule="auto"/>
        <w:ind w:left="0" w:firstLine="709"/>
        <w:rPr>
          <w:rFonts w:ascii="Times New Roman" w:hAnsi="Times New Roman" w:cs="Times New Roman"/>
          <w:b/>
          <w:sz w:val="24"/>
          <w:szCs w:val="24"/>
        </w:rPr>
      </w:pPr>
      <w:r w:rsidRPr="008273AB">
        <w:rPr>
          <w:rFonts w:ascii="Times New Roman" w:hAnsi="Times New Roman" w:cs="Times New Roman"/>
          <w:b/>
          <w:sz w:val="24"/>
          <w:szCs w:val="24"/>
        </w:rPr>
        <w:t>Патриотическое</w:t>
      </w:r>
      <w:r w:rsidRPr="008273AB">
        <w:rPr>
          <w:rFonts w:ascii="Times New Roman" w:hAnsi="Times New Roman" w:cs="Times New Roman"/>
          <w:b/>
          <w:spacing w:val="-5"/>
          <w:sz w:val="24"/>
          <w:szCs w:val="24"/>
        </w:rPr>
        <w:t xml:space="preserve"> </w:t>
      </w:r>
      <w:r w:rsidRPr="008273AB">
        <w:rPr>
          <w:rFonts w:ascii="Times New Roman" w:hAnsi="Times New Roman" w:cs="Times New Roman"/>
          <w:b/>
          <w:sz w:val="24"/>
          <w:szCs w:val="24"/>
        </w:rPr>
        <w:t>воспитание.</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Сознание своей национальной, этнической принадлежности, любовь к своему народу,</w:t>
      </w:r>
      <w:r w:rsidRPr="008273AB">
        <w:rPr>
          <w:spacing w:val="1"/>
          <w:sz w:val="24"/>
          <w:szCs w:val="24"/>
        </w:rPr>
        <w:t xml:space="preserve"> </w:t>
      </w:r>
      <w:r w:rsidRPr="008273AB">
        <w:rPr>
          <w:sz w:val="24"/>
          <w:szCs w:val="24"/>
        </w:rPr>
        <w:t>его</w:t>
      </w:r>
      <w:r w:rsidRPr="008273AB">
        <w:rPr>
          <w:spacing w:val="-2"/>
          <w:sz w:val="24"/>
          <w:szCs w:val="24"/>
        </w:rPr>
        <w:t xml:space="preserve"> </w:t>
      </w:r>
      <w:r w:rsidRPr="008273AB">
        <w:rPr>
          <w:sz w:val="24"/>
          <w:szCs w:val="24"/>
        </w:rPr>
        <w:t>традициям, культуре.</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Проявление уважения к историческому и культурному наследию своего и других</w:t>
      </w:r>
      <w:r w:rsidRPr="008273AB">
        <w:rPr>
          <w:spacing w:val="1"/>
          <w:sz w:val="24"/>
          <w:szCs w:val="24"/>
        </w:rPr>
        <w:t xml:space="preserve"> </w:t>
      </w:r>
      <w:r w:rsidRPr="008273AB">
        <w:rPr>
          <w:sz w:val="24"/>
          <w:szCs w:val="24"/>
        </w:rPr>
        <w:t>народов</w:t>
      </w:r>
      <w:r w:rsidRPr="008273AB">
        <w:rPr>
          <w:spacing w:val="-4"/>
          <w:sz w:val="24"/>
          <w:szCs w:val="24"/>
        </w:rPr>
        <w:t xml:space="preserve"> </w:t>
      </w:r>
      <w:r w:rsidRPr="008273AB">
        <w:rPr>
          <w:sz w:val="24"/>
          <w:szCs w:val="24"/>
        </w:rPr>
        <w:t>России,</w:t>
      </w:r>
      <w:r w:rsidRPr="008273AB">
        <w:rPr>
          <w:spacing w:val="-4"/>
          <w:sz w:val="24"/>
          <w:szCs w:val="24"/>
        </w:rPr>
        <w:t xml:space="preserve"> </w:t>
      </w:r>
      <w:r w:rsidRPr="008273AB">
        <w:rPr>
          <w:sz w:val="24"/>
          <w:szCs w:val="24"/>
        </w:rPr>
        <w:t>символам,</w:t>
      </w:r>
      <w:r w:rsidRPr="008273AB">
        <w:rPr>
          <w:spacing w:val="-4"/>
          <w:sz w:val="24"/>
          <w:szCs w:val="24"/>
        </w:rPr>
        <w:t xml:space="preserve"> </w:t>
      </w:r>
      <w:r w:rsidRPr="008273AB">
        <w:rPr>
          <w:sz w:val="24"/>
          <w:szCs w:val="24"/>
        </w:rPr>
        <w:t>праздникам,</w:t>
      </w:r>
      <w:r w:rsidRPr="008273AB">
        <w:rPr>
          <w:spacing w:val="-4"/>
          <w:sz w:val="24"/>
          <w:szCs w:val="24"/>
        </w:rPr>
        <w:t xml:space="preserve"> </w:t>
      </w:r>
      <w:r w:rsidRPr="008273AB">
        <w:rPr>
          <w:sz w:val="24"/>
          <w:szCs w:val="24"/>
        </w:rPr>
        <w:t>памятникам,</w:t>
      </w:r>
      <w:r w:rsidRPr="008273AB">
        <w:rPr>
          <w:spacing w:val="-3"/>
          <w:sz w:val="24"/>
          <w:szCs w:val="24"/>
        </w:rPr>
        <w:t xml:space="preserve"> </w:t>
      </w:r>
      <w:r w:rsidRPr="008273AB">
        <w:rPr>
          <w:sz w:val="24"/>
          <w:szCs w:val="24"/>
        </w:rPr>
        <w:t>традициям</w:t>
      </w:r>
      <w:r w:rsidRPr="008273AB">
        <w:rPr>
          <w:spacing w:val="-5"/>
          <w:sz w:val="24"/>
          <w:szCs w:val="24"/>
        </w:rPr>
        <w:t xml:space="preserve"> </w:t>
      </w:r>
      <w:r w:rsidRPr="008273AB">
        <w:rPr>
          <w:sz w:val="24"/>
          <w:szCs w:val="24"/>
        </w:rPr>
        <w:t>народов,</w:t>
      </w:r>
      <w:r w:rsidRPr="008273AB">
        <w:rPr>
          <w:spacing w:val="-4"/>
          <w:sz w:val="24"/>
          <w:szCs w:val="24"/>
        </w:rPr>
        <w:t xml:space="preserve"> </w:t>
      </w:r>
      <w:r w:rsidRPr="008273AB">
        <w:rPr>
          <w:sz w:val="24"/>
          <w:szCs w:val="24"/>
        </w:rPr>
        <w:t>проживающих</w:t>
      </w:r>
      <w:r w:rsidRPr="008273AB">
        <w:rPr>
          <w:spacing w:val="-57"/>
          <w:sz w:val="24"/>
          <w:szCs w:val="24"/>
        </w:rPr>
        <w:t xml:space="preserve"> </w:t>
      </w:r>
      <w:r w:rsidRPr="008273AB">
        <w:rPr>
          <w:sz w:val="24"/>
          <w:szCs w:val="24"/>
        </w:rPr>
        <w:t>в</w:t>
      </w:r>
      <w:r w:rsidRPr="008273AB">
        <w:rPr>
          <w:spacing w:val="-2"/>
          <w:sz w:val="24"/>
          <w:szCs w:val="24"/>
        </w:rPr>
        <w:t xml:space="preserve"> </w:t>
      </w:r>
      <w:r w:rsidRPr="008273AB">
        <w:rPr>
          <w:sz w:val="24"/>
          <w:szCs w:val="24"/>
        </w:rPr>
        <w:t>родной стране.</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Проявление интереса к познанию родного языка, истории и культуры своего края,</w:t>
      </w:r>
      <w:r w:rsidRPr="008273AB">
        <w:rPr>
          <w:spacing w:val="1"/>
          <w:sz w:val="24"/>
          <w:szCs w:val="24"/>
        </w:rPr>
        <w:t xml:space="preserve"> </w:t>
      </w:r>
      <w:r w:rsidRPr="008273AB">
        <w:rPr>
          <w:sz w:val="24"/>
          <w:szCs w:val="24"/>
        </w:rPr>
        <w:t>своего</w:t>
      </w:r>
      <w:r w:rsidRPr="008273AB">
        <w:rPr>
          <w:spacing w:val="-2"/>
          <w:sz w:val="24"/>
          <w:szCs w:val="24"/>
        </w:rPr>
        <w:t xml:space="preserve"> </w:t>
      </w:r>
      <w:r w:rsidRPr="008273AB">
        <w:rPr>
          <w:sz w:val="24"/>
          <w:szCs w:val="24"/>
        </w:rPr>
        <w:t>народа, других</w:t>
      </w:r>
      <w:r w:rsidRPr="008273AB">
        <w:rPr>
          <w:spacing w:val="2"/>
          <w:sz w:val="24"/>
          <w:szCs w:val="24"/>
        </w:rPr>
        <w:t xml:space="preserve"> </w:t>
      </w:r>
      <w:r w:rsidRPr="008273AB">
        <w:rPr>
          <w:sz w:val="24"/>
          <w:szCs w:val="24"/>
        </w:rPr>
        <w:t>народов России.</w:t>
      </w:r>
    </w:p>
    <w:p w:rsidR="002B3627" w:rsidRPr="008273AB" w:rsidRDefault="002B3627" w:rsidP="002B3627">
      <w:pPr>
        <w:pStyle w:val="TableParagraph"/>
        <w:numPr>
          <w:ilvl w:val="0"/>
          <w:numId w:val="10"/>
        </w:numPr>
        <w:tabs>
          <w:tab w:val="left" w:pos="993"/>
        </w:tabs>
        <w:ind w:left="0" w:right="-7" w:firstLine="709"/>
        <w:jc w:val="both"/>
        <w:rPr>
          <w:sz w:val="24"/>
          <w:szCs w:val="24"/>
        </w:rPr>
      </w:pPr>
      <w:r w:rsidRPr="008273AB">
        <w:rPr>
          <w:sz w:val="24"/>
          <w:szCs w:val="24"/>
        </w:rPr>
        <w:t>Знание и</w:t>
      </w:r>
      <w:r w:rsidRPr="008273AB">
        <w:rPr>
          <w:spacing w:val="1"/>
          <w:sz w:val="24"/>
          <w:szCs w:val="24"/>
        </w:rPr>
        <w:t xml:space="preserve"> </w:t>
      </w:r>
      <w:r w:rsidRPr="008273AB">
        <w:rPr>
          <w:sz w:val="24"/>
          <w:szCs w:val="24"/>
        </w:rPr>
        <w:t>уважение достижений нашей Родины</w:t>
      </w:r>
      <w:r w:rsidRPr="008273AB">
        <w:rPr>
          <w:spacing w:val="1"/>
          <w:sz w:val="24"/>
          <w:szCs w:val="24"/>
        </w:rPr>
        <w:t xml:space="preserve"> </w:t>
      </w:r>
      <w:r w:rsidRPr="008273AB">
        <w:rPr>
          <w:sz w:val="24"/>
          <w:szCs w:val="24"/>
        </w:rPr>
        <w:t>— России в науке, искусстве,</w:t>
      </w:r>
      <w:r w:rsidRPr="008273AB">
        <w:rPr>
          <w:spacing w:val="1"/>
          <w:sz w:val="24"/>
          <w:szCs w:val="24"/>
        </w:rPr>
        <w:t xml:space="preserve"> </w:t>
      </w:r>
      <w:r w:rsidRPr="008273AB">
        <w:rPr>
          <w:sz w:val="24"/>
          <w:szCs w:val="24"/>
        </w:rPr>
        <w:t>спорте,</w:t>
      </w:r>
      <w:r w:rsidRPr="008273AB">
        <w:rPr>
          <w:spacing w:val="1"/>
          <w:sz w:val="24"/>
          <w:szCs w:val="24"/>
        </w:rPr>
        <w:t xml:space="preserve"> </w:t>
      </w:r>
      <w:r w:rsidRPr="008273AB">
        <w:rPr>
          <w:sz w:val="24"/>
          <w:szCs w:val="24"/>
        </w:rPr>
        <w:t>технологиях,</w:t>
      </w:r>
      <w:r w:rsidRPr="008273AB">
        <w:rPr>
          <w:spacing w:val="1"/>
          <w:sz w:val="24"/>
          <w:szCs w:val="24"/>
        </w:rPr>
        <w:t xml:space="preserve"> </w:t>
      </w:r>
      <w:r w:rsidRPr="008273AB">
        <w:rPr>
          <w:sz w:val="24"/>
          <w:szCs w:val="24"/>
        </w:rPr>
        <w:t>боевые</w:t>
      </w:r>
      <w:r w:rsidRPr="008273AB">
        <w:rPr>
          <w:spacing w:val="1"/>
          <w:sz w:val="24"/>
          <w:szCs w:val="24"/>
        </w:rPr>
        <w:t xml:space="preserve"> </w:t>
      </w:r>
      <w:r w:rsidRPr="008273AB">
        <w:rPr>
          <w:sz w:val="24"/>
          <w:szCs w:val="24"/>
        </w:rPr>
        <w:t>подвиги</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трудовые</w:t>
      </w:r>
      <w:r w:rsidRPr="008273AB">
        <w:rPr>
          <w:spacing w:val="1"/>
          <w:sz w:val="24"/>
          <w:szCs w:val="24"/>
        </w:rPr>
        <w:t xml:space="preserve"> </w:t>
      </w:r>
      <w:r w:rsidRPr="008273AB">
        <w:rPr>
          <w:sz w:val="24"/>
          <w:szCs w:val="24"/>
        </w:rPr>
        <w:t>достижения,</w:t>
      </w:r>
      <w:r w:rsidRPr="008273AB">
        <w:rPr>
          <w:spacing w:val="1"/>
          <w:sz w:val="24"/>
          <w:szCs w:val="24"/>
        </w:rPr>
        <w:t xml:space="preserve"> </w:t>
      </w:r>
      <w:r w:rsidRPr="008273AB">
        <w:rPr>
          <w:sz w:val="24"/>
          <w:szCs w:val="24"/>
        </w:rPr>
        <w:t>героев</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защитников</w:t>
      </w:r>
      <w:r w:rsidRPr="008273AB">
        <w:rPr>
          <w:spacing w:val="-57"/>
          <w:sz w:val="24"/>
          <w:szCs w:val="24"/>
        </w:rPr>
        <w:t xml:space="preserve">  </w:t>
      </w:r>
      <w:r w:rsidRPr="008273AB">
        <w:rPr>
          <w:sz w:val="24"/>
          <w:szCs w:val="24"/>
        </w:rPr>
        <w:t>Отечества</w:t>
      </w:r>
      <w:r w:rsidRPr="008273AB">
        <w:rPr>
          <w:spacing w:val="-2"/>
          <w:sz w:val="24"/>
          <w:szCs w:val="24"/>
        </w:rPr>
        <w:t xml:space="preserve"> </w:t>
      </w:r>
      <w:r w:rsidRPr="008273AB">
        <w:rPr>
          <w:sz w:val="24"/>
          <w:szCs w:val="24"/>
        </w:rPr>
        <w:t>в</w:t>
      </w:r>
      <w:r w:rsidRPr="008273AB">
        <w:rPr>
          <w:spacing w:val="-1"/>
          <w:sz w:val="24"/>
          <w:szCs w:val="24"/>
        </w:rPr>
        <w:t xml:space="preserve"> </w:t>
      </w:r>
      <w:r w:rsidRPr="008273AB">
        <w:rPr>
          <w:sz w:val="24"/>
          <w:szCs w:val="24"/>
        </w:rPr>
        <w:t>прошлом и современности.</w:t>
      </w:r>
    </w:p>
    <w:p w:rsidR="002B3627" w:rsidRPr="008273AB" w:rsidRDefault="002B3627" w:rsidP="002B3627">
      <w:pPr>
        <w:pStyle w:val="ae"/>
        <w:widowControl w:val="0"/>
        <w:numPr>
          <w:ilvl w:val="0"/>
          <w:numId w:val="10"/>
        </w:numPr>
        <w:tabs>
          <w:tab w:val="left" w:pos="993"/>
        </w:tabs>
        <w:autoSpaceDE w:val="0"/>
        <w:autoSpaceDN w:val="0"/>
        <w:spacing w:after="0" w:line="240" w:lineRule="auto"/>
        <w:ind w:left="0" w:right="-7"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Участие</w:t>
      </w:r>
      <w:r w:rsidRPr="008273AB">
        <w:rPr>
          <w:rFonts w:ascii="Times New Roman" w:hAnsi="Times New Roman" w:cs="Times New Roman"/>
          <w:spacing w:val="-5"/>
          <w:sz w:val="24"/>
          <w:szCs w:val="24"/>
          <w:lang w:val="ru-RU"/>
        </w:rPr>
        <w:t xml:space="preserve"> </w:t>
      </w:r>
      <w:r w:rsidRPr="008273AB">
        <w:rPr>
          <w:rFonts w:ascii="Times New Roman" w:hAnsi="Times New Roman" w:cs="Times New Roman"/>
          <w:sz w:val="24"/>
          <w:szCs w:val="24"/>
          <w:lang w:val="ru-RU"/>
        </w:rPr>
        <w:t>в</w:t>
      </w:r>
      <w:r w:rsidRPr="008273AB">
        <w:rPr>
          <w:rFonts w:ascii="Times New Roman" w:hAnsi="Times New Roman" w:cs="Times New Roman"/>
          <w:spacing w:val="-8"/>
          <w:sz w:val="24"/>
          <w:szCs w:val="24"/>
          <w:lang w:val="ru-RU"/>
        </w:rPr>
        <w:t xml:space="preserve"> </w:t>
      </w:r>
      <w:r w:rsidRPr="008273AB">
        <w:rPr>
          <w:rFonts w:ascii="Times New Roman" w:hAnsi="Times New Roman" w:cs="Times New Roman"/>
          <w:sz w:val="24"/>
          <w:szCs w:val="24"/>
          <w:lang w:val="ru-RU"/>
        </w:rPr>
        <w:t>мероприятиях</w:t>
      </w:r>
      <w:r w:rsidRPr="008273AB">
        <w:rPr>
          <w:rFonts w:ascii="Times New Roman" w:hAnsi="Times New Roman" w:cs="Times New Roman"/>
          <w:spacing w:val="-4"/>
          <w:sz w:val="24"/>
          <w:szCs w:val="24"/>
          <w:lang w:val="ru-RU"/>
        </w:rPr>
        <w:t xml:space="preserve"> </w:t>
      </w:r>
      <w:r w:rsidRPr="008273AB">
        <w:rPr>
          <w:rFonts w:ascii="Times New Roman" w:hAnsi="Times New Roman" w:cs="Times New Roman"/>
          <w:sz w:val="24"/>
          <w:szCs w:val="24"/>
          <w:lang w:val="ru-RU"/>
        </w:rPr>
        <w:t>патриотической</w:t>
      </w:r>
      <w:r w:rsidRPr="008273AB">
        <w:rPr>
          <w:rFonts w:ascii="Times New Roman" w:hAnsi="Times New Roman" w:cs="Times New Roman"/>
          <w:spacing w:val="-6"/>
          <w:sz w:val="24"/>
          <w:szCs w:val="24"/>
          <w:lang w:val="ru-RU"/>
        </w:rPr>
        <w:t xml:space="preserve"> </w:t>
      </w:r>
      <w:r w:rsidRPr="008273AB">
        <w:rPr>
          <w:rFonts w:ascii="Times New Roman" w:hAnsi="Times New Roman" w:cs="Times New Roman"/>
          <w:sz w:val="24"/>
          <w:szCs w:val="24"/>
          <w:lang w:val="ru-RU"/>
        </w:rPr>
        <w:t>направленности.</w:t>
      </w:r>
    </w:p>
    <w:p w:rsidR="002B3627" w:rsidRPr="008273AB" w:rsidRDefault="002B3627" w:rsidP="002B3627">
      <w:pPr>
        <w:tabs>
          <w:tab w:val="left" w:pos="993"/>
        </w:tabs>
        <w:spacing w:line="240" w:lineRule="auto"/>
        <w:ind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t>Духовно-нравственное</w:t>
      </w:r>
      <w:r w:rsidRPr="008273AB">
        <w:rPr>
          <w:rFonts w:ascii="Times New Roman" w:hAnsi="Times New Roman" w:cs="Times New Roman"/>
          <w:b/>
          <w:spacing w:val="-5"/>
          <w:sz w:val="24"/>
          <w:szCs w:val="24"/>
          <w:lang w:val="ru-RU"/>
        </w:rPr>
        <w:t xml:space="preserve"> </w:t>
      </w:r>
      <w:r w:rsidRPr="008273AB">
        <w:rPr>
          <w:rFonts w:ascii="Times New Roman" w:hAnsi="Times New Roman" w:cs="Times New Roman"/>
          <w:b/>
          <w:sz w:val="24"/>
          <w:szCs w:val="24"/>
          <w:lang w:val="ru-RU"/>
        </w:rPr>
        <w:t>воспитание.</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Знание</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уважение</w:t>
      </w:r>
      <w:r w:rsidRPr="008273AB">
        <w:rPr>
          <w:spacing w:val="1"/>
          <w:sz w:val="24"/>
          <w:szCs w:val="24"/>
        </w:rPr>
        <w:t xml:space="preserve"> </w:t>
      </w:r>
      <w:r w:rsidRPr="008273AB">
        <w:rPr>
          <w:sz w:val="24"/>
          <w:szCs w:val="24"/>
        </w:rPr>
        <w:t>духовно-нравственной</w:t>
      </w:r>
      <w:r w:rsidRPr="008273AB">
        <w:rPr>
          <w:spacing w:val="1"/>
          <w:sz w:val="24"/>
          <w:szCs w:val="24"/>
        </w:rPr>
        <w:t xml:space="preserve"> </w:t>
      </w:r>
      <w:r w:rsidRPr="008273AB">
        <w:rPr>
          <w:sz w:val="24"/>
          <w:szCs w:val="24"/>
        </w:rPr>
        <w:t>культуры</w:t>
      </w:r>
      <w:r w:rsidRPr="008273AB">
        <w:rPr>
          <w:spacing w:val="1"/>
          <w:sz w:val="24"/>
          <w:szCs w:val="24"/>
        </w:rPr>
        <w:t xml:space="preserve"> </w:t>
      </w:r>
      <w:r w:rsidRPr="008273AB">
        <w:rPr>
          <w:sz w:val="24"/>
          <w:szCs w:val="24"/>
        </w:rPr>
        <w:t>своего</w:t>
      </w:r>
      <w:r w:rsidRPr="008273AB">
        <w:rPr>
          <w:spacing w:val="1"/>
          <w:sz w:val="24"/>
          <w:szCs w:val="24"/>
        </w:rPr>
        <w:t xml:space="preserve"> </w:t>
      </w:r>
      <w:r w:rsidRPr="008273AB">
        <w:rPr>
          <w:sz w:val="24"/>
          <w:szCs w:val="24"/>
        </w:rPr>
        <w:t>народа,</w:t>
      </w:r>
      <w:r w:rsidRPr="008273AB">
        <w:rPr>
          <w:spacing w:val="1"/>
          <w:sz w:val="24"/>
          <w:szCs w:val="24"/>
        </w:rPr>
        <w:t xml:space="preserve"> </w:t>
      </w:r>
      <w:r w:rsidRPr="008273AB">
        <w:rPr>
          <w:sz w:val="24"/>
          <w:szCs w:val="24"/>
        </w:rPr>
        <w:t>ориентированной</w:t>
      </w:r>
      <w:r w:rsidRPr="008273AB">
        <w:rPr>
          <w:spacing w:val="1"/>
          <w:sz w:val="24"/>
          <w:szCs w:val="24"/>
        </w:rPr>
        <w:t xml:space="preserve"> </w:t>
      </w:r>
      <w:r w:rsidRPr="008273AB">
        <w:rPr>
          <w:sz w:val="24"/>
          <w:szCs w:val="24"/>
        </w:rPr>
        <w:t>на</w:t>
      </w:r>
      <w:r w:rsidRPr="008273AB">
        <w:rPr>
          <w:spacing w:val="1"/>
          <w:sz w:val="24"/>
          <w:szCs w:val="24"/>
        </w:rPr>
        <w:t xml:space="preserve"> </w:t>
      </w:r>
      <w:r w:rsidRPr="008273AB">
        <w:rPr>
          <w:sz w:val="24"/>
          <w:szCs w:val="24"/>
        </w:rPr>
        <w:t>духовные</w:t>
      </w:r>
      <w:r w:rsidRPr="008273AB">
        <w:rPr>
          <w:spacing w:val="1"/>
          <w:sz w:val="24"/>
          <w:szCs w:val="24"/>
        </w:rPr>
        <w:t xml:space="preserve"> </w:t>
      </w:r>
      <w:r w:rsidRPr="008273AB">
        <w:rPr>
          <w:sz w:val="24"/>
          <w:szCs w:val="24"/>
        </w:rPr>
        <w:t>ценности</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нравственные</w:t>
      </w:r>
      <w:r w:rsidRPr="008273AB">
        <w:rPr>
          <w:spacing w:val="1"/>
          <w:sz w:val="24"/>
          <w:szCs w:val="24"/>
        </w:rPr>
        <w:t xml:space="preserve"> </w:t>
      </w:r>
      <w:r w:rsidRPr="008273AB">
        <w:rPr>
          <w:sz w:val="24"/>
          <w:szCs w:val="24"/>
        </w:rPr>
        <w:t>нормы</w:t>
      </w:r>
      <w:r w:rsidRPr="008273AB">
        <w:rPr>
          <w:spacing w:val="1"/>
          <w:sz w:val="24"/>
          <w:szCs w:val="24"/>
        </w:rPr>
        <w:t xml:space="preserve"> </w:t>
      </w:r>
      <w:r w:rsidRPr="008273AB">
        <w:rPr>
          <w:sz w:val="24"/>
          <w:szCs w:val="24"/>
        </w:rPr>
        <w:t>народов</w:t>
      </w:r>
      <w:r w:rsidRPr="008273AB">
        <w:rPr>
          <w:spacing w:val="1"/>
          <w:sz w:val="24"/>
          <w:szCs w:val="24"/>
        </w:rPr>
        <w:t xml:space="preserve"> </w:t>
      </w:r>
      <w:r w:rsidRPr="008273AB">
        <w:rPr>
          <w:sz w:val="24"/>
          <w:szCs w:val="24"/>
        </w:rPr>
        <w:t>России,</w:t>
      </w:r>
      <w:r w:rsidRPr="008273AB">
        <w:rPr>
          <w:spacing w:val="1"/>
          <w:sz w:val="24"/>
          <w:szCs w:val="24"/>
        </w:rPr>
        <w:t xml:space="preserve"> </w:t>
      </w:r>
      <w:r w:rsidRPr="008273AB">
        <w:rPr>
          <w:sz w:val="24"/>
          <w:szCs w:val="24"/>
        </w:rPr>
        <w:t>российского</w:t>
      </w:r>
      <w:r w:rsidRPr="008273AB">
        <w:rPr>
          <w:spacing w:val="1"/>
          <w:sz w:val="24"/>
          <w:szCs w:val="24"/>
        </w:rPr>
        <w:t xml:space="preserve"> </w:t>
      </w:r>
      <w:r w:rsidRPr="008273AB">
        <w:rPr>
          <w:sz w:val="24"/>
          <w:szCs w:val="24"/>
        </w:rPr>
        <w:t>общества</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ситуациях</w:t>
      </w:r>
      <w:r w:rsidRPr="008273AB">
        <w:rPr>
          <w:spacing w:val="1"/>
          <w:sz w:val="24"/>
          <w:szCs w:val="24"/>
        </w:rPr>
        <w:t xml:space="preserve"> </w:t>
      </w:r>
      <w:r w:rsidRPr="008273AB">
        <w:rPr>
          <w:sz w:val="24"/>
          <w:szCs w:val="24"/>
        </w:rPr>
        <w:t>нравственного</w:t>
      </w:r>
      <w:r w:rsidRPr="008273AB">
        <w:rPr>
          <w:spacing w:val="1"/>
          <w:sz w:val="24"/>
          <w:szCs w:val="24"/>
        </w:rPr>
        <w:t xml:space="preserve"> </w:t>
      </w:r>
      <w:r w:rsidRPr="008273AB">
        <w:rPr>
          <w:sz w:val="24"/>
          <w:szCs w:val="24"/>
        </w:rPr>
        <w:t>выбора</w:t>
      </w:r>
      <w:r w:rsidRPr="008273AB">
        <w:rPr>
          <w:spacing w:val="1"/>
          <w:sz w:val="24"/>
          <w:szCs w:val="24"/>
        </w:rPr>
        <w:t xml:space="preserve"> </w:t>
      </w:r>
      <w:r w:rsidRPr="008273AB">
        <w:rPr>
          <w:sz w:val="24"/>
          <w:szCs w:val="24"/>
        </w:rPr>
        <w:t>(с</w:t>
      </w:r>
      <w:r w:rsidRPr="008273AB">
        <w:rPr>
          <w:spacing w:val="1"/>
          <w:sz w:val="24"/>
          <w:szCs w:val="24"/>
        </w:rPr>
        <w:t xml:space="preserve"> </w:t>
      </w:r>
      <w:r w:rsidRPr="008273AB">
        <w:rPr>
          <w:sz w:val="24"/>
          <w:szCs w:val="24"/>
        </w:rPr>
        <w:t>учётом</w:t>
      </w:r>
      <w:r w:rsidRPr="008273AB">
        <w:rPr>
          <w:spacing w:val="1"/>
          <w:sz w:val="24"/>
          <w:szCs w:val="24"/>
        </w:rPr>
        <w:t xml:space="preserve"> </w:t>
      </w:r>
      <w:r w:rsidRPr="008273AB">
        <w:rPr>
          <w:sz w:val="24"/>
          <w:szCs w:val="24"/>
        </w:rPr>
        <w:t>национальной,</w:t>
      </w:r>
      <w:r w:rsidRPr="008273AB">
        <w:rPr>
          <w:spacing w:val="1"/>
          <w:sz w:val="24"/>
          <w:szCs w:val="24"/>
        </w:rPr>
        <w:t xml:space="preserve"> </w:t>
      </w:r>
      <w:r w:rsidRPr="008273AB">
        <w:rPr>
          <w:sz w:val="24"/>
          <w:szCs w:val="24"/>
        </w:rPr>
        <w:t>религиозной</w:t>
      </w:r>
      <w:r w:rsidRPr="008273AB">
        <w:rPr>
          <w:spacing w:val="-3"/>
          <w:sz w:val="24"/>
          <w:szCs w:val="24"/>
        </w:rPr>
        <w:t xml:space="preserve"> </w:t>
      </w:r>
      <w:r w:rsidRPr="008273AB">
        <w:rPr>
          <w:sz w:val="24"/>
          <w:szCs w:val="24"/>
        </w:rPr>
        <w:t>принадлежности).</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Выражение готовности оценивать своё поведение и поступки, поведение и поступки</w:t>
      </w:r>
      <w:r w:rsidRPr="008273AB">
        <w:rPr>
          <w:spacing w:val="-57"/>
          <w:sz w:val="24"/>
          <w:szCs w:val="24"/>
        </w:rPr>
        <w:t xml:space="preserve"> </w:t>
      </w:r>
      <w:r w:rsidRPr="008273AB">
        <w:rPr>
          <w:sz w:val="24"/>
          <w:szCs w:val="24"/>
        </w:rPr>
        <w:t>других людей с позиций традиционных российских духовно-нравственных ценностей и</w:t>
      </w:r>
      <w:r w:rsidRPr="008273AB">
        <w:rPr>
          <w:spacing w:val="1"/>
          <w:sz w:val="24"/>
          <w:szCs w:val="24"/>
        </w:rPr>
        <w:t xml:space="preserve"> </w:t>
      </w:r>
      <w:r w:rsidRPr="008273AB">
        <w:rPr>
          <w:sz w:val="24"/>
          <w:szCs w:val="24"/>
        </w:rPr>
        <w:t>норм</w:t>
      </w:r>
      <w:r w:rsidRPr="008273AB">
        <w:rPr>
          <w:spacing w:val="-2"/>
          <w:sz w:val="24"/>
          <w:szCs w:val="24"/>
        </w:rPr>
        <w:t xml:space="preserve"> </w:t>
      </w:r>
      <w:r w:rsidRPr="008273AB">
        <w:rPr>
          <w:sz w:val="24"/>
          <w:szCs w:val="24"/>
        </w:rPr>
        <w:t>с</w:t>
      </w:r>
      <w:r w:rsidRPr="008273AB">
        <w:rPr>
          <w:spacing w:val="1"/>
          <w:sz w:val="24"/>
          <w:szCs w:val="24"/>
        </w:rPr>
        <w:t xml:space="preserve"> </w:t>
      </w:r>
      <w:r w:rsidRPr="008273AB">
        <w:rPr>
          <w:sz w:val="24"/>
          <w:szCs w:val="24"/>
        </w:rPr>
        <w:t>учётом</w:t>
      </w:r>
      <w:r w:rsidRPr="008273AB">
        <w:rPr>
          <w:spacing w:val="-1"/>
          <w:sz w:val="24"/>
          <w:szCs w:val="24"/>
        </w:rPr>
        <w:t xml:space="preserve"> </w:t>
      </w:r>
      <w:r w:rsidRPr="008273AB">
        <w:rPr>
          <w:sz w:val="24"/>
          <w:szCs w:val="24"/>
        </w:rPr>
        <w:t>осознания последствий</w:t>
      </w:r>
      <w:r w:rsidRPr="008273AB">
        <w:rPr>
          <w:spacing w:val="-3"/>
          <w:sz w:val="24"/>
          <w:szCs w:val="24"/>
        </w:rPr>
        <w:t xml:space="preserve"> </w:t>
      </w:r>
      <w:r w:rsidRPr="008273AB">
        <w:rPr>
          <w:sz w:val="24"/>
          <w:szCs w:val="24"/>
        </w:rPr>
        <w:t>поступков.</w:t>
      </w:r>
    </w:p>
    <w:p w:rsidR="002B3627" w:rsidRPr="008273AB" w:rsidRDefault="002B3627" w:rsidP="002B3627">
      <w:pPr>
        <w:pStyle w:val="TableParagraph"/>
        <w:numPr>
          <w:ilvl w:val="0"/>
          <w:numId w:val="11"/>
        </w:numPr>
        <w:tabs>
          <w:tab w:val="left" w:pos="993"/>
          <w:tab w:val="left" w:pos="8789"/>
        </w:tabs>
        <w:ind w:left="0" w:right="-7" w:firstLine="709"/>
        <w:jc w:val="both"/>
        <w:rPr>
          <w:sz w:val="24"/>
          <w:szCs w:val="24"/>
        </w:rPr>
      </w:pPr>
      <w:r w:rsidRPr="008273AB">
        <w:rPr>
          <w:sz w:val="24"/>
          <w:szCs w:val="24"/>
        </w:rPr>
        <w:t>Выражение</w:t>
      </w:r>
      <w:r w:rsidRPr="008273AB">
        <w:rPr>
          <w:spacing w:val="1"/>
          <w:sz w:val="24"/>
          <w:szCs w:val="24"/>
        </w:rPr>
        <w:t xml:space="preserve"> </w:t>
      </w:r>
      <w:r w:rsidRPr="008273AB">
        <w:rPr>
          <w:sz w:val="24"/>
          <w:szCs w:val="24"/>
        </w:rPr>
        <w:t>неприятия</w:t>
      </w:r>
      <w:r w:rsidRPr="008273AB">
        <w:rPr>
          <w:spacing w:val="1"/>
          <w:sz w:val="24"/>
          <w:szCs w:val="24"/>
        </w:rPr>
        <w:t xml:space="preserve"> </w:t>
      </w:r>
      <w:r w:rsidRPr="008273AB">
        <w:rPr>
          <w:sz w:val="24"/>
          <w:szCs w:val="24"/>
        </w:rPr>
        <w:t>антигуманных</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асоциальных</w:t>
      </w:r>
      <w:r w:rsidRPr="008273AB">
        <w:rPr>
          <w:spacing w:val="1"/>
          <w:sz w:val="24"/>
          <w:szCs w:val="24"/>
        </w:rPr>
        <w:t xml:space="preserve"> </w:t>
      </w:r>
      <w:r w:rsidRPr="008273AB">
        <w:rPr>
          <w:sz w:val="24"/>
          <w:szCs w:val="24"/>
        </w:rPr>
        <w:t>поступков,</w:t>
      </w:r>
      <w:r w:rsidRPr="008273AB">
        <w:rPr>
          <w:spacing w:val="1"/>
          <w:sz w:val="24"/>
          <w:szCs w:val="24"/>
        </w:rPr>
        <w:t xml:space="preserve"> </w:t>
      </w:r>
      <w:r w:rsidRPr="008273AB">
        <w:rPr>
          <w:sz w:val="24"/>
          <w:szCs w:val="24"/>
        </w:rPr>
        <w:t>поведения,</w:t>
      </w:r>
      <w:r w:rsidRPr="008273AB">
        <w:rPr>
          <w:spacing w:val="1"/>
          <w:sz w:val="24"/>
          <w:szCs w:val="24"/>
        </w:rPr>
        <w:t xml:space="preserve"> </w:t>
      </w:r>
      <w:r w:rsidRPr="008273AB">
        <w:rPr>
          <w:sz w:val="24"/>
          <w:szCs w:val="24"/>
        </w:rPr>
        <w:t>противоречащих</w:t>
      </w:r>
      <w:r w:rsidRPr="008273AB">
        <w:rPr>
          <w:spacing w:val="-4"/>
          <w:sz w:val="24"/>
          <w:szCs w:val="24"/>
        </w:rPr>
        <w:t xml:space="preserve"> </w:t>
      </w:r>
      <w:r w:rsidRPr="008273AB">
        <w:rPr>
          <w:sz w:val="24"/>
          <w:szCs w:val="24"/>
        </w:rPr>
        <w:t>традиционным</w:t>
      </w:r>
      <w:r w:rsidRPr="008273AB">
        <w:rPr>
          <w:spacing w:val="-5"/>
          <w:sz w:val="24"/>
          <w:szCs w:val="24"/>
        </w:rPr>
        <w:t xml:space="preserve"> </w:t>
      </w:r>
      <w:r w:rsidRPr="008273AB">
        <w:rPr>
          <w:sz w:val="24"/>
          <w:szCs w:val="24"/>
        </w:rPr>
        <w:t>в</w:t>
      </w:r>
      <w:r w:rsidRPr="008273AB">
        <w:rPr>
          <w:spacing w:val="-4"/>
          <w:sz w:val="24"/>
          <w:szCs w:val="24"/>
        </w:rPr>
        <w:t xml:space="preserve"> </w:t>
      </w:r>
      <w:r w:rsidRPr="008273AB">
        <w:rPr>
          <w:sz w:val="24"/>
          <w:szCs w:val="24"/>
        </w:rPr>
        <w:t>России</w:t>
      </w:r>
      <w:r w:rsidRPr="008273AB">
        <w:rPr>
          <w:spacing w:val="-2"/>
          <w:sz w:val="24"/>
          <w:szCs w:val="24"/>
        </w:rPr>
        <w:t xml:space="preserve"> </w:t>
      </w:r>
      <w:r w:rsidRPr="008273AB">
        <w:rPr>
          <w:sz w:val="24"/>
          <w:szCs w:val="24"/>
        </w:rPr>
        <w:t>духовно-нравственным</w:t>
      </w:r>
      <w:r w:rsidRPr="008273AB">
        <w:rPr>
          <w:spacing w:val="-5"/>
          <w:sz w:val="24"/>
          <w:szCs w:val="24"/>
        </w:rPr>
        <w:t xml:space="preserve"> </w:t>
      </w:r>
      <w:r w:rsidRPr="008273AB">
        <w:rPr>
          <w:sz w:val="24"/>
          <w:szCs w:val="24"/>
        </w:rPr>
        <w:t>нормам</w:t>
      </w:r>
      <w:r w:rsidRPr="008273AB">
        <w:rPr>
          <w:spacing w:val="-4"/>
          <w:sz w:val="24"/>
          <w:szCs w:val="24"/>
        </w:rPr>
        <w:t xml:space="preserve"> </w:t>
      </w:r>
      <w:r w:rsidRPr="008273AB">
        <w:rPr>
          <w:sz w:val="24"/>
          <w:szCs w:val="24"/>
        </w:rPr>
        <w:t>и</w:t>
      </w:r>
      <w:r w:rsidRPr="008273AB">
        <w:rPr>
          <w:spacing w:val="-2"/>
          <w:sz w:val="24"/>
          <w:szCs w:val="24"/>
        </w:rPr>
        <w:t xml:space="preserve"> </w:t>
      </w:r>
      <w:r w:rsidRPr="008273AB">
        <w:rPr>
          <w:sz w:val="24"/>
          <w:szCs w:val="24"/>
        </w:rPr>
        <w:t>ценностям.</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 xml:space="preserve">Сознание соотношения  </w:t>
      </w:r>
      <w:r w:rsidRPr="008273AB">
        <w:rPr>
          <w:spacing w:val="53"/>
          <w:sz w:val="24"/>
          <w:szCs w:val="24"/>
        </w:rPr>
        <w:t xml:space="preserve"> </w:t>
      </w:r>
      <w:r w:rsidRPr="008273AB">
        <w:rPr>
          <w:sz w:val="24"/>
          <w:szCs w:val="24"/>
        </w:rPr>
        <w:t xml:space="preserve">свободы  </w:t>
      </w:r>
      <w:r w:rsidRPr="008273AB">
        <w:rPr>
          <w:spacing w:val="54"/>
          <w:sz w:val="24"/>
          <w:szCs w:val="24"/>
        </w:rPr>
        <w:t xml:space="preserve"> </w:t>
      </w:r>
      <w:r w:rsidRPr="008273AB">
        <w:rPr>
          <w:sz w:val="24"/>
          <w:szCs w:val="24"/>
        </w:rPr>
        <w:t xml:space="preserve">и  </w:t>
      </w:r>
      <w:r w:rsidRPr="008273AB">
        <w:rPr>
          <w:spacing w:val="54"/>
          <w:sz w:val="24"/>
          <w:szCs w:val="24"/>
        </w:rPr>
        <w:t xml:space="preserve"> </w:t>
      </w:r>
      <w:r w:rsidRPr="008273AB">
        <w:rPr>
          <w:sz w:val="24"/>
          <w:szCs w:val="24"/>
        </w:rPr>
        <w:t xml:space="preserve">ответственности  </w:t>
      </w:r>
      <w:r w:rsidRPr="008273AB">
        <w:rPr>
          <w:spacing w:val="55"/>
          <w:sz w:val="24"/>
          <w:szCs w:val="24"/>
        </w:rPr>
        <w:t xml:space="preserve"> </w:t>
      </w:r>
      <w:r w:rsidRPr="008273AB">
        <w:rPr>
          <w:sz w:val="24"/>
          <w:szCs w:val="24"/>
        </w:rPr>
        <w:t xml:space="preserve">личности  </w:t>
      </w:r>
      <w:r w:rsidRPr="008273AB">
        <w:rPr>
          <w:spacing w:val="55"/>
          <w:sz w:val="24"/>
          <w:szCs w:val="24"/>
        </w:rPr>
        <w:t xml:space="preserve"> </w:t>
      </w:r>
      <w:r w:rsidRPr="008273AB">
        <w:rPr>
          <w:sz w:val="24"/>
          <w:szCs w:val="24"/>
        </w:rPr>
        <w:t xml:space="preserve">в  </w:t>
      </w:r>
      <w:r w:rsidRPr="008273AB">
        <w:rPr>
          <w:spacing w:val="56"/>
          <w:sz w:val="24"/>
          <w:szCs w:val="24"/>
        </w:rPr>
        <w:t xml:space="preserve"> </w:t>
      </w:r>
      <w:r w:rsidRPr="008273AB">
        <w:rPr>
          <w:sz w:val="24"/>
          <w:szCs w:val="24"/>
        </w:rPr>
        <w:t>условиях индивидуального</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общественного</w:t>
      </w:r>
      <w:r w:rsidRPr="008273AB">
        <w:rPr>
          <w:spacing w:val="1"/>
          <w:sz w:val="24"/>
          <w:szCs w:val="24"/>
        </w:rPr>
        <w:t xml:space="preserve"> </w:t>
      </w:r>
      <w:r w:rsidRPr="008273AB">
        <w:rPr>
          <w:sz w:val="24"/>
          <w:szCs w:val="24"/>
        </w:rPr>
        <w:t>пространства,</w:t>
      </w:r>
      <w:r w:rsidRPr="008273AB">
        <w:rPr>
          <w:spacing w:val="1"/>
          <w:sz w:val="24"/>
          <w:szCs w:val="24"/>
        </w:rPr>
        <w:t xml:space="preserve"> </w:t>
      </w:r>
      <w:r w:rsidRPr="008273AB">
        <w:rPr>
          <w:sz w:val="24"/>
          <w:szCs w:val="24"/>
        </w:rPr>
        <w:t>значение</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ценность</w:t>
      </w:r>
      <w:r w:rsidRPr="008273AB">
        <w:rPr>
          <w:spacing w:val="1"/>
          <w:sz w:val="24"/>
          <w:szCs w:val="24"/>
        </w:rPr>
        <w:t xml:space="preserve"> </w:t>
      </w:r>
      <w:r w:rsidRPr="008273AB">
        <w:rPr>
          <w:sz w:val="24"/>
          <w:szCs w:val="24"/>
        </w:rPr>
        <w:t>межнационального,</w:t>
      </w:r>
      <w:r w:rsidRPr="008273AB">
        <w:rPr>
          <w:spacing w:val="72"/>
          <w:sz w:val="24"/>
          <w:szCs w:val="24"/>
        </w:rPr>
        <w:t xml:space="preserve"> </w:t>
      </w:r>
      <w:r w:rsidRPr="008273AB">
        <w:rPr>
          <w:sz w:val="24"/>
          <w:szCs w:val="24"/>
        </w:rPr>
        <w:t>межрелигиозного</w:t>
      </w:r>
      <w:r w:rsidRPr="008273AB">
        <w:rPr>
          <w:spacing w:val="74"/>
          <w:sz w:val="24"/>
          <w:szCs w:val="24"/>
        </w:rPr>
        <w:t xml:space="preserve"> </w:t>
      </w:r>
      <w:r w:rsidRPr="008273AB">
        <w:rPr>
          <w:sz w:val="24"/>
          <w:szCs w:val="24"/>
        </w:rPr>
        <w:t>согласия</w:t>
      </w:r>
      <w:r w:rsidRPr="008273AB">
        <w:rPr>
          <w:spacing w:val="74"/>
          <w:sz w:val="24"/>
          <w:szCs w:val="24"/>
        </w:rPr>
        <w:t xml:space="preserve"> </w:t>
      </w:r>
      <w:r w:rsidRPr="008273AB">
        <w:rPr>
          <w:sz w:val="24"/>
          <w:szCs w:val="24"/>
        </w:rPr>
        <w:t>людей,</w:t>
      </w:r>
      <w:r w:rsidRPr="008273AB">
        <w:rPr>
          <w:spacing w:val="72"/>
          <w:sz w:val="24"/>
          <w:szCs w:val="24"/>
        </w:rPr>
        <w:t xml:space="preserve"> </w:t>
      </w:r>
      <w:r w:rsidRPr="008273AB">
        <w:rPr>
          <w:sz w:val="24"/>
          <w:szCs w:val="24"/>
        </w:rPr>
        <w:t>народов</w:t>
      </w:r>
      <w:r w:rsidRPr="008273AB">
        <w:rPr>
          <w:spacing w:val="74"/>
          <w:sz w:val="24"/>
          <w:szCs w:val="24"/>
        </w:rPr>
        <w:t xml:space="preserve"> </w:t>
      </w:r>
      <w:r w:rsidRPr="008273AB">
        <w:rPr>
          <w:sz w:val="24"/>
          <w:szCs w:val="24"/>
        </w:rPr>
        <w:t>в</w:t>
      </w:r>
      <w:r w:rsidRPr="008273AB">
        <w:rPr>
          <w:spacing w:val="72"/>
          <w:sz w:val="24"/>
          <w:szCs w:val="24"/>
        </w:rPr>
        <w:t xml:space="preserve"> </w:t>
      </w:r>
      <w:r w:rsidRPr="008273AB">
        <w:rPr>
          <w:sz w:val="24"/>
          <w:szCs w:val="24"/>
        </w:rPr>
        <w:t>России,</w:t>
      </w:r>
      <w:r w:rsidRPr="008273AB">
        <w:rPr>
          <w:spacing w:val="77"/>
          <w:sz w:val="24"/>
          <w:szCs w:val="24"/>
        </w:rPr>
        <w:t xml:space="preserve"> </w:t>
      </w:r>
      <w:r w:rsidRPr="008273AB">
        <w:rPr>
          <w:sz w:val="24"/>
          <w:szCs w:val="24"/>
        </w:rPr>
        <w:t>умение общаться</w:t>
      </w:r>
      <w:r w:rsidRPr="008273AB">
        <w:rPr>
          <w:spacing w:val="-2"/>
          <w:sz w:val="24"/>
          <w:szCs w:val="24"/>
        </w:rPr>
        <w:t xml:space="preserve"> </w:t>
      </w:r>
      <w:r w:rsidRPr="008273AB">
        <w:rPr>
          <w:sz w:val="24"/>
          <w:szCs w:val="24"/>
        </w:rPr>
        <w:t>с</w:t>
      </w:r>
      <w:r w:rsidRPr="008273AB">
        <w:rPr>
          <w:spacing w:val="-3"/>
          <w:sz w:val="24"/>
          <w:szCs w:val="24"/>
        </w:rPr>
        <w:t xml:space="preserve"> </w:t>
      </w:r>
      <w:r w:rsidRPr="008273AB">
        <w:rPr>
          <w:sz w:val="24"/>
          <w:szCs w:val="24"/>
        </w:rPr>
        <w:t>людьми</w:t>
      </w:r>
      <w:r w:rsidRPr="008273AB">
        <w:rPr>
          <w:spacing w:val="-2"/>
          <w:sz w:val="24"/>
          <w:szCs w:val="24"/>
        </w:rPr>
        <w:t xml:space="preserve"> </w:t>
      </w:r>
      <w:r w:rsidRPr="008273AB">
        <w:rPr>
          <w:sz w:val="24"/>
          <w:szCs w:val="24"/>
        </w:rPr>
        <w:t>разных</w:t>
      </w:r>
      <w:r w:rsidRPr="008273AB">
        <w:rPr>
          <w:spacing w:val="-3"/>
          <w:sz w:val="24"/>
          <w:szCs w:val="24"/>
        </w:rPr>
        <w:t xml:space="preserve"> </w:t>
      </w:r>
      <w:r w:rsidRPr="008273AB">
        <w:rPr>
          <w:sz w:val="24"/>
          <w:szCs w:val="24"/>
        </w:rPr>
        <w:t>народов,</w:t>
      </w:r>
      <w:r w:rsidRPr="008273AB">
        <w:rPr>
          <w:spacing w:val="-2"/>
          <w:sz w:val="24"/>
          <w:szCs w:val="24"/>
        </w:rPr>
        <w:t xml:space="preserve"> </w:t>
      </w:r>
      <w:r w:rsidRPr="008273AB">
        <w:rPr>
          <w:sz w:val="24"/>
          <w:szCs w:val="24"/>
        </w:rPr>
        <w:t>вероисповеданий.</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Проявление</w:t>
      </w:r>
      <w:r w:rsidRPr="008273AB">
        <w:rPr>
          <w:spacing w:val="1"/>
          <w:sz w:val="24"/>
          <w:szCs w:val="24"/>
        </w:rPr>
        <w:t xml:space="preserve"> </w:t>
      </w:r>
      <w:r w:rsidRPr="008273AB">
        <w:rPr>
          <w:sz w:val="24"/>
          <w:szCs w:val="24"/>
        </w:rPr>
        <w:t>уважения</w:t>
      </w:r>
      <w:r w:rsidRPr="008273AB">
        <w:rPr>
          <w:spacing w:val="1"/>
          <w:sz w:val="24"/>
          <w:szCs w:val="24"/>
        </w:rPr>
        <w:t xml:space="preserve"> </w:t>
      </w:r>
      <w:r w:rsidRPr="008273AB">
        <w:rPr>
          <w:sz w:val="24"/>
          <w:szCs w:val="24"/>
        </w:rPr>
        <w:t>к</w:t>
      </w:r>
      <w:r w:rsidRPr="008273AB">
        <w:rPr>
          <w:spacing w:val="1"/>
          <w:sz w:val="24"/>
          <w:szCs w:val="24"/>
        </w:rPr>
        <w:t xml:space="preserve"> </w:t>
      </w:r>
      <w:r w:rsidRPr="008273AB">
        <w:rPr>
          <w:sz w:val="24"/>
          <w:szCs w:val="24"/>
        </w:rPr>
        <w:t>старшим,</w:t>
      </w:r>
      <w:r w:rsidRPr="008273AB">
        <w:rPr>
          <w:spacing w:val="1"/>
          <w:sz w:val="24"/>
          <w:szCs w:val="24"/>
        </w:rPr>
        <w:t xml:space="preserve"> </w:t>
      </w:r>
      <w:r w:rsidRPr="008273AB">
        <w:rPr>
          <w:sz w:val="24"/>
          <w:szCs w:val="24"/>
        </w:rPr>
        <w:t>к</w:t>
      </w:r>
      <w:r w:rsidRPr="008273AB">
        <w:rPr>
          <w:spacing w:val="1"/>
          <w:sz w:val="24"/>
          <w:szCs w:val="24"/>
        </w:rPr>
        <w:t xml:space="preserve"> </w:t>
      </w:r>
      <w:r w:rsidRPr="008273AB">
        <w:rPr>
          <w:sz w:val="24"/>
          <w:szCs w:val="24"/>
        </w:rPr>
        <w:t>российским</w:t>
      </w:r>
      <w:r w:rsidRPr="008273AB">
        <w:rPr>
          <w:spacing w:val="1"/>
          <w:sz w:val="24"/>
          <w:szCs w:val="24"/>
        </w:rPr>
        <w:t xml:space="preserve"> </w:t>
      </w:r>
      <w:r w:rsidRPr="008273AB">
        <w:rPr>
          <w:sz w:val="24"/>
          <w:szCs w:val="24"/>
        </w:rPr>
        <w:t>традиционным</w:t>
      </w:r>
      <w:r w:rsidRPr="008273AB">
        <w:rPr>
          <w:spacing w:val="1"/>
          <w:sz w:val="24"/>
          <w:szCs w:val="24"/>
        </w:rPr>
        <w:t xml:space="preserve"> </w:t>
      </w:r>
      <w:r w:rsidRPr="008273AB">
        <w:rPr>
          <w:sz w:val="24"/>
          <w:szCs w:val="24"/>
        </w:rPr>
        <w:t>семейным</w:t>
      </w:r>
      <w:r w:rsidRPr="008273AB">
        <w:rPr>
          <w:spacing w:val="1"/>
          <w:sz w:val="24"/>
          <w:szCs w:val="24"/>
        </w:rPr>
        <w:t xml:space="preserve"> </w:t>
      </w:r>
      <w:r w:rsidRPr="008273AB">
        <w:rPr>
          <w:sz w:val="24"/>
          <w:szCs w:val="24"/>
        </w:rPr>
        <w:t>ценностям,</w:t>
      </w:r>
      <w:r w:rsidRPr="008273AB">
        <w:rPr>
          <w:spacing w:val="1"/>
          <w:sz w:val="24"/>
          <w:szCs w:val="24"/>
        </w:rPr>
        <w:t xml:space="preserve"> </w:t>
      </w:r>
      <w:r w:rsidRPr="008273AB">
        <w:rPr>
          <w:sz w:val="24"/>
          <w:szCs w:val="24"/>
        </w:rPr>
        <w:t>институту</w:t>
      </w:r>
      <w:r w:rsidRPr="008273AB">
        <w:rPr>
          <w:spacing w:val="1"/>
          <w:sz w:val="24"/>
          <w:szCs w:val="24"/>
        </w:rPr>
        <w:t xml:space="preserve"> </w:t>
      </w:r>
      <w:r w:rsidRPr="008273AB">
        <w:rPr>
          <w:sz w:val="24"/>
          <w:szCs w:val="24"/>
        </w:rPr>
        <w:t>брака</w:t>
      </w:r>
      <w:r w:rsidRPr="008273AB">
        <w:rPr>
          <w:spacing w:val="1"/>
          <w:sz w:val="24"/>
          <w:szCs w:val="24"/>
        </w:rPr>
        <w:t xml:space="preserve"> </w:t>
      </w:r>
      <w:r w:rsidRPr="008273AB">
        <w:rPr>
          <w:sz w:val="24"/>
          <w:szCs w:val="24"/>
        </w:rPr>
        <w:t>как</w:t>
      </w:r>
      <w:r w:rsidRPr="008273AB">
        <w:rPr>
          <w:spacing w:val="1"/>
          <w:sz w:val="24"/>
          <w:szCs w:val="24"/>
        </w:rPr>
        <w:t xml:space="preserve"> </w:t>
      </w:r>
      <w:r w:rsidRPr="008273AB">
        <w:rPr>
          <w:sz w:val="24"/>
          <w:szCs w:val="24"/>
        </w:rPr>
        <w:t>союзу</w:t>
      </w:r>
      <w:r w:rsidRPr="008273AB">
        <w:rPr>
          <w:spacing w:val="1"/>
          <w:sz w:val="24"/>
          <w:szCs w:val="24"/>
        </w:rPr>
        <w:t xml:space="preserve"> </w:t>
      </w:r>
      <w:r w:rsidRPr="008273AB">
        <w:rPr>
          <w:sz w:val="24"/>
          <w:szCs w:val="24"/>
        </w:rPr>
        <w:t>мужчины</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женщины</w:t>
      </w:r>
      <w:r w:rsidRPr="008273AB">
        <w:rPr>
          <w:spacing w:val="1"/>
          <w:sz w:val="24"/>
          <w:szCs w:val="24"/>
        </w:rPr>
        <w:t xml:space="preserve"> </w:t>
      </w:r>
      <w:r w:rsidRPr="008273AB">
        <w:rPr>
          <w:sz w:val="24"/>
          <w:szCs w:val="24"/>
        </w:rPr>
        <w:t>для</w:t>
      </w:r>
      <w:r w:rsidRPr="008273AB">
        <w:rPr>
          <w:spacing w:val="1"/>
          <w:sz w:val="24"/>
          <w:szCs w:val="24"/>
        </w:rPr>
        <w:t xml:space="preserve"> </w:t>
      </w:r>
      <w:r w:rsidRPr="008273AB">
        <w:rPr>
          <w:sz w:val="24"/>
          <w:szCs w:val="24"/>
        </w:rPr>
        <w:t>создания</w:t>
      </w:r>
      <w:r w:rsidRPr="008273AB">
        <w:rPr>
          <w:spacing w:val="1"/>
          <w:sz w:val="24"/>
          <w:szCs w:val="24"/>
        </w:rPr>
        <w:t xml:space="preserve"> </w:t>
      </w:r>
      <w:r w:rsidRPr="008273AB">
        <w:rPr>
          <w:sz w:val="24"/>
          <w:szCs w:val="24"/>
        </w:rPr>
        <w:t>семьи,</w:t>
      </w:r>
      <w:r w:rsidRPr="008273AB">
        <w:rPr>
          <w:spacing w:val="1"/>
          <w:sz w:val="24"/>
          <w:szCs w:val="24"/>
        </w:rPr>
        <w:t xml:space="preserve"> </w:t>
      </w:r>
      <w:r w:rsidRPr="008273AB">
        <w:rPr>
          <w:sz w:val="24"/>
          <w:szCs w:val="24"/>
        </w:rPr>
        <w:t>рождения</w:t>
      </w:r>
      <w:r w:rsidRPr="008273AB">
        <w:rPr>
          <w:spacing w:val="-1"/>
          <w:sz w:val="24"/>
          <w:szCs w:val="24"/>
        </w:rPr>
        <w:t xml:space="preserve"> </w:t>
      </w:r>
      <w:r w:rsidRPr="008273AB">
        <w:rPr>
          <w:sz w:val="24"/>
          <w:szCs w:val="24"/>
        </w:rPr>
        <w:t>и воспитания</w:t>
      </w:r>
      <w:r w:rsidRPr="008273AB">
        <w:rPr>
          <w:spacing w:val="-3"/>
          <w:sz w:val="24"/>
          <w:szCs w:val="24"/>
        </w:rPr>
        <w:t xml:space="preserve"> </w:t>
      </w:r>
      <w:r w:rsidRPr="008273AB">
        <w:rPr>
          <w:sz w:val="24"/>
          <w:szCs w:val="24"/>
        </w:rPr>
        <w:t>детей.</w:t>
      </w:r>
    </w:p>
    <w:p w:rsidR="002B3627" w:rsidRPr="008273AB" w:rsidRDefault="002B3627" w:rsidP="002B3627">
      <w:pPr>
        <w:pStyle w:val="ae"/>
        <w:widowControl w:val="0"/>
        <w:numPr>
          <w:ilvl w:val="0"/>
          <w:numId w:val="11"/>
        </w:numPr>
        <w:tabs>
          <w:tab w:val="left" w:pos="993"/>
        </w:tabs>
        <w:autoSpaceDE w:val="0"/>
        <w:autoSpaceDN w:val="0"/>
        <w:spacing w:after="0" w:line="240" w:lineRule="auto"/>
        <w:ind w:left="0" w:right="-7"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Проявление</w:t>
      </w:r>
      <w:r w:rsidRPr="008273AB">
        <w:rPr>
          <w:rFonts w:ascii="Times New Roman" w:hAnsi="Times New Roman" w:cs="Times New Roman"/>
          <w:spacing w:val="20"/>
          <w:sz w:val="24"/>
          <w:szCs w:val="24"/>
          <w:lang w:val="ru-RU"/>
        </w:rPr>
        <w:t xml:space="preserve"> </w:t>
      </w:r>
      <w:r w:rsidRPr="008273AB">
        <w:rPr>
          <w:rFonts w:ascii="Times New Roman" w:hAnsi="Times New Roman" w:cs="Times New Roman"/>
          <w:sz w:val="24"/>
          <w:szCs w:val="24"/>
          <w:lang w:val="ru-RU"/>
        </w:rPr>
        <w:t>интереса</w:t>
      </w:r>
      <w:r w:rsidRPr="008273AB">
        <w:rPr>
          <w:rFonts w:ascii="Times New Roman" w:hAnsi="Times New Roman" w:cs="Times New Roman"/>
          <w:spacing w:val="19"/>
          <w:sz w:val="24"/>
          <w:szCs w:val="24"/>
          <w:lang w:val="ru-RU"/>
        </w:rPr>
        <w:t xml:space="preserve"> </w:t>
      </w:r>
      <w:r w:rsidRPr="008273AB">
        <w:rPr>
          <w:rFonts w:ascii="Times New Roman" w:hAnsi="Times New Roman" w:cs="Times New Roman"/>
          <w:sz w:val="24"/>
          <w:szCs w:val="24"/>
          <w:lang w:val="ru-RU"/>
        </w:rPr>
        <w:t>к</w:t>
      </w:r>
      <w:r w:rsidRPr="008273AB">
        <w:rPr>
          <w:rFonts w:ascii="Times New Roman" w:hAnsi="Times New Roman" w:cs="Times New Roman"/>
          <w:spacing w:val="20"/>
          <w:sz w:val="24"/>
          <w:szCs w:val="24"/>
          <w:lang w:val="ru-RU"/>
        </w:rPr>
        <w:t xml:space="preserve"> </w:t>
      </w:r>
      <w:r w:rsidRPr="008273AB">
        <w:rPr>
          <w:rFonts w:ascii="Times New Roman" w:hAnsi="Times New Roman" w:cs="Times New Roman"/>
          <w:sz w:val="24"/>
          <w:szCs w:val="24"/>
          <w:lang w:val="ru-RU"/>
        </w:rPr>
        <w:t>чтению,</w:t>
      </w:r>
      <w:r w:rsidRPr="008273AB">
        <w:rPr>
          <w:rFonts w:ascii="Times New Roman" w:hAnsi="Times New Roman" w:cs="Times New Roman"/>
          <w:spacing w:val="17"/>
          <w:sz w:val="24"/>
          <w:szCs w:val="24"/>
          <w:lang w:val="ru-RU"/>
        </w:rPr>
        <w:t xml:space="preserve"> </w:t>
      </w:r>
      <w:r w:rsidRPr="008273AB">
        <w:rPr>
          <w:rFonts w:ascii="Times New Roman" w:hAnsi="Times New Roman" w:cs="Times New Roman"/>
          <w:sz w:val="24"/>
          <w:szCs w:val="24"/>
          <w:lang w:val="ru-RU"/>
        </w:rPr>
        <w:t>к</w:t>
      </w:r>
      <w:r w:rsidRPr="008273AB">
        <w:rPr>
          <w:rFonts w:ascii="Times New Roman" w:hAnsi="Times New Roman" w:cs="Times New Roman"/>
          <w:spacing w:val="20"/>
          <w:sz w:val="24"/>
          <w:szCs w:val="24"/>
          <w:lang w:val="ru-RU"/>
        </w:rPr>
        <w:t xml:space="preserve"> </w:t>
      </w:r>
      <w:r w:rsidRPr="008273AB">
        <w:rPr>
          <w:rFonts w:ascii="Times New Roman" w:hAnsi="Times New Roman" w:cs="Times New Roman"/>
          <w:sz w:val="24"/>
          <w:szCs w:val="24"/>
          <w:lang w:val="ru-RU"/>
        </w:rPr>
        <w:t>родному</w:t>
      </w:r>
      <w:r w:rsidRPr="008273AB">
        <w:rPr>
          <w:rFonts w:ascii="Times New Roman" w:hAnsi="Times New Roman" w:cs="Times New Roman"/>
          <w:spacing w:val="13"/>
          <w:sz w:val="24"/>
          <w:szCs w:val="24"/>
          <w:lang w:val="ru-RU"/>
        </w:rPr>
        <w:t xml:space="preserve"> </w:t>
      </w:r>
      <w:r w:rsidRPr="008273AB">
        <w:rPr>
          <w:rFonts w:ascii="Times New Roman" w:hAnsi="Times New Roman" w:cs="Times New Roman"/>
          <w:sz w:val="24"/>
          <w:szCs w:val="24"/>
          <w:lang w:val="ru-RU"/>
        </w:rPr>
        <w:t>языку,</w:t>
      </w:r>
      <w:r w:rsidRPr="008273AB">
        <w:rPr>
          <w:rFonts w:ascii="Times New Roman" w:hAnsi="Times New Roman" w:cs="Times New Roman"/>
          <w:spacing w:val="20"/>
          <w:sz w:val="24"/>
          <w:szCs w:val="24"/>
          <w:lang w:val="ru-RU"/>
        </w:rPr>
        <w:t xml:space="preserve"> </w:t>
      </w:r>
      <w:r w:rsidRPr="008273AB">
        <w:rPr>
          <w:rFonts w:ascii="Times New Roman" w:hAnsi="Times New Roman" w:cs="Times New Roman"/>
          <w:sz w:val="24"/>
          <w:szCs w:val="24"/>
          <w:lang w:val="ru-RU"/>
        </w:rPr>
        <w:t>русскому</w:t>
      </w:r>
      <w:r w:rsidRPr="008273AB">
        <w:rPr>
          <w:rFonts w:ascii="Times New Roman" w:hAnsi="Times New Roman" w:cs="Times New Roman"/>
          <w:spacing w:val="14"/>
          <w:sz w:val="24"/>
          <w:szCs w:val="24"/>
          <w:lang w:val="ru-RU"/>
        </w:rPr>
        <w:t xml:space="preserve"> </w:t>
      </w:r>
      <w:r w:rsidRPr="008273AB">
        <w:rPr>
          <w:rFonts w:ascii="Times New Roman" w:hAnsi="Times New Roman" w:cs="Times New Roman"/>
          <w:sz w:val="24"/>
          <w:szCs w:val="24"/>
          <w:lang w:val="ru-RU"/>
        </w:rPr>
        <w:t>языку</w:t>
      </w:r>
      <w:r w:rsidRPr="008273AB">
        <w:rPr>
          <w:rFonts w:ascii="Times New Roman" w:hAnsi="Times New Roman" w:cs="Times New Roman"/>
          <w:spacing w:val="17"/>
          <w:sz w:val="24"/>
          <w:szCs w:val="24"/>
          <w:lang w:val="ru-RU"/>
        </w:rPr>
        <w:t xml:space="preserve"> </w:t>
      </w:r>
      <w:r w:rsidRPr="008273AB">
        <w:rPr>
          <w:rFonts w:ascii="Times New Roman" w:hAnsi="Times New Roman" w:cs="Times New Roman"/>
          <w:sz w:val="24"/>
          <w:szCs w:val="24"/>
          <w:lang w:val="ru-RU"/>
        </w:rPr>
        <w:t>и</w:t>
      </w:r>
      <w:r w:rsidRPr="008273AB">
        <w:rPr>
          <w:rFonts w:ascii="Times New Roman" w:hAnsi="Times New Roman" w:cs="Times New Roman"/>
          <w:spacing w:val="20"/>
          <w:sz w:val="24"/>
          <w:szCs w:val="24"/>
          <w:lang w:val="ru-RU"/>
        </w:rPr>
        <w:t xml:space="preserve"> </w:t>
      </w:r>
      <w:r w:rsidRPr="008273AB">
        <w:rPr>
          <w:rFonts w:ascii="Times New Roman" w:hAnsi="Times New Roman" w:cs="Times New Roman"/>
          <w:sz w:val="24"/>
          <w:szCs w:val="24"/>
          <w:lang w:val="ru-RU"/>
        </w:rPr>
        <w:t>литературе</w:t>
      </w:r>
      <w:r w:rsidRPr="008273AB">
        <w:rPr>
          <w:rFonts w:ascii="Times New Roman" w:hAnsi="Times New Roman" w:cs="Times New Roman"/>
          <w:spacing w:val="19"/>
          <w:sz w:val="24"/>
          <w:szCs w:val="24"/>
          <w:lang w:val="ru-RU"/>
        </w:rPr>
        <w:t xml:space="preserve"> </w:t>
      </w:r>
      <w:r w:rsidRPr="008273AB">
        <w:rPr>
          <w:rFonts w:ascii="Times New Roman" w:hAnsi="Times New Roman" w:cs="Times New Roman"/>
          <w:sz w:val="24"/>
          <w:szCs w:val="24"/>
          <w:lang w:val="ru-RU"/>
        </w:rPr>
        <w:t>как части</w:t>
      </w:r>
      <w:r w:rsidRPr="008273AB">
        <w:rPr>
          <w:rFonts w:ascii="Times New Roman" w:hAnsi="Times New Roman" w:cs="Times New Roman"/>
          <w:spacing w:val="-4"/>
          <w:sz w:val="24"/>
          <w:szCs w:val="24"/>
          <w:lang w:val="ru-RU"/>
        </w:rPr>
        <w:t xml:space="preserve"> </w:t>
      </w:r>
      <w:r w:rsidRPr="008273AB">
        <w:rPr>
          <w:rFonts w:ascii="Times New Roman" w:hAnsi="Times New Roman" w:cs="Times New Roman"/>
          <w:sz w:val="24"/>
          <w:szCs w:val="24"/>
          <w:lang w:val="ru-RU"/>
        </w:rPr>
        <w:t>духовной</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культуры</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своего</w:t>
      </w:r>
      <w:r w:rsidRPr="008273AB">
        <w:rPr>
          <w:rFonts w:ascii="Times New Roman" w:hAnsi="Times New Roman" w:cs="Times New Roman"/>
          <w:spacing w:val="-4"/>
          <w:sz w:val="24"/>
          <w:szCs w:val="24"/>
          <w:lang w:val="ru-RU"/>
        </w:rPr>
        <w:t xml:space="preserve"> </w:t>
      </w:r>
      <w:r w:rsidRPr="008273AB">
        <w:rPr>
          <w:rFonts w:ascii="Times New Roman" w:hAnsi="Times New Roman" w:cs="Times New Roman"/>
          <w:sz w:val="24"/>
          <w:szCs w:val="24"/>
          <w:lang w:val="ru-RU"/>
        </w:rPr>
        <w:t>народа,</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российского</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общества.</w:t>
      </w:r>
    </w:p>
    <w:p w:rsidR="002B3627" w:rsidRPr="008273AB" w:rsidRDefault="002B3627" w:rsidP="002B3627">
      <w:pPr>
        <w:pStyle w:val="ae"/>
        <w:tabs>
          <w:tab w:val="left" w:pos="993"/>
        </w:tabs>
        <w:spacing w:line="240" w:lineRule="auto"/>
        <w:ind w:left="0"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lastRenderedPageBreak/>
        <w:t>Эстетическое</w:t>
      </w:r>
      <w:r w:rsidRPr="008273AB">
        <w:rPr>
          <w:rFonts w:ascii="Times New Roman" w:hAnsi="Times New Roman" w:cs="Times New Roman"/>
          <w:b/>
          <w:spacing w:val="-5"/>
          <w:sz w:val="24"/>
          <w:szCs w:val="24"/>
          <w:lang w:val="ru-RU"/>
        </w:rPr>
        <w:t xml:space="preserve"> </w:t>
      </w:r>
      <w:r w:rsidRPr="008273AB">
        <w:rPr>
          <w:rFonts w:ascii="Times New Roman" w:hAnsi="Times New Roman" w:cs="Times New Roman"/>
          <w:b/>
          <w:sz w:val="24"/>
          <w:szCs w:val="24"/>
          <w:lang w:val="ru-RU"/>
        </w:rPr>
        <w:t>воспитание.</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Выражение понимания ценности отечественного и мирового искусства, народных</w:t>
      </w:r>
      <w:r w:rsidRPr="008273AB">
        <w:rPr>
          <w:spacing w:val="1"/>
          <w:sz w:val="24"/>
          <w:szCs w:val="24"/>
        </w:rPr>
        <w:t xml:space="preserve"> </w:t>
      </w:r>
      <w:r w:rsidRPr="008273AB">
        <w:rPr>
          <w:sz w:val="24"/>
          <w:szCs w:val="24"/>
        </w:rPr>
        <w:t>традиций</w:t>
      </w:r>
      <w:r w:rsidRPr="008273AB">
        <w:rPr>
          <w:spacing w:val="-1"/>
          <w:sz w:val="24"/>
          <w:szCs w:val="24"/>
        </w:rPr>
        <w:t xml:space="preserve"> </w:t>
      </w:r>
      <w:r w:rsidRPr="008273AB">
        <w:rPr>
          <w:sz w:val="24"/>
          <w:szCs w:val="24"/>
        </w:rPr>
        <w:t>и</w:t>
      </w:r>
      <w:r w:rsidRPr="008273AB">
        <w:rPr>
          <w:spacing w:val="-2"/>
          <w:sz w:val="24"/>
          <w:szCs w:val="24"/>
        </w:rPr>
        <w:t xml:space="preserve"> </w:t>
      </w:r>
      <w:r w:rsidRPr="008273AB">
        <w:rPr>
          <w:sz w:val="24"/>
          <w:szCs w:val="24"/>
        </w:rPr>
        <w:t>народного творчества</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искусстве.</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Проявление</w:t>
      </w:r>
      <w:r w:rsidRPr="008273AB">
        <w:rPr>
          <w:spacing w:val="1"/>
          <w:sz w:val="24"/>
          <w:szCs w:val="24"/>
        </w:rPr>
        <w:t xml:space="preserve"> </w:t>
      </w:r>
      <w:r w:rsidRPr="008273AB">
        <w:rPr>
          <w:sz w:val="24"/>
          <w:szCs w:val="24"/>
        </w:rPr>
        <w:t>эмоционально-чувственной</w:t>
      </w:r>
      <w:r w:rsidRPr="008273AB">
        <w:rPr>
          <w:spacing w:val="1"/>
          <w:sz w:val="24"/>
          <w:szCs w:val="24"/>
        </w:rPr>
        <w:t xml:space="preserve"> </w:t>
      </w:r>
      <w:r w:rsidRPr="008273AB">
        <w:rPr>
          <w:sz w:val="24"/>
          <w:szCs w:val="24"/>
        </w:rPr>
        <w:t>восприимчивости</w:t>
      </w:r>
      <w:r w:rsidRPr="008273AB">
        <w:rPr>
          <w:spacing w:val="1"/>
          <w:sz w:val="24"/>
          <w:szCs w:val="24"/>
        </w:rPr>
        <w:t xml:space="preserve"> </w:t>
      </w:r>
      <w:r w:rsidRPr="008273AB">
        <w:rPr>
          <w:sz w:val="24"/>
          <w:szCs w:val="24"/>
        </w:rPr>
        <w:t>к</w:t>
      </w:r>
      <w:r w:rsidRPr="008273AB">
        <w:rPr>
          <w:spacing w:val="1"/>
          <w:sz w:val="24"/>
          <w:szCs w:val="24"/>
        </w:rPr>
        <w:t xml:space="preserve"> </w:t>
      </w:r>
      <w:r w:rsidRPr="008273AB">
        <w:rPr>
          <w:sz w:val="24"/>
          <w:szCs w:val="24"/>
        </w:rPr>
        <w:t>разным</w:t>
      </w:r>
      <w:r w:rsidRPr="008273AB">
        <w:rPr>
          <w:spacing w:val="1"/>
          <w:sz w:val="24"/>
          <w:szCs w:val="24"/>
        </w:rPr>
        <w:t xml:space="preserve"> </w:t>
      </w:r>
      <w:r w:rsidRPr="008273AB">
        <w:rPr>
          <w:sz w:val="24"/>
          <w:szCs w:val="24"/>
        </w:rPr>
        <w:t>видам</w:t>
      </w:r>
      <w:r w:rsidRPr="008273AB">
        <w:rPr>
          <w:spacing w:val="1"/>
          <w:sz w:val="24"/>
          <w:szCs w:val="24"/>
        </w:rPr>
        <w:t xml:space="preserve"> </w:t>
      </w:r>
      <w:r w:rsidRPr="008273AB">
        <w:rPr>
          <w:sz w:val="24"/>
          <w:szCs w:val="24"/>
        </w:rPr>
        <w:t>искусства, традициям и творчеству своего и других народов, понимание их влияния на</w:t>
      </w:r>
      <w:r w:rsidRPr="008273AB">
        <w:rPr>
          <w:spacing w:val="1"/>
          <w:sz w:val="24"/>
          <w:szCs w:val="24"/>
        </w:rPr>
        <w:t xml:space="preserve"> </w:t>
      </w:r>
      <w:r w:rsidRPr="008273AB">
        <w:rPr>
          <w:sz w:val="24"/>
          <w:szCs w:val="24"/>
        </w:rPr>
        <w:t>поведение</w:t>
      </w:r>
      <w:r w:rsidRPr="008273AB">
        <w:rPr>
          <w:spacing w:val="-2"/>
          <w:sz w:val="24"/>
          <w:szCs w:val="24"/>
        </w:rPr>
        <w:t xml:space="preserve"> </w:t>
      </w:r>
      <w:r w:rsidRPr="008273AB">
        <w:rPr>
          <w:sz w:val="24"/>
          <w:szCs w:val="24"/>
        </w:rPr>
        <w:t>людей.</w:t>
      </w:r>
    </w:p>
    <w:p w:rsidR="002B3627" w:rsidRPr="008273AB" w:rsidRDefault="002B3627" w:rsidP="002B3627">
      <w:pPr>
        <w:pStyle w:val="TableParagraph"/>
        <w:numPr>
          <w:ilvl w:val="0"/>
          <w:numId w:val="11"/>
        </w:numPr>
        <w:tabs>
          <w:tab w:val="left" w:pos="993"/>
        </w:tabs>
        <w:ind w:left="0" w:right="-7" w:firstLine="709"/>
        <w:jc w:val="both"/>
        <w:rPr>
          <w:sz w:val="24"/>
          <w:szCs w:val="24"/>
        </w:rPr>
      </w:pPr>
      <w:r w:rsidRPr="008273AB">
        <w:rPr>
          <w:sz w:val="24"/>
          <w:szCs w:val="24"/>
        </w:rPr>
        <w:t>Сознание</w:t>
      </w:r>
      <w:r w:rsidRPr="008273AB">
        <w:rPr>
          <w:spacing w:val="1"/>
          <w:sz w:val="24"/>
          <w:szCs w:val="24"/>
        </w:rPr>
        <w:t xml:space="preserve"> </w:t>
      </w:r>
      <w:r w:rsidRPr="008273AB">
        <w:rPr>
          <w:sz w:val="24"/>
          <w:szCs w:val="24"/>
        </w:rPr>
        <w:t>роли</w:t>
      </w:r>
      <w:r w:rsidRPr="008273AB">
        <w:rPr>
          <w:spacing w:val="1"/>
          <w:sz w:val="24"/>
          <w:szCs w:val="24"/>
        </w:rPr>
        <w:t xml:space="preserve"> </w:t>
      </w:r>
      <w:r w:rsidRPr="008273AB">
        <w:rPr>
          <w:sz w:val="24"/>
          <w:szCs w:val="24"/>
        </w:rPr>
        <w:t>художественной</w:t>
      </w:r>
      <w:r w:rsidRPr="008273AB">
        <w:rPr>
          <w:spacing w:val="1"/>
          <w:sz w:val="24"/>
          <w:szCs w:val="24"/>
        </w:rPr>
        <w:t xml:space="preserve"> </w:t>
      </w:r>
      <w:r w:rsidRPr="008273AB">
        <w:rPr>
          <w:sz w:val="24"/>
          <w:szCs w:val="24"/>
        </w:rPr>
        <w:t>культуры</w:t>
      </w:r>
      <w:r w:rsidRPr="008273AB">
        <w:rPr>
          <w:spacing w:val="1"/>
          <w:sz w:val="24"/>
          <w:szCs w:val="24"/>
        </w:rPr>
        <w:t xml:space="preserve"> </w:t>
      </w:r>
      <w:r w:rsidRPr="008273AB">
        <w:rPr>
          <w:sz w:val="24"/>
          <w:szCs w:val="24"/>
        </w:rPr>
        <w:t>как</w:t>
      </w:r>
      <w:r w:rsidRPr="008273AB">
        <w:rPr>
          <w:spacing w:val="1"/>
          <w:sz w:val="24"/>
          <w:szCs w:val="24"/>
        </w:rPr>
        <w:t xml:space="preserve"> </w:t>
      </w:r>
      <w:r w:rsidRPr="008273AB">
        <w:rPr>
          <w:sz w:val="24"/>
          <w:szCs w:val="24"/>
        </w:rPr>
        <w:t>средства</w:t>
      </w:r>
      <w:r w:rsidRPr="008273AB">
        <w:rPr>
          <w:spacing w:val="1"/>
          <w:sz w:val="24"/>
          <w:szCs w:val="24"/>
        </w:rPr>
        <w:t xml:space="preserve"> </w:t>
      </w:r>
      <w:r w:rsidRPr="008273AB">
        <w:rPr>
          <w:sz w:val="24"/>
          <w:szCs w:val="24"/>
        </w:rPr>
        <w:t>коммуникации</w:t>
      </w:r>
      <w:r w:rsidRPr="008273AB">
        <w:rPr>
          <w:spacing w:val="1"/>
          <w:sz w:val="24"/>
          <w:szCs w:val="24"/>
        </w:rPr>
        <w:t xml:space="preserve"> </w:t>
      </w:r>
      <w:r w:rsidRPr="008273AB">
        <w:rPr>
          <w:sz w:val="24"/>
          <w:szCs w:val="24"/>
        </w:rPr>
        <w:t>и</w:t>
      </w:r>
      <w:r w:rsidRPr="008273AB">
        <w:rPr>
          <w:spacing w:val="-57"/>
          <w:sz w:val="24"/>
          <w:szCs w:val="24"/>
        </w:rPr>
        <w:t xml:space="preserve"> </w:t>
      </w:r>
      <w:r w:rsidRPr="008273AB">
        <w:rPr>
          <w:sz w:val="24"/>
          <w:szCs w:val="24"/>
        </w:rPr>
        <w:t>самовыражения</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современном</w:t>
      </w:r>
      <w:r w:rsidRPr="008273AB">
        <w:rPr>
          <w:spacing w:val="1"/>
          <w:sz w:val="24"/>
          <w:szCs w:val="24"/>
        </w:rPr>
        <w:t xml:space="preserve"> </w:t>
      </w:r>
      <w:r w:rsidRPr="008273AB">
        <w:rPr>
          <w:sz w:val="24"/>
          <w:szCs w:val="24"/>
        </w:rPr>
        <w:t>обществе,</w:t>
      </w:r>
      <w:r w:rsidRPr="008273AB">
        <w:rPr>
          <w:spacing w:val="1"/>
          <w:sz w:val="24"/>
          <w:szCs w:val="24"/>
        </w:rPr>
        <w:t xml:space="preserve"> </w:t>
      </w:r>
      <w:r w:rsidRPr="008273AB">
        <w:rPr>
          <w:sz w:val="24"/>
          <w:szCs w:val="24"/>
        </w:rPr>
        <w:t>значение</w:t>
      </w:r>
      <w:r w:rsidRPr="008273AB">
        <w:rPr>
          <w:spacing w:val="1"/>
          <w:sz w:val="24"/>
          <w:szCs w:val="24"/>
        </w:rPr>
        <w:t xml:space="preserve"> </w:t>
      </w:r>
      <w:r w:rsidRPr="008273AB">
        <w:rPr>
          <w:sz w:val="24"/>
          <w:szCs w:val="24"/>
        </w:rPr>
        <w:t>нравственных</w:t>
      </w:r>
      <w:r w:rsidRPr="008273AB">
        <w:rPr>
          <w:spacing w:val="1"/>
          <w:sz w:val="24"/>
          <w:szCs w:val="24"/>
        </w:rPr>
        <w:t xml:space="preserve"> </w:t>
      </w:r>
      <w:r w:rsidRPr="008273AB">
        <w:rPr>
          <w:sz w:val="24"/>
          <w:szCs w:val="24"/>
        </w:rPr>
        <w:t>норм,</w:t>
      </w:r>
      <w:r w:rsidRPr="008273AB">
        <w:rPr>
          <w:spacing w:val="1"/>
          <w:sz w:val="24"/>
          <w:szCs w:val="24"/>
        </w:rPr>
        <w:t xml:space="preserve"> </w:t>
      </w:r>
      <w:r w:rsidRPr="008273AB">
        <w:rPr>
          <w:sz w:val="24"/>
          <w:szCs w:val="24"/>
        </w:rPr>
        <w:t>ценностей,</w:t>
      </w:r>
      <w:r w:rsidRPr="008273AB">
        <w:rPr>
          <w:spacing w:val="1"/>
          <w:sz w:val="24"/>
          <w:szCs w:val="24"/>
        </w:rPr>
        <w:t xml:space="preserve"> </w:t>
      </w:r>
      <w:r w:rsidRPr="008273AB">
        <w:rPr>
          <w:sz w:val="24"/>
          <w:szCs w:val="24"/>
        </w:rPr>
        <w:t>традиций</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искусстве.</w:t>
      </w:r>
    </w:p>
    <w:p w:rsidR="002B3627" w:rsidRPr="008273AB" w:rsidRDefault="002B3627" w:rsidP="002B3627">
      <w:pPr>
        <w:pStyle w:val="ae"/>
        <w:widowControl w:val="0"/>
        <w:numPr>
          <w:ilvl w:val="0"/>
          <w:numId w:val="11"/>
        </w:numPr>
        <w:tabs>
          <w:tab w:val="left" w:pos="993"/>
        </w:tabs>
        <w:autoSpaceDE w:val="0"/>
        <w:autoSpaceDN w:val="0"/>
        <w:spacing w:after="0" w:line="240" w:lineRule="auto"/>
        <w:ind w:left="0"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Ориентация</w:t>
      </w:r>
      <w:r w:rsidRPr="008273AB">
        <w:rPr>
          <w:rFonts w:ascii="Times New Roman" w:hAnsi="Times New Roman" w:cs="Times New Roman"/>
          <w:spacing w:val="48"/>
          <w:sz w:val="24"/>
          <w:szCs w:val="24"/>
          <w:lang w:val="ru-RU"/>
        </w:rPr>
        <w:t xml:space="preserve"> </w:t>
      </w:r>
      <w:r w:rsidRPr="008273AB">
        <w:rPr>
          <w:rFonts w:ascii="Times New Roman" w:hAnsi="Times New Roman" w:cs="Times New Roman"/>
          <w:sz w:val="24"/>
          <w:szCs w:val="24"/>
          <w:lang w:val="ru-RU"/>
        </w:rPr>
        <w:t>на</w:t>
      </w:r>
      <w:r w:rsidRPr="008273AB">
        <w:rPr>
          <w:rFonts w:ascii="Times New Roman" w:hAnsi="Times New Roman" w:cs="Times New Roman"/>
          <w:spacing w:val="43"/>
          <w:sz w:val="24"/>
          <w:szCs w:val="24"/>
          <w:lang w:val="ru-RU"/>
        </w:rPr>
        <w:t xml:space="preserve"> </w:t>
      </w:r>
      <w:r w:rsidRPr="008273AB">
        <w:rPr>
          <w:rFonts w:ascii="Times New Roman" w:hAnsi="Times New Roman" w:cs="Times New Roman"/>
          <w:sz w:val="24"/>
          <w:szCs w:val="24"/>
          <w:lang w:val="ru-RU"/>
        </w:rPr>
        <w:t>самовыражение</w:t>
      </w:r>
      <w:r w:rsidRPr="008273AB">
        <w:rPr>
          <w:rFonts w:ascii="Times New Roman" w:hAnsi="Times New Roman" w:cs="Times New Roman"/>
          <w:spacing w:val="46"/>
          <w:sz w:val="24"/>
          <w:szCs w:val="24"/>
          <w:lang w:val="ru-RU"/>
        </w:rPr>
        <w:t xml:space="preserve"> </w:t>
      </w:r>
      <w:r w:rsidRPr="008273AB">
        <w:rPr>
          <w:rFonts w:ascii="Times New Roman" w:hAnsi="Times New Roman" w:cs="Times New Roman"/>
          <w:sz w:val="24"/>
          <w:szCs w:val="24"/>
          <w:lang w:val="ru-RU"/>
        </w:rPr>
        <w:t>в</w:t>
      </w:r>
      <w:r w:rsidRPr="008273AB">
        <w:rPr>
          <w:rFonts w:ascii="Times New Roman" w:hAnsi="Times New Roman" w:cs="Times New Roman"/>
          <w:spacing w:val="46"/>
          <w:sz w:val="24"/>
          <w:szCs w:val="24"/>
          <w:lang w:val="ru-RU"/>
        </w:rPr>
        <w:t xml:space="preserve"> </w:t>
      </w:r>
      <w:r w:rsidRPr="008273AB">
        <w:rPr>
          <w:rFonts w:ascii="Times New Roman" w:hAnsi="Times New Roman" w:cs="Times New Roman"/>
          <w:sz w:val="24"/>
          <w:szCs w:val="24"/>
          <w:lang w:val="ru-RU"/>
        </w:rPr>
        <w:t>разных</w:t>
      </w:r>
      <w:r w:rsidRPr="008273AB">
        <w:rPr>
          <w:rFonts w:ascii="Times New Roman" w:hAnsi="Times New Roman" w:cs="Times New Roman"/>
          <w:spacing w:val="48"/>
          <w:sz w:val="24"/>
          <w:szCs w:val="24"/>
          <w:lang w:val="ru-RU"/>
        </w:rPr>
        <w:t xml:space="preserve"> </w:t>
      </w:r>
      <w:r w:rsidRPr="008273AB">
        <w:rPr>
          <w:rFonts w:ascii="Times New Roman" w:hAnsi="Times New Roman" w:cs="Times New Roman"/>
          <w:sz w:val="24"/>
          <w:szCs w:val="24"/>
          <w:lang w:val="ru-RU"/>
        </w:rPr>
        <w:t>видах</w:t>
      </w:r>
      <w:r w:rsidRPr="008273AB">
        <w:rPr>
          <w:rFonts w:ascii="Times New Roman" w:hAnsi="Times New Roman" w:cs="Times New Roman"/>
          <w:spacing w:val="46"/>
          <w:sz w:val="24"/>
          <w:szCs w:val="24"/>
          <w:lang w:val="ru-RU"/>
        </w:rPr>
        <w:t xml:space="preserve"> </w:t>
      </w:r>
      <w:r w:rsidRPr="008273AB">
        <w:rPr>
          <w:rFonts w:ascii="Times New Roman" w:hAnsi="Times New Roman" w:cs="Times New Roman"/>
          <w:sz w:val="24"/>
          <w:szCs w:val="24"/>
          <w:lang w:val="ru-RU"/>
        </w:rPr>
        <w:t>искусства,</w:t>
      </w:r>
      <w:r w:rsidRPr="008273AB">
        <w:rPr>
          <w:rFonts w:ascii="Times New Roman" w:hAnsi="Times New Roman" w:cs="Times New Roman"/>
          <w:spacing w:val="48"/>
          <w:sz w:val="24"/>
          <w:szCs w:val="24"/>
          <w:lang w:val="ru-RU"/>
        </w:rPr>
        <w:t xml:space="preserve"> </w:t>
      </w:r>
      <w:r w:rsidRPr="008273AB">
        <w:rPr>
          <w:rFonts w:ascii="Times New Roman" w:hAnsi="Times New Roman" w:cs="Times New Roman"/>
          <w:sz w:val="24"/>
          <w:szCs w:val="24"/>
          <w:lang w:val="ru-RU"/>
        </w:rPr>
        <w:t>в</w:t>
      </w:r>
      <w:r w:rsidRPr="008273AB">
        <w:rPr>
          <w:rFonts w:ascii="Times New Roman" w:hAnsi="Times New Roman" w:cs="Times New Roman"/>
          <w:spacing w:val="48"/>
          <w:sz w:val="24"/>
          <w:szCs w:val="24"/>
          <w:lang w:val="ru-RU"/>
        </w:rPr>
        <w:t xml:space="preserve"> </w:t>
      </w:r>
      <w:r w:rsidRPr="008273AB">
        <w:rPr>
          <w:rFonts w:ascii="Times New Roman" w:hAnsi="Times New Roman" w:cs="Times New Roman"/>
          <w:sz w:val="24"/>
          <w:szCs w:val="24"/>
          <w:lang w:val="ru-RU"/>
        </w:rPr>
        <w:t>художественном творчестве.</w:t>
      </w:r>
    </w:p>
    <w:p w:rsidR="002B3627" w:rsidRPr="008273AB" w:rsidRDefault="002B3627" w:rsidP="002B3627">
      <w:pPr>
        <w:tabs>
          <w:tab w:val="left" w:pos="993"/>
        </w:tabs>
        <w:spacing w:line="240" w:lineRule="auto"/>
        <w:ind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t>Физическое</w:t>
      </w:r>
      <w:r w:rsidRPr="008273AB">
        <w:rPr>
          <w:rFonts w:ascii="Times New Roman" w:hAnsi="Times New Roman" w:cs="Times New Roman"/>
          <w:b/>
          <w:spacing w:val="4"/>
          <w:sz w:val="24"/>
          <w:szCs w:val="24"/>
          <w:lang w:val="ru-RU"/>
        </w:rPr>
        <w:t xml:space="preserve"> </w:t>
      </w:r>
      <w:r w:rsidRPr="008273AB">
        <w:rPr>
          <w:rFonts w:ascii="Times New Roman" w:hAnsi="Times New Roman" w:cs="Times New Roman"/>
          <w:b/>
          <w:sz w:val="24"/>
          <w:szCs w:val="24"/>
          <w:lang w:val="ru-RU"/>
        </w:rPr>
        <w:t>воспитание,</w:t>
      </w:r>
      <w:r w:rsidRPr="008273AB">
        <w:rPr>
          <w:rFonts w:ascii="Times New Roman" w:hAnsi="Times New Roman" w:cs="Times New Roman"/>
          <w:b/>
          <w:spacing w:val="62"/>
          <w:sz w:val="24"/>
          <w:szCs w:val="24"/>
          <w:lang w:val="ru-RU"/>
        </w:rPr>
        <w:t xml:space="preserve"> </w:t>
      </w:r>
      <w:r w:rsidRPr="008273AB">
        <w:rPr>
          <w:rFonts w:ascii="Times New Roman" w:hAnsi="Times New Roman" w:cs="Times New Roman"/>
          <w:b/>
          <w:sz w:val="24"/>
          <w:szCs w:val="24"/>
          <w:lang w:val="ru-RU"/>
        </w:rPr>
        <w:t>формирование</w:t>
      </w:r>
      <w:r w:rsidRPr="008273AB">
        <w:rPr>
          <w:rFonts w:ascii="Times New Roman" w:hAnsi="Times New Roman" w:cs="Times New Roman"/>
          <w:b/>
          <w:spacing w:val="63"/>
          <w:sz w:val="24"/>
          <w:szCs w:val="24"/>
          <w:lang w:val="ru-RU"/>
        </w:rPr>
        <w:t xml:space="preserve"> </w:t>
      </w:r>
      <w:r w:rsidRPr="008273AB">
        <w:rPr>
          <w:rFonts w:ascii="Times New Roman" w:hAnsi="Times New Roman" w:cs="Times New Roman"/>
          <w:b/>
          <w:sz w:val="24"/>
          <w:szCs w:val="24"/>
          <w:lang w:val="ru-RU"/>
        </w:rPr>
        <w:t>культуры</w:t>
      </w:r>
      <w:r w:rsidRPr="008273AB">
        <w:rPr>
          <w:rFonts w:ascii="Times New Roman" w:hAnsi="Times New Roman" w:cs="Times New Roman"/>
          <w:b/>
          <w:spacing w:val="63"/>
          <w:sz w:val="24"/>
          <w:szCs w:val="24"/>
          <w:lang w:val="ru-RU"/>
        </w:rPr>
        <w:t xml:space="preserve"> </w:t>
      </w:r>
      <w:r w:rsidRPr="008273AB">
        <w:rPr>
          <w:rFonts w:ascii="Times New Roman" w:hAnsi="Times New Roman" w:cs="Times New Roman"/>
          <w:b/>
          <w:sz w:val="24"/>
          <w:szCs w:val="24"/>
          <w:lang w:val="ru-RU"/>
        </w:rPr>
        <w:t>здоровья</w:t>
      </w:r>
      <w:r w:rsidRPr="008273AB">
        <w:rPr>
          <w:rFonts w:ascii="Times New Roman" w:hAnsi="Times New Roman" w:cs="Times New Roman"/>
          <w:b/>
          <w:spacing w:val="63"/>
          <w:sz w:val="24"/>
          <w:szCs w:val="24"/>
          <w:lang w:val="ru-RU"/>
        </w:rPr>
        <w:t xml:space="preserve"> </w:t>
      </w:r>
      <w:r w:rsidRPr="008273AB">
        <w:rPr>
          <w:rFonts w:ascii="Times New Roman" w:hAnsi="Times New Roman" w:cs="Times New Roman"/>
          <w:b/>
          <w:sz w:val="24"/>
          <w:szCs w:val="24"/>
          <w:lang w:val="ru-RU"/>
        </w:rPr>
        <w:t>и</w:t>
      </w:r>
      <w:r w:rsidRPr="008273AB">
        <w:rPr>
          <w:rFonts w:ascii="Times New Roman" w:hAnsi="Times New Roman" w:cs="Times New Roman"/>
          <w:b/>
          <w:spacing w:val="64"/>
          <w:sz w:val="24"/>
          <w:szCs w:val="24"/>
          <w:lang w:val="ru-RU"/>
        </w:rPr>
        <w:t xml:space="preserve"> </w:t>
      </w:r>
      <w:r w:rsidRPr="008273AB">
        <w:rPr>
          <w:rFonts w:ascii="Times New Roman" w:hAnsi="Times New Roman" w:cs="Times New Roman"/>
          <w:b/>
          <w:sz w:val="24"/>
          <w:szCs w:val="24"/>
          <w:lang w:val="ru-RU"/>
        </w:rPr>
        <w:t>эмоционального благополучия.</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2"/>
        </w:numPr>
        <w:tabs>
          <w:tab w:val="left" w:pos="993"/>
        </w:tabs>
        <w:ind w:left="0" w:right="-7" w:firstLine="709"/>
        <w:jc w:val="both"/>
        <w:rPr>
          <w:sz w:val="24"/>
          <w:szCs w:val="24"/>
        </w:rPr>
      </w:pPr>
      <w:r w:rsidRPr="008273AB">
        <w:rPr>
          <w:sz w:val="24"/>
          <w:szCs w:val="24"/>
        </w:rPr>
        <w:t>Понимание ценности жизни, здоровья и безопасности, значения личных усилий в</w:t>
      </w:r>
      <w:r w:rsidRPr="008273AB">
        <w:rPr>
          <w:spacing w:val="1"/>
          <w:sz w:val="24"/>
          <w:szCs w:val="24"/>
        </w:rPr>
        <w:t xml:space="preserve"> </w:t>
      </w:r>
      <w:r w:rsidRPr="008273AB">
        <w:rPr>
          <w:sz w:val="24"/>
          <w:szCs w:val="24"/>
        </w:rPr>
        <w:t>сохранении</w:t>
      </w:r>
      <w:r w:rsidRPr="008273AB">
        <w:rPr>
          <w:spacing w:val="1"/>
          <w:sz w:val="24"/>
          <w:szCs w:val="24"/>
        </w:rPr>
        <w:t xml:space="preserve"> </w:t>
      </w:r>
      <w:r w:rsidRPr="008273AB">
        <w:rPr>
          <w:sz w:val="24"/>
          <w:szCs w:val="24"/>
        </w:rPr>
        <w:t>здоровья.</w:t>
      </w:r>
    </w:p>
    <w:p w:rsidR="002B3627" w:rsidRPr="008273AB" w:rsidRDefault="002B3627" w:rsidP="002B3627">
      <w:pPr>
        <w:pStyle w:val="TableParagraph"/>
        <w:numPr>
          <w:ilvl w:val="0"/>
          <w:numId w:val="12"/>
        </w:numPr>
        <w:tabs>
          <w:tab w:val="left" w:pos="993"/>
        </w:tabs>
        <w:ind w:left="0" w:right="-7" w:firstLine="709"/>
        <w:jc w:val="both"/>
        <w:rPr>
          <w:sz w:val="24"/>
          <w:szCs w:val="24"/>
        </w:rPr>
      </w:pPr>
      <w:r w:rsidRPr="008273AB">
        <w:rPr>
          <w:sz w:val="24"/>
          <w:szCs w:val="24"/>
        </w:rPr>
        <w:t>Выражение</w:t>
      </w:r>
      <w:r w:rsidRPr="008273AB">
        <w:rPr>
          <w:spacing w:val="1"/>
          <w:sz w:val="24"/>
          <w:szCs w:val="24"/>
        </w:rPr>
        <w:t xml:space="preserve"> </w:t>
      </w:r>
      <w:r w:rsidRPr="008273AB">
        <w:rPr>
          <w:sz w:val="24"/>
          <w:szCs w:val="24"/>
        </w:rPr>
        <w:t>установки на здоровый образ жизни.</w:t>
      </w:r>
    </w:p>
    <w:p w:rsidR="002B3627" w:rsidRPr="008273AB" w:rsidRDefault="002B3627" w:rsidP="002B3627">
      <w:pPr>
        <w:pStyle w:val="TableParagraph"/>
        <w:numPr>
          <w:ilvl w:val="0"/>
          <w:numId w:val="12"/>
        </w:numPr>
        <w:tabs>
          <w:tab w:val="left" w:pos="993"/>
        </w:tabs>
        <w:ind w:left="0" w:right="-7" w:firstLine="709"/>
        <w:jc w:val="both"/>
        <w:rPr>
          <w:sz w:val="24"/>
          <w:szCs w:val="24"/>
        </w:rPr>
      </w:pPr>
      <w:r w:rsidRPr="008273AB">
        <w:rPr>
          <w:sz w:val="24"/>
          <w:szCs w:val="24"/>
        </w:rPr>
        <w:t>Умение осознавать физическое и эмоциональное состояние (своё и других людей),</w:t>
      </w:r>
      <w:r w:rsidRPr="008273AB">
        <w:rPr>
          <w:spacing w:val="1"/>
          <w:sz w:val="24"/>
          <w:szCs w:val="24"/>
        </w:rPr>
        <w:t xml:space="preserve"> </w:t>
      </w:r>
      <w:r w:rsidRPr="008273AB">
        <w:rPr>
          <w:sz w:val="24"/>
          <w:szCs w:val="24"/>
        </w:rPr>
        <w:t>стремление</w:t>
      </w:r>
      <w:r w:rsidRPr="008273AB">
        <w:rPr>
          <w:spacing w:val="1"/>
          <w:sz w:val="24"/>
          <w:szCs w:val="24"/>
        </w:rPr>
        <w:t xml:space="preserve"> </w:t>
      </w:r>
      <w:r w:rsidRPr="008273AB">
        <w:rPr>
          <w:sz w:val="24"/>
          <w:szCs w:val="24"/>
        </w:rPr>
        <w:t>управлять</w:t>
      </w:r>
      <w:r w:rsidRPr="008273AB">
        <w:rPr>
          <w:spacing w:val="2"/>
          <w:sz w:val="24"/>
          <w:szCs w:val="24"/>
        </w:rPr>
        <w:t xml:space="preserve"> </w:t>
      </w:r>
      <w:r w:rsidRPr="008273AB">
        <w:rPr>
          <w:sz w:val="24"/>
          <w:szCs w:val="24"/>
        </w:rPr>
        <w:t>собственным</w:t>
      </w:r>
      <w:r w:rsidRPr="008273AB">
        <w:rPr>
          <w:spacing w:val="-3"/>
          <w:sz w:val="24"/>
          <w:szCs w:val="24"/>
        </w:rPr>
        <w:t xml:space="preserve"> </w:t>
      </w:r>
      <w:r w:rsidRPr="008273AB">
        <w:rPr>
          <w:sz w:val="24"/>
          <w:szCs w:val="24"/>
        </w:rPr>
        <w:t>эмоциональным</w:t>
      </w:r>
      <w:r w:rsidRPr="008273AB">
        <w:rPr>
          <w:spacing w:val="-2"/>
          <w:sz w:val="24"/>
          <w:szCs w:val="24"/>
        </w:rPr>
        <w:t xml:space="preserve"> </w:t>
      </w:r>
      <w:r w:rsidRPr="008273AB">
        <w:rPr>
          <w:sz w:val="24"/>
          <w:szCs w:val="24"/>
        </w:rPr>
        <w:t>состоянием.</w:t>
      </w:r>
    </w:p>
    <w:p w:rsidR="002B3627" w:rsidRPr="008273AB" w:rsidRDefault="002B3627" w:rsidP="002B3627">
      <w:pPr>
        <w:pStyle w:val="ae"/>
        <w:widowControl w:val="0"/>
        <w:numPr>
          <w:ilvl w:val="0"/>
          <w:numId w:val="12"/>
        </w:numPr>
        <w:tabs>
          <w:tab w:val="left" w:pos="993"/>
        </w:tabs>
        <w:autoSpaceDE w:val="0"/>
        <w:autoSpaceDN w:val="0"/>
        <w:spacing w:after="0" w:line="240" w:lineRule="auto"/>
        <w:ind w:left="0" w:right="-7"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 xml:space="preserve">Способность адаптироваться к меняющимся социальным, информационным  </w:t>
      </w:r>
      <w:r w:rsidRPr="008273AB">
        <w:rPr>
          <w:rFonts w:ascii="Times New Roman" w:hAnsi="Times New Roman" w:cs="Times New Roman"/>
          <w:spacing w:val="48"/>
          <w:sz w:val="24"/>
          <w:szCs w:val="24"/>
          <w:lang w:val="ru-RU"/>
        </w:rPr>
        <w:t xml:space="preserve"> </w:t>
      </w:r>
      <w:r w:rsidRPr="008273AB">
        <w:rPr>
          <w:rFonts w:ascii="Times New Roman" w:hAnsi="Times New Roman" w:cs="Times New Roman"/>
          <w:sz w:val="24"/>
          <w:szCs w:val="24"/>
          <w:lang w:val="ru-RU"/>
        </w:rPr>
        <w:t>и природным</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условиям,</w:t>
      </w:r>
      <w:r w:rsidRPr="008273AB">
        <w:rPr>
          <w:rFonts w:ascii="Times New Roman" w:hAnsi="Times New Roman" w:cs="Times New Roman"/>
          <w:spacing w:val="-2"/>
          <w:sz w:val="24"/>
          <w:szCs w:val="24"/>
          <w:lang w:val="ru-RU"/>
        </w:rPr>
        <w:t xml:space="preserve"> </w:t>
      </w:r>
      <w:r w:rsidRPr="008273AB">
        <w:rPr>
          <w:rFonts w:ascii="Times New Roman" w:hAnsi="Times New Roman" w:cs="Times New Roman"/>
          <w:sz w:val="24"/>
          <w:szCs w:val="24"/>
          <w:lang w:val="ru-RU"/>
        </w:rPr>
        <w:t>стрессовым</w:t>
      </w:r>
      <w:r w:rsidRPr="008273AB">
        <w:rPr>
          <w:rFonts w:ascii="Times New Roman" w:hAnsi="Times New Roman" w:cs="Times New Roman"/>
          <w:spacing w:val="-5"/>
          <w:sz w:val="24"/>
          <w:szCs w:val="24"/>
          <w:lang w:val="ru-RU"/>
        </w:rPr>
        <w:t xml:space="preserve"> </w:t>
      </w:r>
      <w:r w:rsidRPr="008273AB">
        <w:rPr>
          <w:rFonts w:ascii="Times New Roman" w:hAnsi="Times New Roman" w:cs="Times New Roman"/>
          <w:sz w:val="24"/>
          <w:szCs w:val="24"/>
          <w:lang w:val="ru-RU"/>
        </w:rPr>
        <w:t>ситуациям.</w:t>
      </w:r>
    </w:p>
    <w:p w:rsidR="002B3627" w:rsidRPr="008273AB" w:rsidRDefault="002B3627" w:rsidP="002B3627">
      <w:pPr>
        <w:tabs>
          <w:tab w:val="left" w:pos="993"/>
        </w:tabs>
        <w:spacing w:line="240" w:lineRule="auto"/>
        <w:ind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t>Трудовое</w:t>
      </w:r>
      <w:r w:rsidRPr="008273AB">
        <w:rPr>
          <w:rFonts w:ascii="Times New Roman" w:hAnsi="Times New Roman" w:cs="Times New Roman"/>
          <w:b/>
          <w:spacing w:val="-3"/>
          <w:sz w:val="24"/>
          <w:szCs w:val="24"/>
          <w:lang w:val="ru-RU"/>
        </w:rPr>
        <w:t xml:space="preserve"> </w:t>
      </w:r>
      <w:r w:rsidRPr="008273AB">
        <w:rPr>
          <w:rFonts w:ascii="Times New Roman" w:hAnsi="Times New Roman" w:cs="Times New Roman"/>
          <w:b/>
          <w:sz w:val="24"/>
          <w:szCs w:val="24"/>
          <w:lang w:val="ru-RU"/>
        </w:rPr>
        <w:t>воспитание.</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3"/>
        </w:numPr>
        <w:tabs>
          <w:tab w:val="left" w:pos="993"/>
        </w:tabs>
        <w:ind w:left="0" w:right="110" w:firstLine="709"/>
        <w:jc w:val="both"/>
        <w:rPr>
          <w:sz w:val="24"/>
          <w:szCs w:val="24"/>
        </w:rPr>
      </w:pPr>
      <w:r w:rsidRPr="008273AB">
        <w:rPr>
          <w:sz w:val="24"/>
          <w:szCs w:val="24"/>
        </w:rPr>
        <w:t>Уважение к</w:t>
      </w:r>
      <w:r w:rsidRPr="008273AB">
        <w:rPr>
          <w:spacing w:val="-3"/>
          <w:sz w:val="24"/>
          <w:szCs w:val="24"/>
        </w:rPr>
        <w:t xml:space="preserve"> </w:t>
      </w:r>
      <w:r w:rsidRPr="008273AB">
        <w:rPr>
          <w:sz w:val="24"/>
          <w:szCs w:val="24"/>
        </w:rPr>
        <w:t>труду,</w:t>
      </w:r>
      <w:r w:rsidRPr="008273AB">
        <w:rPr>
          <w:spacing w:val="-2"/>
          <w:sz w:val="24"/>
          <w:szCs w:val="24"/>
        </w:rPr>
        <w:t xml:space="preserve"> </w:t>
      </w:r>
      <w:r w:rsidRPr="008273AB">
        <w:rPr>
          <w:sz w:val="24"/>
          <w:szCs w:val="24"/>
        </w:rPr>
        <w:t>результатам</w:t>
      </w:r>
      <w:r w:rsidRPr="008273AB">
        <w:rPr>
          <w:spacing w:val="-2"/>
          <w:sz w:val="24"/>
          <w:szCs w:val="24"/>
        </w:rPr>
        <w:t xml:space="preserve"> </w:t>
      </w:r>
      <w:r w:rsidRPr="008273AB">
        <w:rPr>
          <w:sz w:val="24"/>
          <w:szCs w:val="24"/>
        </w:rPr>
        <w:t>своего</w:t>
      </w:r>
      <w:r w:rsidRPr="008273AB">
        <w:rPr>
          <w:spacing w:val="-3"/>
          <w:sz w:val="24"/>
          <w:szCs w:val="24"/>
        </w:rPr>
        <w:t xml:space="preserve"> </w:t>
      </w:r>
      <w:r w:rsidRPr="008273AB">
        <w:rPr>
          <w:sz w:val="24"/>
          <w:szCs w:val="24"/>
        </w:rPr>
        <w:t>труда,</w:t>
      </w:r>
      <w:r w:rsidRPr="008273AB">
        <w:rPr>
          <w:spacing w:val="-2"/>
          <w:sz w:val="24"/>
          <w:szCs w:val="24"/>
        </w:rPr>
        <w:t xml:space="preserve"> </w:t>
      </w:r>
      <w:r w:rsidRPr="008273AB">
        <w:rPr>
          <w:sz w:val="24"/>
          <w:szCs w:val="24"/>
        </w:rPr>
        <w:t>труда</w:t>
      </w:r>
      <w:r w:rsidRPr="008273AB">
        <w:rPr>
          <w:spacing w:val="-3"/>
          <w:sz w:val="24"/>
          <w:szCs w:val="24"/>
        </w:rPr>
        <w:t xml:space="preserve"> </w:t>
      </w:r>
      <w:r w:rsidRPr="008273AB">
        <w:rPr>
          <w:sz w:val="24"/>
          <w:szCs w:val="24"/>
        </w:rPr>
        <w:t>других</w:t>
      </w:r>
      <w:r w:rsidRPr="008273AB">
        <w:rPr>
          <w:spacing w:val="-1"/>
          <w:sz w:val="24"/>
          <w:szCs w:val="24"/>
        </w:rPr>
        <w:t xml:space="preserve"> </w:t>
      </w:r>
      <w:r w:rsidRPr="008273AB">
        <w:rPr>
          <w:sz w:val="24"/>
          <w:szCs w:val="24"/>
        </w:rPr>
        <w:t>людей.</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Проявление</w:t>
      </w:r>
      <w:r w:rsidRPr="008273AB">
        <w:rPr>
          <w:spacing w:val="1"/>
          <w:sz w:val="24"/>
          <w:szCs w:val="24"/>
        </w:rPr>
        <w:t xml:space="preserve"> </w:t>
      </w:r>
      <w:r w:rsidRPr="008273AB">
        <w:rPr>
          <w:sz w:val="24"/>
          <w:szCs w:val="24"/>
        </w:rPr>
        <w:t>интереса</w:t>
      </w:r>
      <w:r w:rsidRPr="008273AB">
        <w:rPr>
          <w:spacing w:val="1"/>
          <w:sz w:val="24"/>
          <w:szCs w:val="24"/>
        </w:rPr>
        <w:t xml:space="preserve"> </w:t>
      </w:r>
      <w:r w:rsidRPr="008273AB">
        <w:rPr>
          <w:sz w:val="24"/>
          <w:szCs w:val="24"/>
        </w:rPr>
        <w:t>к</w:t>
      </w:r>
      <w:r w:rsidRPr="008273AB">
        <w:rPr>
          <w:spacing w:val="1"/>
          <w:sz w:val="24"/>
          <w:szCs w:val="24"/>
        </w:rPr>
        <w:t xml:space="preserve"> </w:t>
      </w:r>
      <w:r w:rsidRPr="008273AB">
        <w:rPr>
          <w:sz w:val="24"/>
          <w:szCs w:val="24"/>
        </w:rPr>
        <w:t>практическому</w:t>
      </w:r>
      <w:r w:rsidRPr="008273AB">
        <w:rPr>
          <w:spacing w:val="1"/>
          <w:sz w:val="24"/>
          <w:szCs w:val="24"/>
        </w:rPr>
        <w:t xml:space="preserve"> </w:t>
      </w:r>
      <w:r w:rsidRPr="008273AB">
        <w:rPr>
          <w:sz w:val="24"/>
          <w:szCs w:val="24"/>
        </w:rPr>
        <w:t>изучению</w:t>
      </w:r>
      <w:r w:rsidRPr="008273AB">
        <w:rPr>
          <w:spacing w:val="1"/>
          <w:sz w:val="24"/>
          <w:szCs w:val="24"/>
        </w:rPr>
        <w:t xml:space="preserve"> </w:t>
      </w:r>
      <w:r w:rsidRPr="008273AB">
        <w:rPr>
          <w:sz w:val="24"/>
          <w:szCs w:val="24"/>
        </w:rPr>
        <w:t>профессий</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труда</w:t>
      </w:r>
      <w:r w:rsidRPr="008273AB">
        <w:rPr>
          <w:spacing w:val="60"/>
          <w:sz w:val="24"/>
          <w:szCs w:val="24"/>
        </w:rPr>
        <w:t xml:space="preserve"> </w:t>
      </w:r>
      <w:r w:rsidRPr="008273AB">
        <w:rPr>
          <w:sz w:val="24"/>
          <w:szCs w:val="24"/>
        </w:rPr>
        <w:t>различного</w:t>
      </w:r>
      <w:r w:rsidRPr="008273AB">
        <w:rPr>
          <w:spacing w:val="1"/>
          <w:sz w:val="24"/>
          <w:szCs w:val="24"/>
        </w:rPr>
        <w:t xml:space="preserve"> </w:t>
      </w:r>
      <w:r w:rsidRPr="008273AB">
        <w:rPr>
          <w:sz w:val="24"/>
          <w:szCs w:val="24"/>
        </w:rPr>
        <w:t>рода.</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Сознание</w:t>
      </w:r>
      <w:r w:rsidRPr="008273AB">
        <w:rPr>
          <w:spacing w:val="1"/>
          <w:sz w:val="24"/>
          <w:szCs w:val="24"/>
        </w:rPr>
        <w:t xml:space="preserve"> </w:t>
      </w:r>
      <w:r w:rsidRPr="008273AB">
        <w:rPr>
          <w:sz w:val="24"/>
          <w:szCs w:val="24"/>
        </w:rPr>
        <w:t>важности</w:t>
      </w:r>
      <w:r w:rsidRPr="008273AB">
        <w:rPr>
          <w:spacing w:val="1"/>
          <w:sz w:val="24"/>
          <w:szCs w:val="24"/>
        </w:rPr>
        <w:t xml:space="preserve"> </w:t>
      </w:r>
      <w:r w:rsidRPr="008273AB">
        <w:rPr>
          <w:sz w:val="24"/>
          <w:szCs w:val="24"/>
        </w:rPr>
        <w:t>трудолюбия.</w:t>
      </w:r>
    </w:p>
    <w:p w:rsidR="002B3627" w:rsidRPr="008273AB" w:rsidRDefault="002B3627" w:rsidP="002B3627">
      <w:pPr>
        <w:pStyle w:val="ae"/>
        <w:widowControl w:val="0"/>
        <w:numPr>
          <w:ilvl w:val="0"/>
          <w:numId w:val="13"/>
        </w:numPr>
        <w:tabs>
          <w:tab w:val="left" w:pos="993"/>
        </w:tabs>
        <w:autoSpaceDE w:val="0"/>
        <w:autoSpaceDN w:val="0"/>
        <w:spacing w:after="0" w:line="240" w:lineRule="auto"/>
        <w:ind w:left="0"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Выражение</w:t>
      </w:r>
      <w:r w:rsidRPr="008273AB">
        <w:rPr>
          <w:rFonts w:ascii="Times New Roman" w:hAnsi="Times New Roman" w:cs="Times New Roman"/>
          <w:spacing w:val="97"/>
          <w:sz w:val="24"/>
          <w:szCs w:val="24"/>
          <w:lang w:val="ru-RU"/>
        </w:rPr>
        <w:t xml:space="preserve"> </w:t>
      </w:r>
      <w:r w:rsidRPr="008273AB">
        <w:rPr>
          <w:rFonts w:ascii="Times New Roman" w:hAnsi="Times New Roman" w:cs="Times New Roman"/>
          <w:sz w:val="24"/>
          <w:szCs w:val="24"/>
          <w:lang w:val="ru-RU"/>
        </w:rPr>
        <w:t>готовности</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к</w:t>
      </w:r>
      <w:r w:rsidRPr="008273AB">
        <w:rPr>
          <w:rFonts w:ascii="Times New Roman" w:hAnsi="Times New Roman" w:cs="Times New Roman"/>
          <w:spacing w:val="97"/>
          <w:sz w:val="24"/>
          <w:szCs w:val="24"/>
          <w:lang w:val="ru-RU"/>
        </w:rPr>
        <w:t xml:space="preserve"> </w:t>
      </w:r>
      <w:r w:rsidRPr="008273AB">
        <w:rPr>
          <w:rFonts w:ascii="Times New Roman" w:hAnsi="Times New Roman" w:cs="Times New Roman"/>
          <w:sz w:val="24"/>
          <w:szCs w:val="24"/>
          <w:lang w:val="ru-RU"/>
        </w:rPr>
        <w:t>осознанному</w:t>
      </w:r>
      <w:r w:rsidRPr="008273AB">
        <w:rPr>
          <w:rFonts w:ascii="Times New Roman" w:hAnsi="Times New Roman" w:cs="Times New Roman"/>
          <w:spacing w:val="90"/>
          <w:sz w:val="24"/>
          <w:szCs w:val="24"/>
          <w:lang w:val="ru-RU"/>
        </w:rPr>
        <w:t xml:space="preserve"> </w:t>
      </w:r>
      <w:r w:rsidRPr="008273AB">
        <w:rPr>
          <w:rFonts w:ascii="Times New Roman" w:hAnsi="Times New Roman" w:cs="Times New Roman"/>
          <w:sz w:val="24"/>
          <w:szCs w:val="24"/>
          <w:lang w:val="ru-RU"/>
        </w:rPr>
        <w:t>выбору</w:t>
      </w:r>
      <w:r w:rsidRPr="008273AB">
        <w:rPr>
          <w:rFonts w:ascii="Times New Roman" w:hAnsi="Times New Roman" w:cs="Times New Roman"/>
          <w:spacing w:val="91"/>
          <w:sz w:val="24"/>
          <w:szCs w:val="24"/>
          <w:lang w:val="ru-RU"/>
        </w:rPr>
        <w:t xml:space="preserve"> </w:t>
      </w:r>
      <w:r w:rsidRPr="008273AB">
        <w:rPr>
          <w:rFonts w:ascii="Times New Roman" w:hAnsi="Times New Roman" w:cs="Times New Roman"/>
          <w:sz w:val="24"/>
          <w:szCs w:val="24"/>
          <w:lang w:val="ru-RU"/>
        </w:rPr>
        <w:t>и</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построение</w:t>
      </w:r>
      <w:r w:rsidRPr="008273AB">
        <w:rPr>
          <w:rFonts w:ascii="Times New Roman" w:hAnsi="Times New Roman" w:cs="Times New Roman"/>
          <w:spacing w:val="95"/>
          <w:sz w:val="24"/>
          <w:szCs w:val="24"/>
          <w:lang w:val="ru-RU"/>
        </w:rPr>
        <w:t xml:space="preserve"> </w:t>
      </w:r>
      <w:r w:rsidRPr="008273AB">
        <w:rPr>
          <w:rFonts w:ascii="Times New Roman" w:hAnsi="Times New Roman" w:cs="Times New Roman"/>
          <w:sz w:val="24"/>
          <w:szCs w:val="24"/>
          <w:lang w:val="ru-RU"/>
        </w:rPr>
        <w:t>индивидуальной траектории</w:t>
      </w:r>
      <w:r w:rsidRPr="008273AB">
        <w:rPr>
          <w:rFonts w:ascii="Times New Roman" w:hAnsi="Times New Roman" w:cs="Times New Roman"/>
          <w:spacing w:val="99"/>
          <w:sz w:val="24"/>
          <w:szCs w:val="24"/>
          <w:lang w:val="ru-RU"/>
        </w:rPr>
        <w:t xml:space="preserve"> </w:t>
      </w:r>
      <w:r w:rsidRPr="008273AB">
        <w:rPr>
          <w:rFonts w:ascii="Times New Roman" w:hAnsi="Times New Roman" w:cs="Times New Roman"/>
          <w:sz w:val="24"/>
          <w:szCs w:val="24"/>
          <w:lang w:val="ru-RU"/>
        </w:rPr>
        <w:t>образования</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и</w:t>
      </w:r>
      <w:r w:rsidRPr="008273AB">
        <w:rPr>
          <w:rFonts w:ascii="Times New Roman" w:hAnsi="Times New Roman" w:cs="Times New Roman"/>
          <w:spacing w:val="100"/>
          <w:sz w:val="24"/>
          <w:szCs w:val="24"/>
          <w:lang w:val="ru-RU"/>
        </w:rPr>
        <w:t xml:space="preserve"> </w:t>
      </w:r>
      <w:r w:rsidRPr="008273AB">
        <w:rPr>
          <w:rFonts w:ascii="Times New Roman" w:hAnsi="Times New Roman" w:cs="Times New Roman"/>
          <w:sz w:val="24"/>
          <w:szCs w:val="24"/>
          <w:lang w:val="ru-RU"/>
        </w:rPr>
        <w:t>жизненных</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планов</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с</w:t>
      </w:r>
      <w:r w:rsidRPr="008273AB">
        <w:rPr>
          <w:rFonts w:ascii="Times New Roman" w:hAnsi="Times New Roman" w:cs="Times New Roman"/>
          <w:spacing w:val="100"/>
          <w:sz w:val="24"/>
          <w:szCs w:val="24"/>
          <w:lang w:val="ru-RU"/>
        </w:rPr>
        <w:t xml:space="preserve"> </w:t>
      </w:r>
      <w:r w:rsidRPr="008273AB">
        <w:rPr>
          <w:rFonts w:ascii="Times New Roman" w:hAnsi="Times New Roman" w:cs="Times New Roman"/>
          <w:sz w:val="24"/>
          <w:szCs w:val="24"/>
          <w:lang w:val="ru-RU"/>
        </w:rPr>
        <w:t>учётом</w:t>
      </w:r>
      <w:r w:rsidRPr="008273AB">
        <w:rPr>
          <w:rFonts w:ascii="Times New Roman" w:hAnsi="Times New Roman" w:cs="Times New Roman"/>
          <w:spacing w:val="99"/>
          <w:sz w:val="24"/>
          <w:szCs w:val="24"/>
          <w:lang w:val="ru-RU"/>
        </w:rPr>
        <w:t xml:space="preserve"> </w:t>
      </w:r>
      <w:r w:rsidRPr="008273AB">
        <w:rPr>
          <w:rFonts w:ascii="Times New Roman" w:hAnsi="Times New Roman" w:cs="Times New Roman"/>
          <w:sz w:val="24"/>
          <w:szCs w:val="24"/>
          <w:lang w:val="ru-RU"/>
        </w:rPr>
        <w:t>личных</w:t>
      </w:r>
      <w:r w:rsidRPr="008273AB">
        <w:rPr>
          <w:rFonts w:ascii="Times New Roman" w:hAnsi="Times New Roman" w:cs="Times New Roman"/>
          <w:spacing w:val="98"/>
          <w:sz w:val="24"/>
          <w:szCs w:val="24"/>
          <w:lang w:val="ru-RU"/>
        </w:rPr>
        <w:t xml:space="preserve"> </w:t>
      </w:r>
      <w:r w:rsidRPr="008273AB">
        <w:rPr>
          <w:rFonts w:ascii="Times New Roman" w:hAnsi="Times New Roman" w:cs="Times New Roman"/>
          <w:sz w:val="24"/>
          <w:szCs w:val="24"/>
          <w:lang w:val="ru-RU"/>
        </w:rPr>
        <w:t>и</w:t>
      </w:r>
      <w:r w:rsidRPr="008273AB">
        <w:rPr>
          <w:rFonts w:ascii="Times New Roman" w:hAnsi="Times New Roman" w:cs="Times New Roman"/>
          <w:spacing w:val="100"/>
          <w:sz w:val="24"/>
          <w:szCs w:val="24"/>
          <w:lang w:val="ru-RU"/>
        </w:rPr>
        <w:t xml:space="preserve"> </w:t>
      </w:r>
      <w:r w:rsidRPr="008273AB">
        <w:rPr>
          <w:rFonts w:ascii="Times New Roman" w:hAnsi="Times New Roman" w:cs="Times New Roman"/>
          <w:sz w:val="24"/>
          <w:szCs w:val="24"/>
          <w:lang w:val="ru-RU"/>
        </w:rPr>
        <w:t>общественных интересов,</w:t>
      </w:r>
      <w:r w:rsidRPr="008273AB">
        <w:rPr>
          <w:rFonts w:ascii="Times New Roman" w:hAnsi="Times New Roman" w:cs="Times New Roman"/>
          <w:spacing w:val="-3"/>
          <w:sz w:val="24"/>
          <w:szCs w:val="24"/>
          <w:lang w:val="ru-RU"/>
        </w:rPr>
        <w:t xml:space="preserve"> </w:t>
      </w:r>
      <w:r w:rsidRPr="008273AB">
        <w:rPr>
          <w:rFonts w:ascii="Times New Roman" w:hAnsi="Times New Roman" w:cs="Times New Roman"/>
          <w:sz w:val="24"/>
          <w:szCs w:val="24"/>
          <w:lang w:val="ru-RU"/>
        </w:rPr>
        <w:t>потребностей.</w:t>
      </w:r>
    </w:p>
    <w:p w:rsidR="002B3627" w:rsidRPr="008273AB" w:rsidRDefault="002B3627" w:rsidP="002B3627">
      <w:pPr>
        <w:pStyle w:val="ae"/>
        <w:tabs>
          <w:tab w:val="left" w:pos="993"/>
        </w:tabs>
        <w:spacing w:line="240" w:lineRule="auto"/>
        <w:ind w:left="0"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t>Экологическое</w:t>
      </w:r>
      <w:r w:rsidRPr="008273AB">
        <w:rPr>
          <w:rFonts w:ascii="Times New Roman" w:hAnsi="Times New Roman" w:cs="Times New Roman"/>
          <w:b/>
          <w:spacing w:val="-4"/>
          <w:sz w:val="24"/>
          <w:szCs w:val="24"/>
          <w:lang w:val="ru-RU"/>
        </w:rPr>
        <w:t xml:space="preserve"> </w:t>
      </w:r>
      <w:r w:rsidRPr="008273AB">
        <w:rPr>
          <w:rFonts w:ascii="Times New Roman" w:hAnsi="Times New Roman" w:cs="Times New Roman"/>
          <w:b/>
          <w:sz w:val="24"/>
          <w:szCs w:val="24"/>
          <w:lang w:val="ru-RU"/>
        </w:rPr>
        <w:t>воспитание.</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Понимание</w:t>
      </w:r>
      <w:r w:rsidRPr="008273AB">
        <w:rPr>
          <w:spacing w:val="1"/>
          <w:sz w:val="24"/>
          <w:szCs w:val="24"/>
        </w:rPr>
        <w:t xml:space="preserve"> </w:t>
      </w:r>
      <w:r w:rsidRPr="008273AB">
        <w:rPr>
          <w:sz w:val="24"/>
          <w:szCs w:val="24"/>
        </w:rPr>
        <w:t>значения</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глобальный</w:t>
      </w:r>
      <w:r w:rsidRPr="008273AB">
        <w:rPr>
          <w:spacing w:val="1"/>
          <w:sz w:val="24"/>
          <w:szCs w:val="24"/>
        </w:rPr>
        <w:t xml:space="preserve"> </w:t>
      </w:r>
      <w:r w:rsidRPr="008273AB">
        <w:rPr>
          <w:sz w:val="24"/>
          <w:szCs w:val="24"/>
        </w:rPr>
        <w:t>характер</w:t>
      </w:r>
      <w:r w:rsidRPr="008273AB">
        <w:rPr>
          <w:spacing w:val="1"/>
          <w:sz w:val="24"/>
          <w:szCs w:val="24"/>
        </w:rPr>
        <w:t xml:space="preserve"> </w:t>
      </w:r>
      <w:r w:rsidRPr="008273AB">
        <w:rPr>
          <w:sz w:val="24"/>
          <w:szCs w:val="24"/>
        </w:rPr>
        <w:t>экологических</w:t>
      </w:r>
      <w:r w:rsidRPr="008273AB">
        <w:rPr>
          <w:spacing w:val="1"/>
          <w:sz w:val="24"/>
          <w:szCs w:val="24"/>
        </w:rPr>
        <w:t xml:space="preserve"> </w:t>
      </w:r>
      <w:r w:rsidRPr="008273AB">
        <w:rPr>
          <w:sz w:val="24"/>
          <w:szCs w:val="24"/>
        </w:rPr>
        <w:t>проблем,</w:t>
      </w:r>
      <w:r w:rsidRPr="008273AB">
        <w:rPr>
          <w:spacing w:val="1"/>
          <w:sz w:val="24"/>
          <w:szCs w:val="24"/>
        </w:rPr>
        <w:t xml:space="preserve"> </w:t>
      </w:r>
      <w:r w:rsidRPr="008273AB">
        <w:rPr>
          <w:sz w:val="24"/>
          <w:szCs w:val="24"/>
        </w:rPr>
        <w:t>путей</w:t>
      </w:r>
      <w:r w:rsidRPr="008273AB">
        <w:rPr>
          <w:spacing w:val="1"/>
          <w:sz w:val="24"/>
          <w:szCs w:val="24"/>
        </w:rPr>
        <w:t xml:space="preserve"> </w:t>
      </w:r>
      <w:r w:rsidRPr="008273AB">
        <w:rPr>
          <w:sz w:val="24"/>
          <w:szCs w:val="24"/>
        </w:rPr>
        <w:t>их</w:t>
      </w:r>
      <w:r w:rsidRPr="008273AB">
        <w:rPr>
          <w:spacing w:val="1"/>
          <w:sz w:val="24"/>
          <w:szCs w:val="24"/>
        </w:rPr>
        <w:t xml:space="preserve"> </w:t>
      </w:r>
      <w:r w:rsidRPr="008273AB">
        <w:rPr>
          <w:sz w:val="24"/>
          <w:szCs w:val="24"/>
        </w:rPr>
        <w:t>решения,</w:t>
      </w:r>
      <w:r w:rsidRPr="008273AB">
        <w:rPr>
          <w:spacing w:val="-1"/>
          <w:sz w:val="24"/>
          <w:szCs w:val="24"/>
        </w:rPr>
        <w:t xml:space="preserve"> </w:t>
      </w:r>
      <w:r w:rsidRPr="008273AB">
        <w:rPr>
          <w:sz w:val="24"/>
          <w:szCs w:val="24"/>
        </w:rPr>
        <w:t>значение</w:t>
      </w:r>
      <w:r w:rsidRPr="008273AB">
        <w:rPr>
          <w:spacing w:val="-2"/>
          <w:sz w:val="24"/>
          <w:szCs w:val="24"/>
        </w:rPr>
        <w:t xml:space="preserve"> </w:t>
      </w:r>
      <w:r w:rsidRPr="008273AB">
        <w:rPr>
          <w:sz w:val="24"/>
          <w:szCs w:val="24"/>
        </w:rPr>
        <w:t>экологической культуры</w:t>
      </w:r>
      <w:r w:rsidRPr="008273AB">
        <w:rPr>
          <w:spacing w:val="-1"/>
          <w:sz w:val="24"/>
          <w:szCs w:val="24"/>
        </w:rPr>
        <w:t xml:space="preserve"> </w:t>
      </w:r>
      <w:r w:rsidRPr="008273AB">
        <w:rPr>
          <w:sz w:val="24"/>
          <w:szCs w:val="24"/>
        </w:rPr>
        <w:t>человека, общества.</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Сознание</w:t>
      </w:r>
      <w:r w:rsidRPr="008273AB">
        <w:rPr>
          <w:spacing w:val="1"/>
          <w:sz w:val="24"/>
          <w:szCs w:val="24"/>
        </w:rPr>
        <w:t xml:space="preserve"> </w:t>
      </w:r>
      <w:r w:rsidRPr="008273AB">
        <w:rPr>
          <w:sz w:val="24"/>
          <w:szCs w:val="24"/>
        </w:rPr>
        <w:t>своей</w:t>
      </w:r>
      <w:r w:rsidRPr="008273AB">
        <w:rPr>
          <w:spacing w:val="1"/>
          <w:sz w:val="24"/>
          <w:szCs w:val="24"/>
        </w:rPr>
        <w:t xml:space="preserve"> </w:t>
      </w:r>
      <w:r w:rsidRPr="008273AB">
        <w:rPr>
          <w:sz w:val="24"/>
          <w:szCs w:val="24"/>
        </w:rPr>
        <w:t>ответственности</w:t>
      </w:r>
      <w:r w:rsidRPr="008273AB">
        <w:rPr>
          <w:spacing w:val="1"/>
          <w:sz w:val="24"/>
          <w:szCs w:val="24"/>
        </w:rPr>
        <w:t xml:space="preserve"> </w:t>
      </w:r>
      <w:r w:rsidRPr="008273AB">
        <w:rPr>
          <w:sz w:val="24"/>
          <w:szCs w:val="24"/>
        </w:rPr>
        <w:t>как</w:t>
      </w:r>
      <w:r w:rsidRPr="008273AB">
        <w:rPr>
          <w:spacing w:val="1"/>
          <w:sz w:val="24"/>
          <w:szCs w:val="24"/>
        </w:rPr>
        <w:t xml:space="preserve"> </w:t>
      </w:r>
      <w:r w:rsidRPr="008273AB">
        <w:rPr>
          <w:sz w:val="24"/>
          <w:szCs w:val="24"/>
        </w:rPr>
        <w:t>гражданина</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потребителя</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условиях</w:t>
      </w:r>
      <w:r w:rsidRPr="008273AB">
        <w:rPr>
          <w:spacing w:val="1"/>
          <w:sz w:val="24"/>
          <w:szCs w:val="24"/>
        </w:rPr>
        <w:t xml:space="preserve"> </w:t>
      </w:r>
      <w:r w:rsidRPr="008273AB">
        <w:rPr>
          <w:sz w:val="24"/>
          <w:szCs w:val="24"/>
        </w:rPr>
        <w:t>взаимосвязи</w:t>
      </w:r>
      <w:r w:rsidRPr="008273AB">
        <w:rPr>
          <w:spacing w:val="-1"/>
          <w:sz w:val="24"/>
          <w:szCs w:val="24"/>
        </w:rPr>
        <w:t xml:space="preserve"> </w:t>
      </w:r>
      <w:r w:rsidRPr="008273AB">
        <w:rPr>
          <w:sz w:val="24"/>
          <w:szCs w:val="24"/>
        </w:rPr>
        <w:t>природной, технологической</w:t>
      </w:r>
      <w:r w:rsidRPr="008273AB">
        <w:rPr>
          <w:spacing w:val="-1"/>
          <w:sz w:val="24"/>
          <w:szCs w:val="24"/>
        </w:rPr>
        <w:t xml:space="preserve"> </w:t>
      </w:r>
      <w:r w:rsidRPr="008273AB">
        <w:rPr>
          <w:sz w:val="24"/>
          <w:szCs w:val="24"/>
        </w:rPr>
        <w:t>и социальной</w:t>
      </w:r>
      <w:r w:rsidRPr="008273AB">
        <w:rPr>
          <w:spacing w:val="-1"/>
          <w:sz w:val="24"/>
          <w:szCs w:val="24"/>
        </w:rPr>
        <w:t xml:space="preserve"> </w:t>
      </w:r>
      <w:r w:rsidRPr="008273AB">
        <w:rPr>
          <w:sz w:val="24"/>
          <w:szCs w:val="24"/>
        </w:rPr>
        <w:t>сред.</w:t>
      </w:r>
    </w:p>
    <w:p w:rsidR="002B3627" w:rsidRPr="008273AB" w:rsidRDefault="002B3627" w:rsidP="002B3627">
      <w:pPr>
        <w:pStyle w:val="TableParagraph"/>
        <w:numPr>
          <w:ilvl w:val="0"/>
          <w:numId w:val="13"/>
        </w:numPr>
        <w:tabs>
          <w:tab w:val="left" w:pos="993"/>
          <w:tab w:val="left" w:pos="8789"/>
        </w:tabs>
        <w:ind w:left="0" w:right="-7" w:firstLine="709"/>
        <w:jc w:val="both"/>
        <w:rPr>
          <w:sz w:val="24"/>
          <w:szCs w:val="24"/>
        </w:rPr>
      </w:pPr>
      <w:r w:rsidRPr="008273AB">
        <w:rPr>
          <w:sz w:val="24"/>
          <w:szCs w:val="24"/>
        </w:rPr>
        <w:t>Выражение</w:t>
      </w:r>
      <w:r w:rsidRPr="008273AB">
        <w:rPr>
          <w:spacing w:val="-4"/>
          <w:sz w:val="24"/>
          <w:szCs w:val="24"/>
        </w:rPr>
        <w:t xml:space="preserve"> </w:t>
      </w:r>
      <w:r w:rsidRPr="008273AB">
        <w:rPr>
          <w:sz w:val="24"/>
          <w:szCs w:val="24"/>
        </w:rPr>
        <w:t>активного</w:t>
      </w:r>
      <w:r w:rsidRPr="008273AB">
        <w:rPr>
          <w:spacing w:val="-5"/>
          <w:sz w:val="24"/>
          <w:szCs w:val="24"/>
        </w:rPr>
        <w:t xml:space="preserve"> </w:t>
      </w:r>
      <w:r w:rsidRPr="008273AB">
        <w:rPr>
          <w:sz w:val="24"/>
          <w:szCs w:val="24"/>
        </w:rPr>
        <w:t>неприятия</w:t>
      </w:r>
      <w:r w:rsidRPr="008273AB">
        <w:rPr>
          <w:spacing w:val="-4"/>
          <w:sz w:val="24"/>
          <w:szCs w:val="24"/>
        </w:rPr>
        <w:t xml:space="preserve"> </w:t>
      </w:r>
      <w:r w:rsidRPr="008273AB">
        <w:rPr>
          <w:sz w:val="24"/>
          <w:szCs w:val="24"/>
        </w:rPr>
        <w:t>действий,</w:t>
      </w:r>
      <w:r w:rsidRPr="008273AB">
        <w:rPr>
          <w:spacing w:val="-6"/>
          <w:sz w:val="24"/>
          <w:szCs w:val="24"/>
        </w:rPr>
        <w:t xml:space="preserve"> </w:t>
      </w:r>
      <w:r w:rsidRPr="008273AB">
        <w:rPr>
          <w:sz w:val="24"/>
          <w:szCs w:val="24"/>
        </w:rPr>
        <w:t>приносящих</w:t>
      </w:r>
      <w:r w:rsidRPr="008273AB">
        <w:rPr>
          <w:spacing w:val="-2"/>
          <w:sz w:val="24"/>
          <w:szCs w:val="24"/>
        </w:rPr>
        <w:t xml:space="preserve"> </w:t>
      </w:r>
      <w:r w:rsidRPr="008273AB">
        <w:rPr>
          <w:sz w:val="24"/>
          <w:szCs w:val="24"/>
        </w:rPr>
        <w:t>вред</w:t>
      </w:r>
      <w:r w:rsidRPr="008273AB">
        <w:rPr>
          <w:spacing w:val="-4"/>
          <w:sz w:val="24"/>
          <w:szCs w:val="24"/>
        </w:rPr>
        <w:t xml:space="preserve"> </w:t>
      </w:r>
      <w:r w:rsidRPr="008273AB">
        <w:rPr>
          <w:sz w:val="24"/>
          <w:szCs w:val="24"/>
        </w:rPr>
        <w:t>природе.</w:t>
      </w:r>
    </w:p>
    <w:p w:rsidR="002B3627" w:rsidRPr="008273AB" w:rsidRDefault="002B3627" w:rsidP="002B3627">
      <w:pPr>
        <w:pStyle w:val="ae"/>
        <w:tabs>
          <w:tab w:val="left" w:pos="993"/>
        </w:tabs>
        <w:spacing w:line="240" w:lineRule="auto"/>
        <w:ind w:left="0" w:firstLine="709"/>
        <w:rPr>
          <w:rFonts w:ascii="Times New Roman" w:hAnsi="Times New Roman" w:cs="Times New Roman"/>
          <w:b/>
          <w:sz w:val="24"/>
          <w:szCs w:val="24"/>
          <w:lang w:val="ru-RU"/>
        </w:rPr>
      </w:pPr>
      <w:r w:rsidRPr="008273AB">
        <w:rPr>
          <w:rFonts w:ascii="Times New Roman" w:hAnsi="Times New Roman" w:cs="Times New Roman"/>
          <w:b/>
          <w:sz w:val="24"/>
          <w:szCs w:val="24"/>
          <w:lang w:val="ru-RU"/>
        </w:rPr>
        <w:t>Ценности</w:t>
      </w:r>
      <w:r w:rsidRPr="008273AB">
        <w:rPr>
          <w:rFonts w:ascii="Times New Roman" w:hAnsi="Times New Roman" w:cs="Times New Roman"/>
          <w:b/>
          <w:spacing w:val="-3"/>
          <w:sz w:val="24"/>
          <w:szCs w:val="24"/>
          <w:lang w:val="ru-RU"/>
        </w:rPr>
        <w:t xml:space="preserve"> </w:t>
      </w:r>
      <w:r w:rsidRPr="008273AB">
        <w:rPr>
          <w:rFonts w:ascii="Times New Roman" w:hAnsi="Times New Roman" w:cs="Times New Roman"/>
          <w:b/>
          <w:sz w:val="24"/>
          <w:szCs w:val="24"/>
          <w:lang w:val="ru-RU"/>
        </w:rPr>
        <w:t>научного</w:t>
      </w:r>
      <w:r w:rsidRPr="008273AB">
        <w:rPr>
          <w:rFonts w:ascii="Times New Roman" w:hAnsi="Times New Roman" w:cs="Times New Roman"/>
          <w:b/>
          <w:spacing w:val="-1"/>
          <w:sz w:val="24"/>
          <w:szCs w:val="24"/>
          <w:lang w:val="ru-RU"/>
        </w:rPr>
        <w:t xml:space="preserve"> </w:t>
      </w:r>
      <w:r w:rsidRPr="008273AB">
        <w:rPr>
          <w:rFonts w:ascii="Times New Roman" w:hAnsi="Times New Roman" w:cs="Times New Roman"/>
          <w:b/>
          <w:sz w:val="24"/>
          <w:szCs w:val="24"/>
          <w:lang w:val="ru-RU"/>
        </w:rPr>
        <w:t>познания.</w:t>
      </w:r>
    </w:p>
    <w:p w:rsidR="002B3627" w:rsidRPr="008273AB" w:rsidRDefault="002B3627" w:rsidP="002B3627">
      <w:pPr>
        <w:tabs>
          <w:tab w:val="left" w:pos="993"/>
        </w:tabs>
        <w:spacing w:line="240" w:lineRule="auto"/>
        <w:ind w:firstLine="709"/>
        <w:rPr>
          <w:rFonts w:ascii="Times New Roman" w:hAnsi="Times New Roman" w:cs="Times New Roman"/>
          <w:sz w:val="24"/>
          <w:szCs w:val="24"/>
          <w:lang w:val="ru-RU"/>
        </w:rPr>
      </w:pPr>
      <w:r w:rsidRPr="008273AB">
        <w:rPr>
          <w:rFonts w:ascii="Times New Roman" w:hAnsi="Times New Roman" w:cs="Times New Roman"/>
          <w:sz w:val="24"/>
          <w:szCs w:val="24"/>
          <w:lang w:val="ru-RU"/>
        </w:rPr>
        <w:t>Целевые ориентиры результатов воспитания на уровне основного общего образования:</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Выражение</w:t>
      </w:r>
      <w:r w:rsidRPr="008273AB">
        <w:rPr>
          <w:spacing w:val="1"/>
          <w:sz w:val="24"/>
          <w:szCs w:val="24"/>
        </w:rPr>
        <w:t xml:space="preserve"> </w:t>
      </w:r>
      <w:r w:rsidRPr="008273AB">
        <w:rPr>
          <w:sz w:val="24"/>
          <w:szCs w:val="24"/>
        </w:rPr>
        <w:t>познавательных</w:t>
      </w:r>
      <w:r w:rsidRPr="008273AB">
        <w:rPr>
          <w:spacing w:val="1"/>
          <w:sz w:val="24"/>
          <w:szCs w:val="24"/>
        </w:rPr>
        <w:t xml:space="preserve"> </w:t>
      </w:r>
      <w:r w:rsidRPr="008273AB">
        <w:rPr>
          <w:sz w:val="24"/>
          <w:szCs w:val="24"/>
        </w:rPr>
        <w:t>интересов</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разных</w:t>
      </w:r>
      <w:r w:rsidRPr="008273AB">
        <w:rPr>
          <w:spacing w:val="1"/>
          <w:sz w:val="24"/>
          <w:szCs w:val="24"/>
        </w:rPr>
        <w:t xml:space="preserve"> </w:t>
      </w:r>
      <w:r w:rsidRPr="008273AB">
        <w:rPr>
          <w:sz w:val="24"/>
          <w:szCs w:val="24"/>
        </w:rPr>
        <w:t>предметных</w:t>
      </w:r>
      <w:r w:rsidRPr="008273AB">
        <w:rPr>
          <w:spacing w:val="1"/>
          <w:sz w:val="24"/>
          <w:szCs w:val="24"/>
        </w:rPr>
        <w:t xml:space="preserve"> </w:t>
      </w:r>
      <w:r w:rsidRPr="008273AB">
        <w:rPr>
          <w:sz w:val="24"/>
          <w:szCs w:val="24"/>
        </w:rPr>
        <w:t>областях</w:t>
      </w:r>
      <w:r w:rsidRPr="008273AB">
        <w:rPr>
          <w:spacing w:val="1"/>
          <w:sz w:val="24"/>
          <w:szCs w:val="24"/>
        </w:rPr>
        <w:t xml:space="preserve"> </w:t>
      </w:r>
      <w:r w:rsidRPr="008273AB">
        <w:rPr>
          <w:sz w:val="24"/>
          <w:szCs w:val="24"/>
        </w:rPr>
        <w:t>с</w:t>
      </w:r>
      <w:r w:rsidRPr="008273AB">
        <w:rPr>
          <w:spacing w:val="1"/>
          <w:sz w:val="24"/>
          <w:szCs w:val="24"/>
        </w:rPr>
        <w:t xml:space="preserve"> </w:t>
      </w:r>
      <w:r w:rsidRPr="008273AB">
        <w:rPr>
          <w:sz w:val="24"/>
          <w:szCs w:val="24"/>
        </w:rPr>
        <w:t>учётом</w:t>
      </w:r>
      <w:r w:rsidRPr="008273AB">
        <w:rPr>
          <w:spacing w:val="1"/>
          <w:sz w:val="24"/>
          <w:szCs w:val="24"/>
        </w:rPr>
        <w:t xml:space="preserve"> </w:t>
      </w:r>
      <w:r w:rsidRPr="008273AB">
        <w:rPr>
          <w:sz w:val="24"/>
          <w:szCs w:val="24"/>
        </w:rPr>
        <w:t>индивидуальных интересов, способностей,</w:t>
      </w:r>
      <w:r w:rsidRPr="008273AB">
        <w:rPr>
          <w:spacing w:val="-1"/>
          <w:sz w:val="24"/>
          <w:szCs w:val="24"/>
        </w:rPr>
        <w:t xml:space="preserve"> </w:t>
      </w:r>
      <w:r w:rsidRPr="008273AB">
        <w:rPr>
          <w:sz w:val="24"/>
          <w:szCs w:val="24"/>
        </w:rPr>
        <w:t>достижений.</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Ориентация</w:t>
      </w:r>
      <w:r w:rsidRPr="008273AB">
        <w:rPr>
          <w:spacing w:val="1"/>
          <w:sz w:val="24"/>
          <w:szCs w:val="24"/>
        </w:rPr>
        <w:t xml:space="preserve"> </w:t>
      </w:r>
      <w:r w:rsidRPr="008273AB">
        <w:rPr>
          <w:sz w:val="24"/>
          <w:szCs w:val="24"/>
        </w:rPr>
        <w:t>в</w:t>
      </w:r>
      <w:r w:rsidRPr="008273AB">
        <w:rPr>
          <w:spacing w:val="1"/>
          <w:sz w:val="24"/>
          <w:szCs w:val="24"/>
        </w:rPr>
        <w:t xml:space="preserve"> </w:t>
      </w:r>
      <w:r w:rsidRPr="008273AB">
        <w:rPr>
          <w:sz w:val="24"/>
          <w:szCs w:val="24"/>
        </w:rPr>
        <w:t>деятельности</w:t>
      </w:r>
      <w:r w:rsidRPr="008273AB">
        <w:rPr>
          <w:spacing w:val="1"/>
          <w:sz w:val="24"/>
          <w:szCs w:val="24"/>
        </w:rPr>
        <w:t xml:space="preserve"> </w:t>
      </w:r>
      <w:r w:rsidRPr="008273AB">
        <w:rPr>
          <w:sz w:val="24"/>
          <w:szCs w:val="24"/>
        </w:rPr>
        <w:t>на</w:t>
      </w:r>
      <w:r w:rsidRPr="008273AB">
        <w:rPr>
          <w:spacing w:val="1"/>
          <w:sz w:val="24"/>
          <w:szCs w:val="24"/>
        </w:rPr>
        <w:t xml:space="preserve"> </w:t>
      </w:r>
      <w:r w:rsidRPr="008273AB">
        <w:rPr>
          <w:sz w:val="24"/>
          <w:szCs w:val="24"/>
        </w:rPr>
        <w:t>систему</w:t>
      </w:r>
      <w:r w:rsidRPr="008273AB">
        <w:rPr>
          <w:spacing w:val="1"/>
          <w:sz w:val="24"/>
          <w:szCs w:val="24"/>
        </w:rPr>
        <w:t xml:space="preserve"> </w:t>
      </w:r>
      <w:r w:rsidRPr="008273AB">
        <w:rPr>
          <w:sz w:val="24"/>
          <w:szCs w:val="24"/>
        </w:rPr>
        <w:t>научных</w:t>
      </w:r>
      <w:r w:rsidRPr="008273AB">
        <w:rPr>
          <w:spacing w:val="1"/>
          <w:sz w:val="24"/>
          <w:szCs w:val="24"/>
        </w:rPr>
        <w:t xml:space="preserve"> </w:t>
      </w:r>
      <w:r w:rsidRPr="008273AB">
        <w:rPr>
          <w:sz w:val="24"/>
          <w:szCs w:val="24"/>
        </w:rPr>
        <w:t>представлений</w:t>
      </w:r>
      <w:r w:rsidRPr="008273AB">
        <w:rPr>
          <w:spacing w:val="1"/>
          <w:sz w:val="24"/>
          <w:szCs w:val="24"/>
        </w:rPr>
        <w:t xml:space="preserve"> </w:t>
      </w:r>
      <w:r w:rsidRPr="008273AB">
        <w:rPr>
          <w:sz w:val="24"/>
          <w:szCs w:val="24"/>
        </w:rPr>
        <w:t>о</w:t>
      </w:r>
      <w:r w:rsidRPr="008273AB">
        <w:rPr>
          <w:spacing w:val="1"/>
          <w:sz w:val="24"/>
          <w:szCs w:val="24"/>
        </w:rPr>
        <w:t xml:space="preserve"> </w:t>
      </w:r>
      <w:r w:rsidRPr="008273AB">
        <w:rPr>
          <w:sz w:val="24"/>
          <w:szCs w:val="24"/>
        </w:rPr>
        <w:t>закономерностях</w:t>
      </w:r>
      <w:r w:rsidRPr="008273AB">
        <w:rPr>
          <w:spacing w:val="1"/>
          <w:sz w:val="24"/>
          <w:szCs w:val="24"/>
        </w:rPr>
        <w:t xml:space="preserve"> </w:t>
      </w:r>
      <w:r w:rsidRPr="008273AB">
        <w:rPr>
          <w:sz w:val="24"/>
          <w:szCs w:val="24"/>
        </w:rPr>
        <w:t>развития</w:t>
      </w:r>
      <w:r w:rsidRPr="008273AB">
        <w:rPr>
          <w:spacing w:val="1"/>
          <w:sz w:val="24"/>
          <w:szCs w:val="24"/>
        </w:rPr>
        <w:t xml:space="preserve"> </w:t>
      </w:r>
      <w:r w:rsidRPr="008273AB">
        <w:rPr>
          <w:sz w:val="24"/>
          <w:szCs w:val="24"/>
        </w:rPr>
        <w:t>человека,</w:t>
      </w:r>
      <w:r w:rsidRPr="008273AB">
        <w:rPr>
          <w:spacing w:val="1"/>
          <w:sz w:val="24"/>
          <w:szCs w:val="24"/>
        </w:rPr>
        <w:t xml:space="preserve"> </w:t>
      </w:r>
      <w:r w:rsidRPr="008273AB">
        <w:rPr>
          <w:sz w:val="24"/>
          <w:szCs w:val="24"/>
        </w:rPr>
        <w:t>природы</w:t>
      </w:r>
      <w:r w:rsidRPr="008273AB">
        <w:rPr>
          <w:spacing w:val="1"/>
          <w:sz w:val="24"/>
          <w:szCs w:val="24"/>
        </w:rPr>
        <w:t xml:space="preserve"> </w:t>
      </w:r>
      <w:r w:rsidRPr="008273AB">
        <w:rPr>
          <w:sz w:val="24"/>
          <w:szCs w:val="24"/>
        </w:rPr>
        <w:t>и</w:t>
      </w:r>
      <w:r w:rsidRPr="008273AB">
        <w:rPr>
          <w:spacing w:val="1"/>
          <w:sz w:val="24"/>
          <w:szCs w:val="24"/>
        </w:rPr>
        <w:t xml:space="preserve"> </w:t>
      </w:r>
      <w:r w:rsidRPr="008273AB">
        <w:rPr>
          <w:sz w:val="24"/>
          <w:szCs w:val="24"/>
        </w:rPr>
        <w:t>общества,</w:t>
      </w:r>
      <w:r w:rsidRPr="008273AB">
        <w:rPr>
          <w:spacing w:val="1"/>
          <w:sz w:val="24"/>
          <w:szCs w:val="24"/>
        </w:rPr>
        <w:t xml:space="preserve"> </w:t>
      </w:r>
      <w:r w:rsidRPr="008273AB">
        <w:rPr>
          <w:sz w:val="24"/>
          <w:szCs w:val="24"/>
        </w:rPr>
        <w:t>взаимосвязях</w:t>
      </w:r>
      <w:r w:rsidRPr="008273AB">
        <w:rPr>
          <w:spacing w:val="1"/>
          <w:sz w:val="24"/>
          <w:szCs w:val="24"/>
        </w:rPr>
        <w:t xml:space="preserve"> </w:t>
      </w:r>
      <w:r w:rsidRPr="008273AB">
        <w:rPr>
          <w:sz w:val="24"/>
          <w:szCs w:val="24"/>
        </w:rPr>
        <w:t>человека</w:t>
      </w:r>
      <w:r w:rsidRPr="008273AB">
        <w:rPr>
          <w:spacing w:val="1"/>
          <w:sz w:val="24"/>
          <w:szCs w:val="24"/>
        </w:rPr>
        <w:t xml:space="preserve"> </w:t>
      </w:r>
      <w:r w:rsidRPr="008273AB">
        <w:rPr>
          <w:sz w:val="24"/>
          <w:szCs w:val="24"/>
        </w:rPr>
        <w:t>с</w:t>
      </w:r>
      <w:r w:rsidRPr="008273AB">
        <w:rPr>
          <w:spacing w:val="1"/>
          <w:sz w:val="24"/>
          <w:szCs w:val="24"/>
        </w:rPr>
        <w:t xml:space="preserve"> </w:t>
      </w:r>
      <w:r w:rsidRPr="008273AB">
        <w:rPr>
          <w:sz w:val="24"/>
          <w:szCs w:val="24"/>
        </w:rPr>
        <w:t>природной</w:t>
      </w:r>
      <w:r w:rsidRPr="008273AB">
        <w:rPr>
          <w:spacing w:val="-3"/>
          <w:sz w:val="24"/>
          <w:szCs w:val="24"/>
        </w:rPr>
        <w:t xml:space="preserve"> </w:t>
      </w:r>
      <w:r w:rsidRPr="008273AB">
        <w:rPr>
          <w:sz w:val="24"/>
          <w:szCs w:val="24"/>
        </w:rPr>
        <w:t>и социальной средой.</w:t>
      </w:r>
    </w:p>
    <w:p w:rsidR="002B3627" w:rsidRPr="008273AB" w:rsidRDefault="002B3627" w:rsidP="002B3627">
      <w:pPr>
        <w:pStyle w:val="TableParagraph"/>
        <w:numPr>
          <w:ilvl w:val="0"/>
          <w:numId w:val="13"/>
        </w:numPr>
        <w:tabs>
          <w:tab w:val="left" w:pos="993"/>
        </w:tabs>
        <w:ind w:left="0" w:right="-7" w:firstLine="709"/>
        <w:jc w:val="both"/>
        <w:rPr>
          <w:sz w:val="24"/>
          <w:szCs w:val="24"/>
        </w:rPr>
      </w:pPr>
      <w:r w:rsidRPr="008273AB">
        <w:rPr>
          <w:sz w:val="24"/>
          <w:szCs w:val="24"/>
        </w:rPr>
        <w:t>Развитие навыков использования различных средств познания, накопления знаний</w:t>
      </w:r>
      <w:r w:rsidRPr="008273AB">
        <w:rPr>
          <w:spacing w:val="-57"/>
          <w:sz w:val="24"/>
          <w:szCs w:val="24"/>
        </w:rPr>
        <w:t xml:space="preserve"> </w:t>
      </w:r>
      <w:r w:rsidRPr="008273AB">
        <w:rPr>
          <w:sz w:val="24"/>
          <w:szCs w:val="24"/>
        </w:rPr>
        <w:t xml:space="preserve">о </w:t>
      </w:r>
      <w:r w:rsidRPr="008273AB">
        <w:rPr>
          <w:sz w:val="24"/>
          <w:szCs w:val="24"/>
        </w:rPr>
        <w:lastRenderedPageBreak/>
        <w:t>мире (языковая, читательская культура, деятельность в информационной, цифровой</w:t>
      </w:r>
      <w:r w:rsidRPr="008273AB">
        <w:rPr>
          <w:spacing w:val="1"/>
          <w:sz w:val="24"/>
          <w:szCs w:val="24"/>
        </w:rPr>
        <w:t xml:space="preserve"> </w:t>
      </w:r>
      <w:r w:rsidRPr="008273AB">
        <w:rPr>
          <w:sz w:val="24"/>
          <w:szCs w:val="24"/>
        </w:rPr>
        <w:t>среде).</w:t>
      </w:r>
    </w:p>
    <w:p w:rsidR="002B3627" w:rsidRPr="008273AB" w:rsidRDefault="002B3627" w:rsidP="002B3627">
      <w:pPr>
        <w:pStyle w:val="ae"/>
        <w:widowControl w:val="0"/>
        <w:numPr>
          <w:ilvl w:val="0"/>
          <w:numId w:val="13"/>
        </w:numPr>
        <w:tabs>
          <w:tab w:val="left" w:pos="993"/>
        </w:tabs>
        <w:autoSpaceDE w:val="0"/>
        <w:autoSpaceDN w:val="0"/>
        <w:spacing w:after="0" w:line="240" w:lineRule="auto"/>
        <w:ind w:left="0" w:firstLine="709"/>
        <w:contextualSpacing w:val="0"/>
        <w:jc w:val="both"/>
        <w:rPr>
          <w:rFonts w:ascii="Times New Roman" w:hAnsi="Times New Roman" w:cs="Times New Roman"/>
          <w:b/>
          <w:sz w:val="24"/>
          <w:szCs w:val="24"/>
          <w:lang w:val="ru-RU"/>
        </w:rPr>
      </w:pPr>
      <w:r w:rsidRPr="008273AB">
        <w:rPr>
          <w:rFonts w:ascii="Times New Roman" w:hAnsi="Times New Roman" w:cs="Times New Roman"/>
          <w:sz w:val="24"/>
          <w:szCs w:val="24"/>
          <w:lang w:val="ru-RU"/>
        </w:rPr>
        <w:t>Демонстрация</w:t>
      </w:r>
      <w:r w:rsidRPr="008273AB">
        <w:rPr>
          <w:rFonts w:ascii="Times New Roman" w:hAnsi="Times New Roman" w:cs="Times New Roman"/>
          <w:spacing w:val="13"/>
          <w:sz w:val="24"/>
          <w:szCs w:val="24"/>
          <w:lang w:val="ru-RU"/>
        </w:rPr>
        <w:t xml:space="preserve"> </w:t>
      </w:r>
      <w:r w:rsidRPr="008273AB">
        <w:rPr>
          <w:rFonts w:ascii="Times New Roman" w:hAnsi="Times New Roman" w:cs="Times New Roman"/>
          <w:sz w:val="24"/>
          <w:szCs w:val="24"/>
          <w:lang w:val="ru-RU"/>
        </w:rPr>
        <w:t>навыков</w:t>
      </w:r>
      <w:r w:rsidRPr="008273AB">
        <w:rPr>
          <w:rFonts w:ascii="Times New Roman" w:hAnsi="Times New Roman" w:cs="Times New Roman"/>
          <w:spacing w:val="71"/>
          <w:sz w:val="24"/>
          <w:szCs w:val="24"/>
          <w:lang w:val="ru-RU"/>
        </w:rPr>
        <w:t xml:space="preserve"> </w:t>
      </w:r>
      <w:r w:rsidRPr="008273AB">
        <w:rPr>
          <w:rFonts w:ascii="Times New Roman" w:hAnsi="Times New Roman" w:cs="Times New Roman"/>
          <w:sz w:val="24"/>
          <w:szCs w:val="24"/>
          <w:lang w:val="ru-RU"/>
        </w:rPr>
        <w:t>наблюдений,</w:t>
      </w:r>
      <w:r w:rsidRPr="008273AB">
        <w:rPr>
          <w:rFonts w:ascii="Times New Roman" w:hAnsi="Times New Roman" w:cs="Times New Roman"/>
          <w:spacing w:val="68"/>
          <w:sz w:val="24"/>
          <w:szCs w:val="24"/>
          <w:lang w:val="ru-RU"/>
        </w:rPr>
        <w:t xml:space="preserve"> </w:t>
      </w:r>
      <w:r w:rsidRPr="008273AB">
        <w:rPr>
          <w:rFonts w:ascii="Times New Roman" w:hAnsi="Times New Roman" w:cs="Times New Roman"/>
          <w:sz w:val="24"/>
          <w:szCs w:val="24"/>
          <w:lang w:val="ru-RU"/>
        </w:rPr>
        <w:t>накопления</w:t>
      </w:r>
      <w:r w:rsidRPr="008273AB">
        <w:rPr>
          <w:rFonts w:ascii="Times New Roman" w:hAnsi="Times New Roman" w:cs="Times New Roman"/>
          <w:spacing w:val="71"/>
          <w:sz w:val="24"/>
          <w:szCs w:val="24"/>
          <w:lang w:val="ru-RU"/>
        </w:rPr>
        <w:t xml:space="preserve"> </w:t>
      </w:r>
      <w:r w:rsidRPr="008273AB">
        <w:rPr>
          <w:rFonts w:ascii="Times New Roman" w:hAnsi="Times New Roman" w:cs="Times New Roman"/>
          <w:sz w:val="24"/>
          <w:szCs w:val="24"/>
          <w:lang w:val="ru-RU"/>
        </w:rPr>
        <w:t>фактов,</w:t>
      </w:r>
      <w:r w:rsidRPr="008273AB">
        <w:rPr>
          <w:rFonts w:ascii="Times New Roman" w:hAnsi="Times New Roman" w:cs="Times New Roman"/>
          <w:spacing w:val="70"/>
          <w:sz w:val="24"/>
          <w:szCs w:val="24"/>
          <w:lang w:val="ru-RU"/>
        </w:rPr>
        <w:t xml:space="preserve"> </w:t>
      </w:r>
      <w:r w:rsidRPr="008273AB">
        <w:rPr>
          <w:rFonts w:ascii="Times New Roman" w:hAnsi="Times New Roman" w:cs="Times New Roman"/>
          <w:sz w:val="24"/>
          <w:szCs w:val="24"/>
          <w:lang w:val="ru-RU"/>
        </w:rPr>
        <w:t>осмысления</w:t>
      </w:r>
      <w:r w:rsidRPr="008273AB">
        <w:rPr>
          <w:rFonts w:ascii="Times New Roman" w:hAnsi="Times New Roman" w:cs="Times New Roman"/>
          <w:spacing w:val="71"/>
          <w:sz w:val="24"/>
          <w:szCs w:val="24"/>
          <w:lang w:val="ru-RU"/>
        </w:rPr>
        <w:t xml:space="preserve"> </w:t>
      </w:r>
      <w:r w:rsidRPr="008273AB">
        <w:rPr>
          <w:rFonts w:ascii="Times New Roman" w:hAnsi="Times New Roman" w:cs="Times New Roman"/>
          <w:sz w:val="24"/>
          <w:szCs w:val="24"/>
          <w:lang w:val="ru-RU"/>
        </w:rPr>
        <w:t>опыта</w:t>
      </w:r>
      <w:r w:rsidRPr="008273AB">
        <w:rPr>
          <w:rFonts w:ascii="Times New Roman" w:hAnsi="Times New Roman" w:cs="Times New Roman"/>
          <w:spacing w:val="70"/>
          <w:sz w:val="24"/>
          <w:szCs w:val="24"/>
          <w:lang w:val="ru-RU"/>
        </w:rPr>
        <w:t xml:space="preserve"> </w:t>
      </w:r>
      <w:r w:rsidRPr="008273AB">
        <w:rPr>
          <w:rFonts w:ascii="Times New Roman" w:hAnsi="Times New Roman" w:cs="Times New Roman"/>
          <w:sz w:val="24"/>
          <w:szCs w:val="24"/>
          <w:lang w:val="ru-RU"/>
        </w:rPr>
        <w:t>в гуманитарной</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области</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познания,</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исследовательской</w:t>
      </w:r>
      <w:r w:rsidRPr="008273AB">
        <w:rPr>
          <w:rFonts w:ascii="Times New Roman" w:hAnsi="Times New Roman" w:cs="Times New Roman"/>
          <w:spacing w:val="1"/>
          <w:sz w:val="24"/>
          <w:szCs w:val="24"/>
          <w:lang w:val="ru-RU"/>
        </w:rPr>
        <w:t xml:space="preserve"> </w:t>
      </w:r>
      <w:r w:rsidRPr="008273AB">
        <w:rPr>
          <w:rFonts w:ascii="Times New Roman" w:hAnsi="Times New Roman" w:cs="Times New Roman"/>
          <w:sz w:val="24"/>
          <w:szCs w:val="24"/>
          <w:lang w:val="ru-RU"/>
        </w:rPr>
        <w:t>деятельности.</w:t>
      </w:r>
    </w:p>
    <w:p w:rsidR="002B3627" w:rsidRPr="008273AB" w:rsidRDefault="002B3627" w:rsidP="002B3627">
      <w:pPr>
        <w:pStyle w:val="1"/>
        <w:spacing w:line="240" w:lineRule="auto"/>
        <w:rPr>
          <w:rFonts w:ascii="Times New Roman" w:hAnsi="Times New Roman" w:cs="Times New Roman"/>
          <w:color w:val="auto"/>
          <w:sz w:val="24"/>
          <w:szCs w:val="24"/>
          <w:lang w:val="ru-RU"/>
        </w:rPr>
      </w:pPr>
      <w:r w:rsidRPr="008273AB">
        <w:rPr>
          <w:rFonts w:ascii="Times New Roman" w:hAnsi="Times New Roman" w:cs="Times New Roman"/>
          <w:bCs w:val="0"/>
          <w:sz w:val="24"/>
          <w:szCs w:val="24"/>
          <w:lang w:val="ru-RU"/>
        </w:rPr>
        <w:t xml:space="preserve">     </w:t>
      </w:r>
      <w:r w:rsidRPr="008273AB">
        <w:rPr>
          <w:rFonts w:ascii="Times New Roman" w:hAnsi="Times New Roman" w:cs="Times New Roman"/>
          <w:color w:val="auto"/>
          <w:sz w:val="24"/>
          <w:szCs w:val="24"/>
          <w:lang w:val="ru-RU"/>
        </w:rPr>
        <w:t>Урочная</w:t>
      </w:r>
      <w:r w:rsidRPr="008273AB">
        <w:rPr>
          <w:rFonts w:ascii="Times New Roman" w:hAnsi="Times New Roman" w:cs="Times New Roman"/>
          <w:color w:val="auto"/>
          <w:spacing w:val="-5"/>
          <w:sz w:val="24"/>
          <w:szCs w:val="24"/>
          <w:lang w:val="ru-RU"/>
        </w:rPr>
        <w:t xml:space="preserve"> </w:t>
      </w:r>
      <w:r w:rsidRPr="008273AB">
        <w:rPr>
          <w:rFonts w:ascii="Times New Roman" w:hAnsi="Times New Roman" w:cs="Times New Roman"/>
          <w:color w:val="auto"/>
          <w:sz w:val="24"/>
          <w:szCs w:val="24"/>
          <w:lang w:val="ru-RU"/>
        </w:rPr>
        <w:t>деятельность</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Целью школьного филологического образования является формирование у обучающегося целостной языковой картины.</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Изучение предметной области «Русский язык и литература» основано на межпредметных связях с предметами: «Обществознание», «География», «История», «Обществознание», «Иностранный язык», «Изобразительное искусство», «Музыка и др.</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Воспитательный потенциал предметной области «Русский язык и литература» в образовательной организации реализуется через:</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привлечение внимания обучающихся к ценностному аспекту изучаемых на уроках явлений, организацию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отношения к ней;</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инициирование и поддержку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lastRenderedPageBreak/>
        <w:tab/>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ab/>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p>
    <w:p w:rsidR="002B3627" w:rsidRPr="008273AB" w:rsidRDefault="002B3627" w:rsidP="002B3627">
      <w:pPr>
        <w:autoSpaceDE w:val="0"/>
        <w:autoSpaceDN w:val="0"/>
        <w:spacing w:after="0" w:line="240" w:lineRule="auto"/>
        <w:ind w:firstLine="180"/>
        <w:jc w:val="both"/>
        <w:rPr>
          <w:rFonts w:ascii="Times New Roman" w:hAnsi="Times New Roman" w:cs="Times New Roman"/>
          <w:b/>
          <w:sz w:val="24"/>
          <w:szCs w:val="24"/>
          <w:lang w:val="ru-RU"/>
        </w:rPr>
      </w:pPr>
      <w:r w:rsidRPr="008273AB">
        <w:rPr>
          <w:rFonts w:ascii="Times New Roman" w:hAnsi="Times New Roman" w:cs="Times New Roman"/>
          <w:b/>
          <w:sz w:val="24"/>
          <w:szCs w:val="24"/>
          <w:lang w:val="ru-RU"/>
        </w:rPr>
        <w:t>Воспитательный потенциал предметной области «Русский язык и литература» вне образовательной организации реализуется через:</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    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 xml:space="preserve">–   проводимые для жителей города и 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2B3627" w:rsidRPr="008273AB" w:rsidRDefault="002B3627" w:rsidP="002B3627">
      <w:pPr>
        <w:autoSpaceDE w:val="0"/>
        <w:autoSpaceDN w:val="0"/>
        <w:spacing w:after="0" w:line="240" w:lineRule="auto"/>
        <w:ind w:firstLine="180"/>
        <w:jc w:val="both"/>
        <w:rPr>
          <w:rFonts w:ascii="Times New Roman" w:hAnsi="Times New Roman" w:cs="Times New Roman"/>
          <w:sz w:val="24"/>
          <w:szCs w:val="24"/>
          <w:lang w:val="ru-RU"/>
        </w:rPr>
      </w:pPr>
      <w:r w:rsidRPr="008273AB">
        <w:rPr>
          <w:rFonts w:ascii="Times New Roman" w:hAnsi="Times New Roman" w:cs="Times New Roman"/>
          <w:sz w:val="24"/>
          <w:szCs w:val="24"/>
          <w:lang w:val="ru-RU"/>
        </w:rPr>
        <w:t>–   участие во всероссийских акциях, посвященных значимым отечественным и международным событиям.</w:t>
      </w:r>
    </w:p>
    <w:p w:rsidR="002B3627" w:rsidRPr="008273AB" w:rsidRDefault="002B3627">
      <w:pPr>
        <w:rPr>
          <w:rFonts w:ascii="Times New Roman" w:hAnsi="Times New Roman" w:cs="Times New Roman"/>
          <w:lang w:val="ru-RU"/>
        </w:rPr>
        <w:sectPr w:rsidR="002B3627" w:rsidRPr="008273AB">
          <w:pgSz w:w="11900" w:h="16840"/>
          <w:pgMar w:top="286" w:right="1440" w:bottom="1440" w:left="666" w:header="720" w:footer="720" w:gutter="0"/>
          <w:cols w:space="720" w:equalWidth="0">
            <w:col w:w="9794"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CA35E1">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rPr>
        <w:t>II</w:t>
      </w:r>
      <w:r w:rsidRPr="008273AB">
        <w:rPr>
          <w:rFonts w:ascii="Times New Roman" w:eastAsia="Times New Roman" w:hAnsi="Times New Roman" w:cs="Times New Roman"/>
          <w:b/>
          <w:color w:val="000000"/>
          <w:sz w:val="24"/>
          <w:lang w:val="ru-RU"/>
        </w:rPr>
        <w:t xml:space="preserve">. </w:t>
      </w:r>
      <w:r w:rsidR="001C478F" w:rsidRPr="008273AB">
        <w:rPr>
          <w:rFonts w:ascii="Times New Roman" w:eastAsia="Times New Roman" w:hAnsi="Times New Roman" w:cs="Times New Roman"/>
          <w:b/>
          <w:color w:val="000000"/>
          <w:sz w:val="24"/>
          <w:lang w:val="ru-RU"/>
        </w:rPr>
        <w:t>СОДЕРЖАНИЕ УЧЕБНОГО ПРЕДМЕТА</w:t>
      </w:r>
    </w:p>
    <w:p w:rsidR="008B3471" w:rsidRPr="008273AB" w:rsidRDefault="001C478F">
      <w:pPr>
        <w:autoSpaceDE w:val="0"/>
        <w:autoSpaceDN w:val="0"/>
        <w:spacing w:before="346"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5 КЛАСС</w:t>
      </w:r>
    </w:p>
    <w:p w:rsidR="008B3471" w:rsidRPr="008273AB" w:rsidRDefault="001C478F">
      <w:pPr>
        <w:autoSpaceDE w:val="0"/>
        <w:autoSpaceDN w:val="0"/>
        <w:spacing w:before="166" w:after="0" w:line="262" w:lineRule="auto"/>
        <w:ind w:right="73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Мифология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Мифы народов России и мира.</w:t>
      </w:r>
    </w:p>
    <w:p w:rsidR="008B3471" w:rsidRPr="008273AB" w:rsidRDefault="001C478F">
      <w:pPr>
        <w:autoSpaceDE w:val="0"/>
        <w:autoSpaceDN w:val="0"/>
        <w:spacing w:before="406" w:after="0" w:line="271" w:lineRule="auto"/>
        <w:ind w:right="57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Фольклор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Малые жанры: пословицы, поговорки, загадки. Сказки народов России и народов мира (не менее трёх).</w:t>
      </w:r>
    </w:p>
    <w:p w:rsidR="008B3471" w:rsidRPr="008273AB" w:rsidRDefault="001C478F">
      <w:pPr>
        <w:autoSpaceDE w:val="0"/>
        <w:autoSpaceDN w:val="0"/>
        <w:spacing w:before="408" w:after="0"/>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И. А. Крылов. </w:t>
      </w:r>
      <w:r w:rsidRPr="008273AB">
        <w:rPr>
          <w:rFonts w:ascii="Times New Roman" w:eastAsia="Times New Roman" w:hAnsi="Times New Roman" w:cs="Times New Roman"/>
          <w:color w:val="000000"/>
          <w:sz w:val="24"/>
          <w:lang w:val="ru-RU"/>
        </w:rPr>
        <w:t>Басни (три по выбору). Например, «Волк на псарне», «Листы и Корни», «Свинья под Дубом», «Квартет»,</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«Осёл и Соловей», «Ворона и Лисица».</w:t>
      </w:r>
    </w:p>
    <w:p w:rsidR="008B3471" w:rsidRPr="008273AB" w:rsidRDefault="001C478F">
      <w:pPr>
        <w:autoSpaceDE w:val="0"/>
        <w:autoSpaceDN w:val="0"/>
        <w:spacing w:before="70" w:after="0" w:line="262" w:lineRule="auto"/>
        <w:ind w:right="230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А. С. Пушкин. </w:t>
      </w:r>
      <w:r w:rsidRPr="008273AB">
        <w:rPr>
          <w:rFonts w:ascii="Times New Roman" w:eastAsia="Times New Roman" w:hAnsi="Times New Roman" w:cs="Times New Roman"/>
          <w:color w:val="000000"/>
          <w:sz w:val="24"/>
          <w:lang w:val="ru-RU"/>
        </w:rPr>
        <w:t>Стихотворения (не менее трёх). «Зимнее утро»,</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«Зимний вечер», «Няне» и др. «Сказка о мёртвой царевне и о семи богатырях».</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Ю. Лермонтов.</w:t>
      </w:r>
      <w:r w:rsidRPr="008273AB">
        <w:rPr>
          <w:rFonts w:ascii="Times New Roman" w:eastAsia="Times New Roman" w:hAnsi="Times New Roman" w:cs="Times New Roman"/>
          <w:color w:val="000000"/>
          <w:sz w:val="24"/>
          <w:lang w:val="ru-RU"/>
        </w:rPr>
        <w:t xml:space="preserve"> Стихотворение «Бородино».</w:t>
      </w:r>
    </w:p>
    <w:p w:rsidR="008B3471" w:rsidRPr="008273AB" w:rsidRDefault="001C478F">
      <w:pPr>
        <w:autoSpaceDE w:val="0"/>
        <w:autoSpaceDN w:val="0"/>
        <w:spacing w:before="70" w:after="0" w:line="262" w:lineRule="auto"/>
        <w:ind w:right="4176"/>
        <w:rPr>
          <w:rFonts w:ascii="Times New Roman" w:hAnsi="Times New Roman" w:cs="Times New Roman"/>
          <w:lang w:val="ru-RU"/>
        </w:rPr>
      </w:pPr>
      <w:r w:rsidRPr="008273AB">
        <w:rPr>
          <w:rFonts w:ascii="Times New Roman" w:eastAsia="Times New Roman" w:hAnsi="Times New Roman" w:cs="Times New Roman"/>
          <w:b/>
          <w:color w:val="000000"/>
          <w:sz w:val="24"/>
          <w:lang w:val="ru-RU"/>
        </w:rPr>
        <w:t>Н. В. Гоголь.</w:t>
      </w:r>
      <w:r w:rsidRPr="008273AB">
        <w:rPr>
          <w:rFonts w:ascii="Times New Roman" w:eastAsia="Times New Roman" w:hAnsi="Times New Roman" w:cs="Times New Roman"/>
          <w:color w:val="000000"/>
          <w:sz w:val="24"/>
          <w:lang w:val="ru-RU"/>
        </w:rPr>
        <w:t xml:space="preserve"> Повесть «Ночь перед Рождеством» из сборника«Вечера на хуторе близ Диканьки».</w:t>
      </w:r>
    </w:p>
    <w:p w:rsidR="008B3471" w:rsidRPr="008273AB" w:rsidRDefault="001C478F">
      <w:pPr>
        <w:autoSpaceDE w:val="0"/>
        <w:autoSpaceDN w:val="0"/>
        <w:spacing w:before="406" w:after="0" w:line="262" w:lineRule="auto"/>
        <w:ind w:right="619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второй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И. С. Тургенев.</w:t>
      </w:r>
      <w:r w:rsidRPr="008273AB">
        <w:rPr>
          <w:rFonts w:ascii="Times New Roman" w:eastAsia="Times New Roman" w:hAnsi="Times New Roman" w:cs="Times New Roman"/>
          <w:color w:val="000000"/>
          <w:sz w:val="24"/>
          <w:lang w:val="ru-RU"/>
        </w:rPr>
        <w:t xml:space="preserve"> Рассказ «Муму».</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Н. А. Некрасов.</w:t>
      </w:r>
      <w:r w:rsidRPr="008273AB">
        <w:rPr>
          <w:rFonts w:ascii="Times New Roman" w:eastAsia="Times New Roman" w:hAnsi="Times New Roman" w:cs="Times New Roman"/>
          <w:color w:val="000000"/>
          <w:sz w:val="24"/>
          <w:lang w:val="ru-RU"/>
        </w:rPr>
        <w:t xml:space="preserve"> Стихотворения (не менее двух). «Крестьянские дети». «Школьник». Поэма «Мороз, Красный нос» (фрагмент).</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Л. Н. Толстой.</w:t>
      </w:r>
      <w:r w:rsidRPr="008273AB">
        <w:rPr>
          <w:rFonts w:ascii="Times New Roman" w:eastAsia="Times New Roman" w:hAnsi="Times New Roman" w:cs="Times New Roman"/>
          <w:color w:val="000000"/>
          <w:sz w:val="24"/>
          <w:lang w:val="ru-RU"/>
        </w:rPr>
        <w:t xml:space="preserve"> Рассказ «Кавказский пленник».</w:t>
      </w:r>
    </w:p>
    <w:p w:rsidR="008B3471" w:rsidRPr="008273AB" w:rsidRDefault="001C478F">
      <w:pPr>
        <w:autoSpaceDE w:val="0"/>
        <w:autoSpaceDN w:val="0"/>
        <w:spacing w:before="406" w:after="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—ХХ веков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Стихотворения отечественных поэтов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—ХХ веков о родной природе и о связи человека с Родиной </w:t>
      </w:r>
      <w:r w:rsidRPr="008273AB">
        <w:rPr>
          <w:rFonts w:ascii="Times New Roman" w:eastAsia="Times New Roman" w:hAnsi="Times New Roman" w:cs="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8B3471" w:rsidRPr="008273AB" w:rsidRDefault="001C478F">
      <w:pPr>
        <w:autoSpaceDE w:val="0"/>
        <w:autoSpaceDN w:val="0"/>
        <w:spacing w:before="70" w:after="0" w:line="274"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Юмористические рассказы отечественных писателей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веков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А. П. Чехов </w:t>
      </w:r>
      <w:r w:rsidRPr="008273AB">
        <w:rPr>
          <w:rFonts w:ascii="Times New Roman" w:eastAsia="Times New Roman" w:hAnsi="Times New Roman" w:cs="Times New Roman"/>
          <w:color w:val="000000"/>
          <w:sz w:val="24"/>
          <w:lang w:val="ru-RU"/>
        </w:rPr>
        <w:t xml:space="preserve">(два рассказа по выбору). Например, «Лошадиная фамилия», «Мальчики», «Хирургия» и др. </w:t>
      </w:r>
    </w:p>
    <w:p w:rsidR="008B3471" w:rsidRPr="008273AB" w:rsidRDefault="001C478F">
      <w:pPr>
        <w:autoSpaceDE w:val="0"/>
        <w:autoSpaceDN w:val="0"/>
        <w:spacing w:before="70" w:after="0" w:line="262" w:lineRule="auto"/>
        <w:ind w:right="100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М. М. Зощенко </w:t>
      </w:r>
      <w:r w:rsidRPr="008273AB">
        <w:rPr>
          <w:rFonts w:ascii="Times New Roman" w:eastAsia="Times New Roman" w:hAnsi="Times New Roman" w:cs="Times New Roman"/>
          <w:color w:val="000000"/>
          <w:sz w:val="24"/>
          <w:lang w:val="ru-RU"/>
        </w:rPr>
        <w:t>(два рассказа по выбору). Например, «Галоша», «Лёля  и  Минька»,  «Ёлка», «Золотые  слова»,  «Встреча» и др.</w:t>
      </w:r>
    </w:p>
    <w:p w:rsidR="008B3471" w:rsidRPr="008273AB" w:rsidRDefault="001C478F">
      <w:pPr>
        <w:autoSpaceDE w:val="0"/>
        <w:autoSpaceDN w:val="0"/>
        <w:spacing w:before="70" w:after="0" w:line="262"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отечественной литературы о природе и животных</w:t>
      </w:r>
      <w:r w:rsidRPr="008273AB">
        <w:rPr>
          <w:rFonts w:ascii="Times New Roman" w:eastAsia="Times New Roman" w:hAnsi="Times New Roman" w:cs="Times New Roman"/>
          <w:color w:val="000000"/>
          <w:sz w:val="24"/>
          <w:lang w:val="ru-RU"/>
        </w:rPr>
        <w:t xml:space="preserve"> (не менее двух). Например, А. И. Куприна, М. М. Пришвина, К. Г. Паустовского.</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П. Платонов.</w:t>
      </w:r>
      <w:r w:rsidRPr="008273AB">
        <w:rPr>
          <w:rFonts w:ascii="Times New Roman" w:eastAsia="Times New Roman" w:hAnsi="Times New Roman" w:cs="Times New Roman"/>
          <w:color w:val="000000"/>
          <w:sz w:val="24"/>
          <w:lang w:val="ru-RU"/>
        </w:rPr>
        <w:t xml:space="preserve"> Рассказы (один по выбору). Например, «Корова», «Никита»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В. П. Астафьев.</w:t>
      </w:r>
      <w:r w:rsidRPr="008273AB">
        <w:rPr>
          <w:rFonts w:ascii="Times New Roman" w:eastAsia="Times New Roman" w:hAnsi="Times New Roman" w:cs="Times New Roman"/>
          <w:color w:val="000000"/>
          <w:sz w:val="24"/>
          <w:lang w:val="ru-RU"/>
        </w:rPr>
        <w:t xml:space="preserve"> Рассказ «Васюткино озеро».</w:t>
      </w:r>
    </w:p>
    <w:p w:rsidR="008B3471" w:rsidRPr="008273AB" w:rsidRDefault="001C478F">
      <w:pPr>
        <w:autoSpaceDE w:val="0"/>
        <w:autoSpaceDN w:val="0"/>
        <w:spacing w:before="406" w:after="0" w:line="262"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веков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Произведения отечественной прозы на тему «Человек на войне»</w:t>
      </w:r>
      <w:r w:rsidRPr="008273AB">
        <w:rPr>
          <w:rFonts w:ascii="Times New Roman" w:eastAsia="Times New Roman" w:hAnsi="Times New Roman" w:cs="Times New Roman"/>
          <w:color w:val="000000"/>
          <w:sz w:val="24"/>
          <w:lang w:val="ru-RU"/>
        </w:rPr>
        <w:t xml:space="preserve"> (не менее двух). Например, Л. А.</w:t>
      </w:r>
    </w:p>
    <w:p w:rsidR="008B3471" w:rsidRPr="008273AB" w:rsidRDefault="001C478F">
      <w:pPr>
        <w:autoSpaceDE w:val="0"/>
        <w:autoSpaceDN w:val="0"/>
        <w:spacing w:before="70" w:after="0" w:line="262" w:lineRule="auto"/>
        <w:ind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Кассиль. «Дорогие мои мальчишки»; Ю. Я. Яковлев. «Девочки с  Васильевского  острова»; В. П. Катаев. «Сын полка»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Произведения отечественных писателей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веков на тему детства</w:t>
      </w:r>
      <w:r w:rsidRPr="008273AB">
        <w:rPr>
          <w:rFonts w:ascii="Times New Roman" w:eastAsia="Times New Roman" w:hAnsi="Times New Roman" w:cs="Times New Roman"/>
          <w:color w:val="000000"/>
          <w:sz w:val="24"/>
          <w:lang w:val="ru-RU"/>
        </w:rPr>
        <w:t xml:space="preserve"> (не менее двух).</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Например, произведения В. Г. Короленко, В. П. Катаева, В. П. Крапивина, Ю. П. Казакова, А. Г.</w:t>
      </w:r>
    </w:p>
    <w:p w:rsidR="008B3471" w:rsidRPr="008273AB" w:rsidRDefault="008B3471">
      <w:pPr>
        <w:rPr>
          <w:rFonts w:ascii="Times New Roman" w:hAnsi="Times New Roman" w:cs="Times New Roman"/>
          <w:lang w:val="ru-RU"/>
        </w:rPr>
        <w:sectPr w:rsidR="008B3471" w:rsidRPr="008273AB">
          <w:pgSz w:w="11900" w:h="16840"/>
          <w:pgMar w:top="298" w:right="650" w:bottom="410" w:left="666" w:header="720" w:footer="720" w:gutter="0"/>
          <w:cols w:space="720" w:equalWidth="0">
            <w:col w:w="1058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62"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Алексина, В. П. Астафьева, В. К. Железникова, Ю. Я. Яковлева, Ю. И. Коваля, А. А. Гиваргизова, М. С. Аромштам, Н. Ю. Абгарян.</w:t>
      </w:r>
    </w:p>
    <w:p w:rsidR="008B3471" w:rsidRPr="008273AB" w:rsidRDefault="001C478F">
      <w:pPr>
        <w:autoSpaceDE w:val="0"/>
        <w:autoSpaceDN w:val="0"/>
        <w:spacing w:before="70" w:after="0" w:line="271"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приключенческого жанра отечественных писателей</w:t>
      </w:r>
      <w:r w:rsidRPr="008273AB">
        <w:rPr>
          <w:rFonts w:ascii="Times New Roman" w:eastAsia="Times New Roman" w:hAnsi="Times New Roman" w:cs="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8B3471" w:rsidRPr="008273AB" w:rsidRDefault="001C478F">
      <w:pPr>
        <w:autoSpaceDE w:val="0"/>
        <w:autoSpaceDN w:val="0"/>
        <w:spacing w:before="406" w:after="0" w:line="262" w:lineRule="auto"/>
        <w:ind w:right="417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народов Российской Федерации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Стихотворения </w:t>
      </w:r>
      <w:r w:rsidRPr="008273AB">
        <w:rPr>
          <w:rFonts w:ascii="Times New Roman" w:eastAsia="Times New Roman" w:hAnsi="Times New Roman" w:cs="Times New Roman"/>
          <w:color w:val="000000"/>
          <w:sz w:val="24"/>
          <w:lang w:val="ru-RU"/>
        </w:rPr>
        <w:t>(одно по выбору). Например, Р. Г. Гамзатов.</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«Песня соловья»; М. Карим. «Эту песню мать мне пела».</w:t>
      </w:r>
    </w:p>
    <w:p w:rsidR="008B3471" w:rsidRPr="008273AB" w:rsidRDefault="001C478F">
      <w:pPr>
        <w:autoSpaceDE w:val="0"/>
        <w:autoSpaceDN w:val="0"/>
        <w:spacing w:before="408" w:after="0" w:line="262" w:lineRule="auto"/>
        <w:ind w:right="100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Х. К. Андерсен. </w:t>
      </w:r>
      <w:r w:rsidRPr="008273AB">
        <w:rPr>
          <w:rFonts w:ascii="Times New Roman" w:eastAsia="Times New Roman" w:hAnsi="Times New Roman" w:cs="Times New Roman"/>
          <w:color w:val="000000"/>
          <w:sz w:val="24"/>
          <w:lang w:val="ru-RU"/>
        </w:rPr>
        <w:t>Сказки (одна по выбору). Например, «Снежная королева», «Соловей» и др.</w:t>
      </w:r>
    </w:p>
    <w:p w:rsidR="008B3471" w:rsidRPr="008273AB" w:rsidRDefault="001C478F">
      <w:pPr>
        <w:autoSpaceDE w:val="0"/>
        <w:autoSpaceDN w:val="0"/>
        <w:spacing w:before="70" w:after="0" w:line="262"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Зарубежная сказочная проза</w:t>
      </w:r>
      <w:r w:rsidRPr="008273AB">
        <w:rPr>
          <w:rFonts w:ascii="Times New Roman" w:eastAsia="Times New Roman" w:hAnsi="Times New Roman" w:cs="Times New Roman"/>
          <w:color w:val="000000"/>
          <w:sz w:val="24"/>
          <w:lang w:val="ru-RU"/>
        </w:rPr>
        <w:t xml:space="preserve"> (одно произведение по выбору). Например, Л. Кэрролл. «Алиса в Стране Чудес» (главы по выбору), Дж. Р. Р. Толкин. «Хоббит, или Туда и обратно» (главы по выбору).</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проза о детях и подростках </w:t>
      </w:r>
      <w:r w:rsidRPr="008273AB">
        <w:rPr>
          <w:rFonts w:ascii="Times New Roman" w:eastAsia="Times New Roman" w:hAnsi="Times New Roman" w:cs="Times New Roman"/>
          <w:color w:val="000000"/>
          <w:sz w:val="24"/>
          <w:lang w:val="ru-RU"/>
        </w:rPr>
        <w:t xml:space="preserve">(два произведения по выбору).   Например,   М.   Твен. </w:t>
      </w:r>
    </w:p>
    <w:p w:rsidR="008B3471" w:rsidRPr="008273AB" w:rsidRDefault="001C478F">
      <w:pPr>
        <w:autoSpaceDE w:val="0"/>
        <w:autoSpaceDN w:val="0"/>
        <w:spacing w:before="70" w:after="0"/>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«Приключения   Тома   Сойера»</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(главы по выбору); Дж. Лондон. «Сказание о Кише»; Р. Брэдбери. Рассказы. Например, «Каникулы»,«Звук бегущих ног»,</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«Зелёное утро»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приключенческая проза </w:t>
      </w:r>
      <w:r w:rsidRPr="008273AB">
        <w:rPr>
          <w:rFonts w:ascii="Times New Roman" w:eastAsia="Times New Roman" w:hAnsi="Times New Roman" w:cs="Times New Roman"/>
          <w:color w:val="000000"/>
          <w:sz w:val="24"/>
          <w:lang w:val="ru-RU"/>
        </w:rPr>
        <w:t>(два произведения по выбору).</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Например, Р. Л. Стивенсон. «Остров сокровищ», «Чёрная стрела»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проза о животных </w:t>
      </w:r>
      <w:r w:rsidRPr="008273AB">
        <w:rPr>
          <w:rFonts w:ascii="Times New Roman" w:eastAsia="Times New Roman" w:hAnsi="Times New Roman" w:cs="Times New Roman"/>
          <w:color w:val="000000"/>
          <w:sz w:val="24"/>
          <w:lang w:val="ru-RU"/>
        </w:rPr>
        <w:t>(одно-два произведения по выбору).</w:t>
      </w:r>
    </w:p>
    <w:p w:rsidR="008B3471" w:rsidRPr="008273AB" w:rsidRDefault="001C478F">
      <w:pPr>
        <w:autoSpaceDE w:val="0"/>
        <w:autoSpaceDN w:val="0"/>
        <w:spacing w:before="70" w:after="0" w:line="262" w:lineRule="auto"/>
        <w:ind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Э. Сетон-Томпсон. «Королевская аналостанка»; Дж. Даррелл. «Говорящий свёрток»; Дж. Лондон. «Белый  клык»; Дж. Р. Киплинг. «Маугли», «Рикки-Тикки-Тави» и др.</w:t>
      </w:r>
    </w:p>
    <w:p w:rsidR="008B3471" w:rsidRPr="008273AB" w:rsidRDefault="001C478F">
      <w:pPr>
        <w:autoSpaceDE w:val="0"/>
        <w:autoSpaceDN w:val="0"/>
        <w:spacing w:before="598"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6 КЛАСС</w:t>
      </w:r>
    </w:p>
    <w:p w:rsidR="008B3471" w:rsidRPr="008273AB" w:rsidRDefault="001C478F">
      <w:pPr>
        <w:autoSpaceDE w:val="0"/>
        <w:autoSpaceDN w:val="0"/>
        <w:spacing w:before="166" w:after="0" w:line="262" w:lineRule="auto"/>
        <w:ind w:right="532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Античная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Гомер.</w:t>
      </w:r>
      <w:r w:rsidRPr="008273AB">
        <w:rPr>
          <w:rFonts w:ascii="Times New Roman" w:eastAsia="Times New Roman" w:hAnsi="Times New Roman" w:cs="Times New Roman"/>
          <w:color w:val="000000"/>
          <w:sz w:val="24"/>
          <w:lang w:val="ru-RU"/>
        </w:rPr>
        <w:t xml:space="preserve"> Поэмы. «Илиада», «Одиссея» (фрагменты).</w:t>
      </w:r>
    </w:p>
    <w:p w:rsidR="008B3471" w:rsidRPr="008273AB" w:rsidRDefault="001C478F">
      <w:pPr>
        <w:autoSpaceDE w:val="0"/>
        <w:autoSpaceDN w:val="0"/>
        <w:spacing w:before="406" w:after="0" w:line="278"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Фольклор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Русские былины (не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Например,«Песнь о Роланде» (фрагменты). «Песнь о Нибелунгах» (фрагменты), баллада «Аника-воин» и др.</w:t>
      </w:r>
    </w:p>
    <w:p w:rsidR="008B3471" w:rsidRPr="008273AB" w:rsidRDefault="001C478F">
      <w:pPr>
        <w:autoSpaceDE w:val="0"/>
        <w:autoSpaceDN w:val="0"/>
        <w:spacing w:before="406" w:after="0" w:line="271" w:lineRule="auto"/>
        <w:ind w:right="576"/>
        <w:rPr>
          <w:rFonts w:ascii="Times New Roman" w:hAnsi="Times New Roman" w:cs="Times New Roman"/>
          <w:lang w:val="ru-RU"/>
        </w:rPr>
      </w:pPr>
      <w:r w:rsidRPr="008273AB">
        <w:rPr>
          <w:rFonts w:ascii="Times New Roman" w:eastAsia="Times New Roman" w:hAnsi="Times New Roman" w:cs="Times New Roman"/>
          <w:b/>
          <w:color w:val="000000"/>
          <w:sz w:val="24"/>
          <w:lang w:val="ru-RU"/>
        </w:rPr>
        <w:t>Древнерусская литература</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«Повесть временных лет»</w:t>
      </w:r>
      <w:r w:rsidRPr="008273AB">
        <w:rPr>
          <w:rFonts w:ascii="Times New Roman" w:eastAsia="Times New Roman" w:hAnsi="Times New Roman" w:cs="Times New Roman"/>
          <w:color w:val="000000"/>
          <w:sz w:val="24"/>
          <w:lang w:val="ru-RU"/>
        </w:rPr>
        <w:t xml:space="preserve"> (не менее одного фрагмента). Например, «Сказание о белгородском киселе», «Сказание о походе князя Олега на Царьград», «Предание о смерти князя Олега».</w:t>
      </w:r>
    </w:p>
    <w:p w:rsidR="008B3471" w:rsidRPr="008273AB" w:rsidRDefault="001C478F">
      <w:pPr>
        <w:autoSpaceDE w:val="0"/>
        <w:autoSpaceDN w:val="0"/>
        <w:spacing w:before="406" w:after="0" w:line="271"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А. С. Пушкин.</w:t>
      </w:r>
      <w:r w:rsidRPr="008273AB">
        <w:rPr>
          <w:rFonts w:ascii="Times New Roman" w:eastAsia="Times New Roman" w:hAnsi="Times New Roman" w:cs="Times New Roman"/>
          <w:color w:val="000000"/>
          <w:sz w:val="24"/>
          <w:lang w:val="ru-RU"/>
        </w:rPr>
        <w:t xml:space="preserve"> Стихотворения (не менее трёх). «Песнь о вещем Олеге», «Зимняя дорога», «Узник»,«Туча» и др. Роман «Дубровский».</w:t>
      </w:r>
    </w:p>
    <w:p w:rsidR="008B3471" w:rsidRPr="008273AB" w:rsidRDefault="001C478F">
      <w:pPr>
        <w:autoSpaceDE w:val="0"/>
        <w:autoSpaceDN w:val="0"/>
        <w:spacing w:before="70" w:after="0" w:line="262" w:lineRule="auto"/>
        <w:ind w:right="1152"/>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Ю. Лермонтов.</w:t>
      </w:r>
      <w:r w:rsidRPr="008273AB">
        <w:rPr>
          <w:rFonts w:ascii="Times New Roman" w:eastAsia="Times New Roman" w:hAnsi="Times New Roman" w:cs="Times New Roman"/>
          <w:color w:val="000000"/>
          <w:sz w:val="24"/>
          <w:lang w:val="ru-RU"/>
        </w:rPr>
        <w:t xml:space="preserve"> Стихотворения (не менее трёх). «Три пальмы», «Листок», «Утёс» и др. </w:t>
      </w:r>
      <w:r w:rsidRPr="008273AB">
        <w:rPr>
          <w:rFonts w:ascii="Times New Roman" w:eastAsia="Times New Roman" w:hAnsi="Times New Roman" w:cs="Times New Roman"/>
          <w:b/>
          <w:color w:val="000000"/>
          <w:sz w:val="24"/>
          <w:lang w:val="ru-RU"/>
        </w:rPr>
        <w:t>А. В. Кольцов.</w:t>
      </w:r>
      <w:r w:rsidRPr="008273AB">
        <w:rPr>
          <w:rFonts w:ascii="Times New Roman" w:eastAsia="Times New Roman" w:hAnsi="Times New Roman" w:cs="Times New Roman"/>
          <w:color w:val="000000"/>
          <w:sz w:val="24"/>
          <w:lang w:val="ru-RU"/>
        </w:rPr>
        <w:t xml:space="preserve"> Стихотворения (не менее двух). Например, «Косарь», «Соловей» и др.</w:t>
      </w:r>
    </w:p>
    <w:p w:rsidR="008B3471" w:rsidRPr="008273AB" w:rsidRDefault="001C478F">
      <w:pPr>
        <w:autoSpaceDE w:val="0"/>
        <w:autoSpaceDN w:val="0"/>
        <w:spacing w:before="406" w:after="0" w:line="262"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lastRenderedPageBreak/>
        <w:t xml:space="preserve">Литература второй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Ф. И. Тютчев. </w:t>
      </w:r>
      <w:r w:rsidRPr="008273AB">
        <w:rPr>
          <w:rFonts w:ascii="Times New Roman" w:eastAsia="Times New Roman" w:hAnsi="Times New Roman" w:cs="Times New Roman"/>
          <w:color w:val="000000"/>
          <w:sz w:val="24"/>
          <w:lang w:val="ru-RU"/>
        </w:rPr>
        <w:t>Стихотворения (не менее двух). «Есть в осени первоначальной…», «С поляны коршун</w:t>
      </w:r>
    </w:p>
    <w:p w:rsidR="008B3471" w:rsidRPr="008273AB" w:rsidRDefault="008B3471">
      <w:pPr>
        <w:rPr>
          <w:rFonts w:ascii="Times New Roman" w:hAnsi="Times New Roman" w:cs="Times New Roman"/>
          <w:lang w:val="ru-RU"/>
        </w:rPr>
        <w:sectPr w:rsidR="008B3471" w:rsidRPr="008273AB">
          <w:pgSz w:w="11900" w:h="16840"/>
          <w:pgMar w:top="286" w:right="658" w:bottom="296" w:left="666" w:header="720" w:footer="720" w:gutter="0"/>
          <w:cols w:space="720" w:equalWidth="0">
            <w:col w:w="10576" w:space="0"/>
          </w:cols>
          <w:docGrid w:linePitch="360"/>
        </w:sectPr>
      </w:pPr>
    </w:p>
    <w:p w:rsidR="008B3471" w:rsidRPr="008273AB" w:rsidRDefault="008B3471">
      <w:pPr>
        <w:autoSpaceDE w:val="0"/>
        <w:autoSpaceDN w:val="0"/>
        <w:spacing w:after="90" w:line="220" w:lineRule="exact"/>
        <w:rPr>
          <w:rFonts w:ascii="Times New Roman" w:hAnsi="Times New Roman" w:cs="Times New Roman"/>
          <w:lang w:val="ru-RU"/>
        </w:rPr>
      </w:pPr>
    </w:p>
    <w:p w:rsidR="008B3471" w:rsidRPr="008273AB" w:rsidRDefault="001C478F">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поднялся…».</w:t>
      </w:r>
    </w:p>
    <w:p w:rsidR="008B3471" w:rsidRPr="008273AB" w:rsidRDefault="001C478F">
      <w:pPr>
        <w:autoSpaceDE w:val="0"/>
        <w:autoSpaceDN w:val="0"/>
        <w:spacing w:before="70" w:after="0" w:line="262"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А. Фет.</w:t>
      </w:r>
      <w:r w:rsidRPr="008273AB">
        <w:rPr>
          <w:rFonts w:ascii="Times New Roman" w:eastAsia="Times New Roman" w:hAnsi="Times New Roman" w:cs="Times New Roman"/>
          <w:color w:val="000000"/>
          <w:sz w:val="24"/>
          <w:lang w:val="ru-RU"/>
        </w:rPr>
        <w:t xml:space="preserve"> Стихотворения (не менее двух). «Учись у них — у дуба, у берёзы…», «Я пришёл к тебе с приветом…».</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И. С. Тургенев.</w:t>
      </w:r>
      <w:r w:rsidRPr="008273AB">
        <w:rPr>
          <w:rFonts w:ascii="Times New Roman" w:eastAsia="Times New Roman" w:hAnsi="Times New Roman" w:cs="Times New Roman"/>
          <w:color w:val="000000"/>
          <w:sz w:val="24"/>
          <w:lang w:val="ru-RU"/>
        </w:rPr>
        <w:t xml:space="preserve"> Рассказ «Бежин луг».</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Н. С. Лесков.</w:t>
      </w:r>
      <w:r w:rsidRPr="008273AB">
        <w:rPr>
          <w:rFonts w:ascii="Times New Roman" w:eastAsia="Times New Roman" w:hAnsi="Times New Roman" w:cs="Times New Roman"/>
          <w:color w:val="000000"/>
          <w:sz w:val="24"/>
          <w:lang w:val="ru-RU"/>
        </w:rPr>
        <w:t xml:space="preserve"> Сказ «Левша».</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Л. Н. Толстой.</w:t>
      </w:r>
      <w:r w:rsidRPr="008273AB">
        <w:rPr>
          <w:rFonts w:ascii="Times New Roman" w:eastAsia="Times New Roman" w:hAnsi="Times New Roman" w:cs="Times New Roman"/>
          <w:color w:val="000000"/>
          <w:sz w:val="24"/>
          <w:lang w:val="ru-RU"/>
        </w:rPr>
        <w:t xml:space="preserve"> Повесть «Детство» (главы).</w:t>
      </w:r>
    </w:p>
    <w:p w:rsidR="008B3471" w:rsidRPr="008273AB" w:rsidRDefault="001C478F">
      <w:pPr>
        <w:autoSpaceDE w:val="0"/>
        <w:autoSpaceDN w:val="0"/>
        <w:spacing w:before="70" w:after="0" w:line="262"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А. П. Чехов. </w:t>
      </w:r>
      <w:r w:rsidRPr="008273AB">
        <w:rPr>
          <w:rFonts w:ascii="Times New Roman" w:eastAsia="Times New Roman" w:hAnsi="Times New Roman" w:cs="Times New Roman"/>
          <w:color w:val="000000"/>
          <w:sz w:val="24"/>
          <w:lang w:val="ru-RU"/>
        </w:rPr>
        <w:t>Рассказы (три по выбору). Например, «Толстый и тонкий», «Хамелеон», «Смерть чиновника»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А. И. Куприн. </w:t>
      </w:r>
      <w:r w:rsidRPr="008273AB">
        <w:rPr>
          <w:rFonts w:ascii="Times New Roman" w:eastAsia="Times New Roman" w:hAnsi="Times New Roman" w:cs="Times New Roman"/>
          <w:color w:val="000000"/>
          <w:sz w:val="24"/>
          <w:lang w:val="ru-RU"/>
        </w:rPr>
        <w:t>Рассказ «Чудесный доктор».</w:t>
      </w:r>
    </w:p>
    <w:p w:rsidR="008B3471" w:rsidRPr="008273AB" w:rsidRDefault="001C478F">
      <w:pPr>
        <w:autoSpaceDE w:val="0"/>
        <w:autoSpaceDN w:val="0"/>
        <w:spacing w:before="408" w:after="0" w:line="27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Стихотворения отечественных поэтов начала ХХ века </w:t>
      </w:r>
      <w:r w:rsidRPr="008273AB">
        <w:rPr>
          <w:rFonts w:ascii="Times New Roman" w:eastAsia="Times New Roman" w:hAnsi="Times New Roman" w:cs="Times New Roman"/>
          <w:color w:val="000000"/>
          <w:sz w:val="24"/>
          <w:lang w:val="ru-RU"/>
        </w:rPr>
        <w:t>(не менее двух). Например, стихотворения С. А. Есенина, В. В. Маяковского, А. А. Блока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Стихотворения отечественных поэтов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eastAsia="Times New Roman" w:hAnsi="Times New Roman" w:cs="Times New Roman"/>
          <w:color w:val="000000"/>
          <w:sz w:val="24"/>
          <w:lang w:val="ru-RU"/>
        </w:rPr>
        <w:t>(не менее четырёх стихотворений двух поэтов).</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Например, стихотворения О. Ф. Берггольц, В. С. Высоцкого, Е. А. Евтушенко, А. С. Кушнера, Ю. Д. Левитанского, Ю. П. Мориц, Б. Ш. Окуджавы, Д. С. Самойлова.</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Проза отечественных писателей конца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 начала </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века, в том числе о Великой Отечественной войне</w:t>
      </w:r>
      <w:r w:rsidRPr="008273AB">
        <w:rPr>
          <w:rFonts w:ascii="Times New Roman" w:eastAsia="Times New Roman" w:hAnsi="Times New Roman" w:cs="Times New Roman"/>
          <w:color w:val="000000"/>
          <w:sz w:val="24"/>
          <w:lang w:val="ru-RU"/>
        </w:rPr>
        <w:t xml:space="preserve"> (два произведения по выбору). Например, Б. Л. Васильев. «Экспонат №...»; Б.</w:t>
      </w:r>
    </w:p>
    <w:p w:rsidR="008B3471" w:rsidRPr="008273AB" w:rsidRDefault="001C478F">
      <w:pPr>
        <w:autoSpaceDE w:val="0"/>
        <w:autoSpaceDN w:val="0"/>
        <w:spacing w:before="70" w:after="0" w:line="262" w:lineRule="auto"/>
        <w:ind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П. Екимов. «Ночь исцеления», А. В. Жвалевский и Е. Б. Пастернак. «Правдивая история Деда Мороза» (глава «Очень страшный 1942 Новый год»)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В. Г. Распутин. </w:t>
      </w:r>
      <w:r w:rsidRPr="008273AB">
        <w:rPr>
          <w:rFonts w:ascii="Times New Roman" w:eastAsia="Times New Roman" w:hAnsi="Times New Roman" w:cs="Times New Roman"/>
          <w:color w:val="000000"/>
          <w:sz w:val="24"/>
          <w:lang w:val="ru-RU"/>
        </w:rPr>
        <w:t>Рассказ «Уроки французского».</w:t>
      </w:r>
    </w:p>
    <w:p w:rsidR="008B3471" w:rsidRPr="008273AB" w:rsidRDefault="001C478F">
      <w:pPr>
        <w:autoSpaceDE w:val="0"/>
        <w:autoSpaceDN w:val="0"/>
        <w:spacing w:before="70" w:after="0" w:line="271"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Произведения отечественных писателей на тему взросления человека </w:t>
      </w:r>
      <w:r w:rsidRPr="008273AB">
        <w:rPr>
          <w:rFonts w:ascii="Times New Roman" w:eastAsia="Times New Roman" w:hAnsi="Times New Roman" w:cs="Times New Roman"/>
          <w:color w:val="000000"/>
          <w:sz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8B3471" w:rsidRPr="008273AB" w:rsidRDefault="001C478F">
      <w:pPr>
        <w:autoSpaceDE w:val="0"/>
        <w:autoSpaceDN w:val="0"/>
        <w:spacing w:before="70" w:after="0" w:line="230" w:lineRule="auto"/>
        <w:jc w:val="center"/>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современных отечественных писателей-фантастов</w:t>
      </w:r>
      <w:r w:rsidRPr="008273AB">
        <w:rPr>
          <w:rFonts w:ascii="Times New Roman" w:eastAsia="Times New Roman" w:hAnsi="Times New Roman" w:cs="Times New Roman"/>
          <w:color w:val="000000"/>
          <w:sz w:val="24"/>
          <w:lang w:val="ru-RU"/>
        </w:rPr>
        <w:t xml:space="preserve"> (не менее двух). Например, А. В.</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Жвалевский и Е. Б. Пастернак. «Время всегда хорошее»; С. В. Лукьяненко. «Мальчик и Тьма»; В. В. Ледерман. «Календарь ма(й)я» и др.</w:t>
      </w:r>
    </w:p>
    <w:p w:rsidR="008B3471" w:rsidRPr="008273AB" w:rsidRDefault="001C478F">
      <w:pPr>
        <w:autoSpaceDE w:val="0"/>
        <w:autoSpaceDN w:val="0"/>
        <w:spacing w:before="406" w:after="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народов Российской Федерации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Стихотворения</w:t>
      </w:r>
      <w:r w:rsidRPr="008273AB">
        <w:rPr>
          <w:rFonts w:ascii="Times New Roman" w:eastAsia="Times New Roman" w:hAnsi="Times New Roman" w:cs="Times New Roman"/>
          <w:color w:val="000000"/>
          <w:sz w:val="24"/>
          <w:lang w:val="ru-RU"/>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8B3471" w:rsidRPr="008273AB" w:rsidRDefault="001C478F">
      <w:pPr>
        <w:autoSpaceDE w:val="0"/>
        <w:autoSpaceDN w:val="0"/>
        <w:spacing w:before="408" w:after="0" w:line="262" w:lineRule="auto"/>
        <w:ind w:right="561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Д. Дефо. </w:t>
      </w:r>
      <w:r w:rsidRPr="008273AB">
        <w:rPr>
          <w:rFonts w:ascii="Times New Roman" w:eastAsia="Times New Roman" w:hAnsi="Times New Roman" w:cs="Times New Roman"/>
          <w:color w:val="000000"/>
          <w:sz w:val="24"/>
          <w:lang w:val="ru-RU"/>
        </w:rPr>
        <w:t>«Робинзон Крузо» (главы по выбору).</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Дж. Свифт. </w:t>
      </w:r>
      <w:r w:rsidRPr="008273AB">
        <w:rPr>
          <w:rFonts w:ascii="Times New Roman" w:eastAsia="Times New Roman" w:hAnsi="Times New Roman" w:cs="Times New Roman"/>
          <w:color w:val="000000"/>
          <w:sz w:val="24"/>
          <w:lang w:val="ru-RU"/>
        </w:rPr>
        <w:t>«Путешествия Гулливера» (главы по выбору).</w:t>
      </w:r>
    </w:p>
    <w:p w:rsidR="008B3471" w:rsidRPr="008273AB" w:rsidRDefault="001C478F">
      <w:pPr>
        <w:autoSpaceDE w:val="0"/>
        <w:autoSpaceDN w:val="0"/>
        <w:spacing w:before="70" w:after="0" w:line="271"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зарубежных писателей на тему взросления человека</w:t>
      </w:r>
      <w:r w:rsidRPr="008273AB">
        <w:rPr>
          <w:rFonts w:ascii="Times New Roman" w:eastAsia="Times New Roman" w:hAnsi="Times New Roman" w:cs="Times New Roman"/>
          <w:color w:val="000000"/>
          <w:sz w:val="24"/>
          <w:lang w:val="ru-RU"/>
        </w:rPr>
        <w:t xml:space="preserve"> (не менее двух). Например, Ж. Верн. «Дети капитана Гранта» (главы по выбору). Х. Ли. «Убить пересмешника» (главы по выбору) и др.</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современных зарубежных писателей-фантастов</w:t>
      </w:r>
      <w:r w:rsidRPr="008273AB">
        <w:rPr>
          <w:rFonts w:ascii="Times New Roman" w:eastAsia="Times New Roman" w:hAnsi="Times New Roman" w:cs="Times New Roman"/>
          <w:color w:val="000000"/>
          <w:sz w:val="24"/>
          <w:lang w:val="ru-RU"/>
        </w:rPr>
        <w:t xml:space="preserve"> (не менее двух). Например, Дж. К. Роулинг. «Гарри Поттер» (главы по выбору), Д. У. Джонс. «Дом с характером» и др.</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7 КЛАСС</w:t>
      </w:r>
    </w:p>
    <w:p w:rsidR="008B3471" w:rsidRPr="008273AB" w:rsidRDefault="001C478F">
      <w:pPr>
        <w:autoSpaceDE w:val="0"/>
        <w:autoSpaceDN w:val="0"/>
        <w:spacing w:before="166" w:after="0" w:line="27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Древнерусская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Древнерусские повести</w:t>
      </w:r>
      <w:r w:rsidRPr="008273AB">
        <w:rPr>
          <w:rFonts w:ascii="Times New Roman" w:eastAsia="Times New Roman" w:hAnsi="Times New Roman" w:cs="Times New Roman"/>
          <w:color w:val="000000"/>
          <w:sz w:val="24"/>
          <w:lang w:val="ru-RU"/>
        </w:rPr>
        <w:t xml:space="preserve"> (одна повесть по выбору). Например, «Поучение» Владимира Мономаха (в сокращении) и др.</w:t>
      </w:r>
    </w:p>
    <w:p w:rsidR="008B3471" w:rsidRPr="008273AB" w:rsidRDefault="008B3471">
      <w:pPr>
        <w:rPr>
          <w:rFonts w:ascii="Times New Roman" w:hAnsi="Times New Roman" w:cs="Times New Roman"/>
          <w:lang w:val="ru-RU"/>
        </w:rPr>
        <w:sectPr w:rsidR="008B3471" w:rsidRPr="008273AB">
          <w:pgSz w:w="11900" w:h="16840"/>
          <w:pgMar w:top="310" w:right="634" w:bottom="438" w:left="666" w:header="720" w:footer="720" w:gutter="0"/>
          <w:cols w:space="720" w:equalWidth="0">
            <w:col w:w="10600" w:space="0"/>
          </w:cols>
          <w:docGrid w:linePitch="360"/>
        </w:sectPr>
      </w:pPr>
    </w:p>
    <w:p w:rsidR="008B3471" w:rsidRPr="008273AB" w:rsidRDefault="008B3471">
      <w:pPr>
        <w:autoSpaceDE w:val="0"/>
        <w:autoSpaceDN w:val="0"/>
        <w:spacing w:after="234" w:line="220" w:lineRule="exact"/>
        <w:rPr>
          <w:rFonts w:ascii="Times New Roman" w:hAnsi="Times New Roman" w:cs="Times New Roman"/>
          <w:lang w:val="ru-RU"/>
        </w:rPr>
      </w:pPr>
    </w:p>
    <w:p w:rsidR="008B3471" w:rsidRPr="008273AB" w:rsidRDefault="001C478F">
      <w:pPr>
        <w:autoSpaceDE w:val="0"/>
        <w:autoSpaceDN w:val="0"/>
        <w:spacing w:after="0"/>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А. С. Пушкин. </w:t>
      </w:r>
      <w:r w:rsidRPr="008273AB">
        <w:rPr>
          <w:rFonts w:ascii="Times New Roman" w:eastAsia="Times New Roman" w:hAnsi="Times New Roman" w:cs="Times New Roman"/>
          <w:color w:val="000000"/>
          <w:sz w:val="24"/>
          <w:lang w:val="ru-RU"/>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8B3471" w:rsidRPr="008273AB" w:rsidRDefault="001C478F">
      <w:pPr>
        <w:autoSpaceDE w:val="0"/>
        <w:autoSpaceDN w:val="0"/>
        <w:spacing w:before="70" w:after="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М. Ю. Лермонтов. </w:t>
      </w:r>
      <w:r w:rsidRPr="008273AB">
        <w:rPr>
          <w:rFonts w:ascii="Times New Roman" w:eastAsia="Times New Roman" w:hAnsi="Times New Roman" w:cs="Times New Roman"/>
          <w:color w:val="000000"/>
          <w:sz w:val="24"/>
          <w:lang w:val="ru-RU"/>
        </w:rPr>
        <w:t>Стихотворения (не менее четырёх). Например, «Узник», «Парус», «Тучи»,«Желанье» («Отворите мне темницу…»), «Когда волнуется желтеющая нива…», «Ангел», «Молитва»(«В минуту жизни трудную…») и др. «Песня про царя Ивана Васильевича, молодого опричника и удалого купца Калашникова».</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Н. В. Гоголь. </w:t>
      </w:r>
      <w:r w:rsidRPr="008273AB">
        <w:rPr>
          <w:rFonts w:ascii="Times New Roman" w:eastAsia="Times New Roman" w:hAnsi="Times New Roman" w:cs="Times New Roman"/>
          <w:color w:val="000000"/>
          <w:sz w:val="24"/>
          <w:lang w:val="ru-RU"/>
        </w:rPr>
        <w:t>Повесть «Тарас Бульба».</w:t>
      </w:r>
    </w:p>
    <w:p w:rsidR="008B3471" w:rsidRPr="008273AB" w:rsidRDefault="001C478F">
      <w:pPr>
        <w:autoSpaceDE w:val="0"/>
        <w:autoSpaceDN w:val="0"/>
        <w:spacing w:before="408" w:after="0" w:line="271"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второй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И. С. Тургенев.</w:t>
      </w:r>
      <w:r w:rsidRPr="008273AB">
        <w:rPr>
          <w:rFonts w:ascii="Times New Roman" w:eastAsia="Times New Roman" w:hAnsi="Times New Roman" w:cs="Times New Roman"/>
          <w:color w:val="000000"/>
          <w:sz w:val="24"/>
          <w:lang w:val="ru-RU"/>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 Н. Толстой. </w:t>
      </w:r>
      <w:r w:rsidRPr="008273AB">
        <w:rPr>
          <w:rFonts w:ascii="Times New Roman" w:eastAsia="Times New Roman" w:hAnsi="Times New Roman" w:cs="Times New Roman"/>
          <w:color w:val="000000"/>
          <w:sz w:val="24"/>
          <w:lang w:val="ru-RU"/>
        </w:rPr>
        <w:t>Рассказ «После бала».</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Н. А. Некрасов.</w:t>
      </w:r>
      <w:r w:rsidRPr="008273AB">
        <w:rPr>
          <w:rFonts w:ascii="Times New Roman" w:eastAsia="Times New Roman" w:hAnsi="Times New Roman" w:cs="Times New Roman"/>
          <w:color w:val="000000"/>
          <w:sz w:val="24"/>
          <w:lang w:val="ru-RU"/>
        </w:rPr>
        <w:t xml:space="preserve"> Стихотворения (не менее двух). Например, «Размышления у парадного подъезда»,«Железная дорога» и др.</w:t>
      </w:r>
    </w:p>
    <w:p w:rsidR="008B3471" w:rsidRPr="008273AB" w:rsidRDefault="001C478F">
      <w:pPr>
        <w:autoSpaceDE w:val="0"/>
        <w:autoSpaceDN w:val="0"/>
        <w:spacing w:before="70" w:after="0" w:line="262" w:lineRule="auto"/>
        <w:ind w:right="43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Поэзия второй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w:t>
      </w:r>
      <w:r w:rsidRPr="008273AB">
        <w:rPr>
          <w:rFonts w:ascii="Times New Roman" w:eastAsia="Times New Roman" w:hAnsi="Times New Roman" w:cs="Times New Roman"/>
          <w:color w:val="000000"/>
          <w:sz w:val="24"/>
          <w:lang w:val="ru-RU"/>
        </w:rPr>
        <w:t xml:space="preserve"> Ф. И. Тютчев, А. А. Фет, А. К. Толстой и др. (не менее двух стихотворений по выбору).</w:t>
      </w:r>
    </w:p>
    <w:p w:rsidR="008B3471" w:rsidRPr="008273AB" w:rsidRDefault="001C478F">
      <w:pPr>
        <w:autoSpaceDE w:val="0"/>
        <w:autoSpaceDN w:val="0"/>
        <w:spacing w:before="70" w:after="0" w:line="262"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М. Е. Салтыков-Щедрин. </w:t>
      </w:r>
      <w:r w:rsidRPr="008273AB">
        <w:rPr>
          <w:rFonts w:ascii="Times New Roman" w:eastAsia="Times New Roman" w:hAnsi="Times New Roman" w:cs="Times New Roman"/>
          <w:color w:val="000000"/>
          <w:sz w:val="24"/>
          <w:lang w:val="ru-RU"/>
        </w:rPr>
        <w:t>Сказки (две по выбору). Например, «Повесть о том, как один мужик двух генералов прокормил», «Дикий помещик», «Премудрый пискарь» и др.</w:t>
      </w:r>
    </w:p>
    <w:p w:rsidR="008B3471" w:rsidRPr="008273AB" w:rsidRDefault="001C478F">
      <w:pPr>
        <w:autoSpaceDE w:val="0"/>
        <w:autoSpaceDN w:val="0"/>
        <w:spacing w:before="70" w:after="0" w:line="262"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Произведения отечественных и зарубежных писателей на историческую тем</w:t>
      </w:r>
      <w:r w:rsidRPr="008273AB">
        <w:rPr>
          <w:rFonts w:ascii="Times New Roman" w:eastAsia="Times New Roman" w:hAnsi="Times New Roman" w:cs="Times New Roman"/>
          <w:color w:val="000000"/>
          <w:sz w:val="24"/>
          <w:lang w:val="ru-RU"/>
        </w:rPr>
        <w:t>у (не менее двух). Например, А. К. Толстого, Р. Сабатини, Ф. Купера.</w:t>
      </w:r>
    </w:p>
    <w:p w:rsidR="008B3471" w:rsidRPr="008273AB" w:rsidRDefault="001C478F">
      <w:pPr>
        <w:autoSpaceDE w:val="0"/>
        <w:autoSpaceDN w:val="0"/>
        <w:spacing w:before="406" w:after="0"/>
        <w:ind w:right="57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конца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 начала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А. П. Чехов.</w:t>
      </w:r>
      <w:r w:rsidRPr="008273AB">
        <w:rPr>
          <w:rFonts w:ascii="Times New Roman" w:eastAsia="Times New Roman" w:hAnsi="Times New Roman" w:cs="Times New Roman"/>
          <w:color w:val="000000"/>
          <w:sz w:val="24"/>
          <w:lang w:val="ru-RU"/>
        </w:rPr>
        <w:t xml:space="preserve"> Рассказы (один по выбору). Например, «Тоска», «Злоумышленник» и др. </w:t>
      </w:r>
      <w:r w:rsidRPr="008273AB">
        <w:rPr>
          <w:rFonts w:ascii="Times New Roman" w:eastAsia="Times New Roman" w:hAnsi="Times New Roman" w:cs="Times New Roman"/>
          <w:b/>
          <w:color w:val="000000"/>
          <w:sz w:val="24"/>
          <w:lang w:val="ru-RU"/>
        </w:rPr>
        <w:t xml:space="preserve">М. Горький. </w:t>
      </w:r>
      <w:r w:rsidRPr="008273AB">
        <w:rPr>
          <w:rFonts w:ascii="Times New Roman" w:eastAsia="Times New Roman" w:hAnsi="Times New Roman" w:cs="Times New Roman"/>
          <w:color w:val="000000"/>
          <w:sz w:val="24"/>
          <w:lang w:val="ru-RU"/>
        </w:rPr>
        <w:t>Ранние рассказы (одно произведение по выбору). Например, «Старуха  Изергиль» (легенда  о  Данко),  «Челкаш» и др.</w:t>
      </w:r>
    </w:p>
    <w:p w:rsidR="008B3471" w:rsidRPr="008273AB" w:rsidRDefault="001C478F">
      <w:pPr>
        <w:autoSpaceDE w:val="0"/>
        <w:autoSpaceDN w:val="0"/>
        <w:spacing w:before="70" w:after="0" w:line="262"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Сатирические произведения отечественных и зарубежных писателей  </w:t>
      </w:r>
      <w:r w:rsidRPr="008273AB">
        <w:rPr>
          <w:rFonts w:ascii="Times New Roman" w:eastAsia="Times New Roman" w:hAnsi="Times New Roman" w:cs="Times New Roman"/>
          <w:color w:val="000000"/>
          <w:sz w:val="24"/>
          <w:lang w:val="ru-RU"/>
        </w:rPr>
        <w:t xml:space="preserve"> (не   менее   двух). Например,   М.   М.   Зощенко, А. Т. Аверченко, Н. Тэффи, О. Генри, Я. Гашека.</w:t>
      </w:r>
    </w:p>
    <w:p w:rsidR="008B3471" w:rsidRPr="008273AB" w:rsidRDefault="001C478F">
      <w:pPr>
        <w:autoSpaceDE w:val="0"/>
        <w:autoSpaceDN w:val="0"/>
        <w:spacing w:before="408" w:after="0" w:line="271"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А. С. Грин.</w:t>
      </w:r>
      <w:r w:rsidRPr="008273AB">
        <w:rPr>
          <w:rFonts w:ascii="Times New Roman" w:eastAsia="Times New Roman" w:hAnsi="Times New Roman" w:cs="Times New Roman"/>
          <w:color w:val="000000"/>
          <w:sz w:val="24"/>
          <w:lang w:val="ru-RU"/>
        </w:rPr>
        <w:t xml:space="preserve"> Повести и рассказы (одно произведение по выбору). Например, «Алые паруса», «Зелёная лампа» и др.</w:t>
      </w:r>
    </w:p>
    <w:p w:rsidR="008B3471" w:rsidRPr="008273AB" w:rsidRDefault="001C478F">
      <w:pPr>
        <w:autoSpaceDE w:val="0"/>
        <w:autoSpaceDN w:val="0"/>
        <w:spacing w:before="70" w:after="0" w:line="262"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Отечественная поэзия первой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w:t>
      </w:r>
      <w:r w:rsidRPr="008273AB">
        <w:rPr>
          <w:rFonts w:ascii="Times New Roman" w:eastAsia="Times New Roman" w:hAnsi="Times New Roman" w:cs="Times New Roman"/>
          <w:color w:val="000000"/>
          <w:sz w:val="24"/>
          <w:lang w:val="ru-RU"/>
        </w:rPr>
        <w:t xml:space="preserve"> Стихотворения на тему мечты и реальности (два-три по выбору). Например, стихотворения А. А. Блока, Н. С. Гумилёва, М. И. Цветаевой и др.</w:t>
      </w:r>
    </w:p>
    <w:p w:rsidR="008B3471" w:rsidRPr="008273AB" w:rsidRDefault="001C478F">
      <w:pPr>
        <w:autoSpaceDE w:val="0"/>
        <w:autoSpaceDN w:val="0"/>
        <w:spacing w:before="70" w:after="0" w:line="262"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В. В. Маяковский.</w:t>
      </w:r>
      <w:r w:rsidRPr="008273AB">
        <w:rPr>
          <w:rFonts w:ascii="Times New Roman" w:eastAsia="Times New Roman" w:hAnsi="Times New Roman" w:cs="Times New Roman"/>
          <w:color w:val="000000"/>
          <w:sz w:val="24"/>
          <w:lang w:val="ru-RU"/>
        </w:rPr>
        <w:t xml:space="preserve"> Стихотворения (одно по выбору). Например, «Необычайное приключение, бывшее с Владимиром Маяковским летом на даче», «Хорошее отношение к лошадям»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А. П. Платонов. </w:t>
      </w:r>
      <w:r w:rsidRPr="008273AB">
        <w:rPr>
          <w:rFonts w:ascii="Times New Roman" w:eastAsia="Times New Roman" w:hAnsi="Times New Roman" w:cs="Times New Roman"/>
          <w:color w:val="000000"/>
          <w:sz w:val="24"/>
          <w:lang w:val="ru-RU"/>
        </w:rPr>
        <w:t>Рассказы (один по выбору). Например, «Юшка», «Неизвестный цветок» и др.</w:t>
      </w:r>
    </w:p>
    <w:p w:rsidR="008B3471" w:rsidRPr="008273AB" w:rsidRDefault="001C478F">
      <w:pPr>
        <w:autoSpaceDE w:val="0"/>
        <w:autoSpaceDN w:val="0"/>
        <w:spacing w:before="406" w:after="0" w:line="28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В. М. Шукшин. </w:t>
      </w:r>
      <w:r w:rsidRPr="008273AB">
        <w:rPr>
          <w:rFonts w:ascii="Times New Roman" w:eastAsia="Times New Roman" w:hAnsi="Times New Roman" w:cs="Times New Roman"/>
          <w:color w:val="000000"/>
          <w:sz w:val="24"/>
          <w:lang w:val="ru-RU"/>
        </w:rPr>
        <w:t xml:space="preserve">Рассказы (один по выбору). Например, «Чудик», «Стенька Разин», «Критики» и др. </w:t>
      </w:r>
      <w:r w:rsidRPr="008273AB">
        <w:rPr>
          <w:rFonts w:ascii="Times New Roman" w:eastAsia="Times New Roman" w:hAnsi="Times New Roman" w:cs="Times New Roman"/>
          <w:b/>
          <w:color w:val="000000"/>
          <w:sz w:val="24"/>
          <w:lang w:val="ru-RU"/>
        </w:rPr>
        <w:t xml:space="preserve">Стихотворения отечественных поэтов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веков </w:t>
      </w:r>
      <w:r w:rsidRPr="008273AB">
        <w:rPr>
          <w:rFonts w:ascii="Times New Roman" w:eastAsia="Times New Roman" w:hAnsi="Times New Roman" w:cs="Times New Roman"/>
          <w:color w:val="000000"/>
          <w:sz w:val="24"/>
          <w:lang w:val="ru-RU"/>
        </w:rPr>
        <w:t>(не менее  четырёх  стихотворений  двух поэтов).  Например,  стихотворения М. И. Цветаевой, Е. А. Евтушенко, Б. А. Ахмадулиной, Ю. Д. Левитанского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Произведения отечественных прозаиков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 начала </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века </w:t>
      </w:r>
      <w:r w:rsidRPr="008273AB">
        <w:rPr>
          <w:rFonts w:ascii="Times New Roman" w:eastAsia="Times New Roman" w:hAnsi="Times New Roman" w:cs="Times New Roman"/>
          <w:color w:val="000000"/>
          <w:sz w:val="24"/>
          <w:lang w:val="ru-RU"/>
        </w:rPr>
        <w:t>(не менее</w:t>
      </w:r>
    </w:p>
    <w:p w:rsidR="008B3471" w:rsidRPr="008273AB" w:rsidRDefault="008B3471">
      <w:pPr>
        <w:rPr>
          <w:rFonts w:ascii="Times New Roman" w:hAnsi="Times New Roman" w:cs="Times New Roman"/>
          <w:lang w:val="ru-RU"/>
        </w:rPr>
        <w:sectPr w:rsidR="008B3471" w:rsidRPr="008273AB">
          <w:pgSz w:w="11900" w:h="16840"/>
          <w:pgMar w:top="454" w:right="704" w:bottom="438" w:left="666" w:header="720" w:footer="720" w:gutter="0"/>
          <w:cols w:space="720" w:equalWidth="0">
            <w:col w:w="10530"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двух). Например, произведения Ф. А. Абрамова, В. П. Астафьева, В. И. Белова, Ф. А. Искандера и др.</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Тема взаимоотношения поколений, становления человека, выбора им жизненного пути</w:t>
      </w:r>
      <w:r w:rsidRPr="008273AB">
        <w:rPr>
          <w:rFonts w:ascii="Times New Roman" w:eastAsia="Times New Roman" w:hAnsi="Times New Roman" w:cs="Times New Roman"/>
          <w:color w:val="000000"/>
          <w:sz w:val="24"/>
          <w:lang w:val="ru-RU"/>
        </w:rPr>
        <w:t xml:space="preserve"> (не менее двух произведений современных  отечественных  и   зарубежных   писателей).   Например, Л.</w:t>
      </w:r>
    </w:p>
    <w:p w:rsidR="008B3471" w:rsidRPr="008273AB" w:rsidRDefault="001C478F">
      <w:pPr>
        <w:autoSpaceDE w:val="0"/>
        <w:autoSpaceDN w:val="0"/>
        <w:spacing w:before="70" w:after="0" w:line="262" w:lineRule="auto"/>
        <w:ind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Л. Волкова. «Всем выйти из кадра», Т. В. Михеева. «Лёгкие горы», У. Старк. «Умеешь ли ты свистеть, Йоханна?» и др.</w:t>
      </w:r>
    </w:p>
    <w:p w:rsidR="008B3471" w:rsidRPr="008273AB" w:rsidRDefault="001C478F">
      <w:pPr>
        <w:autoSpaceDE w:val="0"/>
        <w:autoSpaceDN w:val="0"/>
        <w:spacing w:before="406" w:after="0"/>
        <w:ind w:right="43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М. де Сервантес Сааведра.</w:t>
      </w:r>
      <w:r w:rsidRPr="008273AB">
        <w:rPr>
          <w:rFonts w:ascii="Times New Roman" w:eastAsia="Times New Roman" w:hAnsi="Times New Roman" w:cs="Times New Roman"/>
          <w:color w:val="000000"/>
          <w:sz w:val="24"/>
          <w:lang w:val="ru-RU"/>
        </w:rPr>
        <w:t xml:space="preserve"> Роман «Хитроумный идальго Дон Кихот Ламанчский» (главы). </w:t>
      </w:r>
      <w:r w:rsidRPr="008273AB">
        <w:rPr>
          <w:rFonts w:ascii="Times New Roman" w:eastAsia="Times New Roman" w:hAnsi="Times New Roman" w:cs="Times New Roman"/>
          <w:b/>
          <w:color w:val="000000"/>
          <w:sz w:val="24"/>
          <w:lang w:val="ru-RU"/>
        </w:rPr>
        <w:t xml:space="preserve">Зарубежная новеллистика </w:t>
      </w:r>
      <w:r w:rsidRPr="008273AB">
        <w:rPr>
          <w:rFonts w:ascii="Times New Roman" w:eastAsia="Times New Roman" w:hAnsi="Times New Roman" w:cs="Times New Roman"/>
          <w:color w:val="000000"/>
          <w:sz w:val="24"/>
          <w:lang w:val="ru-RU"/>
        </w:rPr>
        <w:t>(одно-два произведения по выбору). Например, П. Мериме. «Маттео Фальконе»; О. Генри. «Дары волхвов», «Последний лист».</w:t>
      </w:r>
    </w:p>
    <w:p w:rsidR="008B3471" w:rsidRPr="008273AB" w:rsidRDefault="001C478F">
      <w:pPr>
        <w:autoSpaceDE w:val="0"/>
        <w:autoSpaceDN w:val="0"/>
        <w:spacing w:before="7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де Сент Экзюпери.</w:t>
      </w:r>
      <w:r w:rsidRPr="008273AB">
        <w:rPr>
          <w:rFonts w:ascii="Times New Roman" w:eastAsia="Times New Roman" w:hAnsi="Times New Roman" w:cs="Times New Roman"/>
          <w:color w:val="000000"/>
          <w:sz w:val="24"/>
          <w:lang w:val="ru-RU"/>
        </w:rPr>
        <w:t xml:space="preserve"> Повесть-сказка «Маленький принц».</w:t>
      </w:r>
    </w:p>
    <w:p w:rsidR="008B3471" w:rsidRPr="008273AB" w:rsidRDefault="001C478F">
      <w:pPr>
        <w:autoSpaceDE w:val="0"/>
        <w:autoSpaceDN w:val="0"/>
        <w:spacing w:before="264"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8 КЛАСС</w:t>
      </w:r>
    </w:p>
    <w:p w:rsidR="008B3471" w:rsidRPr="008273AB" w:rsidRDefault="001C478F">
      <w:pPr>
        <w:autoSpaceDE w:val="0"/>
        <w:autoSpaceDN w:val="0"/>
        <w:spacing w:before="166" w:after="0" w:line="27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Древнерусская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Житийная литература</w:t>
      </w:r>
      <w:r w:rsidRPr="008273AB">
        <w:rPr>
          <w:rFonts w:ascii="Times New Roman" w:eastAsia="Times New Roman" w:hAnsi="Times New Roman" w:cs="Times New Roman"/>
          <w:color w:val="000000"/>
          <w:sz w:val="24"/>
          <w:lang w:val="ru-RU"/>
        </w:rPr>
        <w:t xml:space="preserve"> (одно произведение по выбору). Например, «Житие Сергия Радонежского»,«Житие протопопа Аввакума, им самим написанное».</w:t>
      </w:r>
    </w:p>
    <w:p w:rsidR="008B3471" w:rsidRPr="008273AB" w:rsidRDefault="001C478F">
      <w:pPr>
        <w:autoSpaceDE w:val="0"/>
        <w:autoSpaceDN w:val="0"/>
        <w:spacing w:before="406" w:after="0" w:line="262" w:lineRule="auto"/>
        <w:ind w:right="633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w:t>
      </w:r>
      <w:r w:rsidRPr="008273AB">
        <w:rPr>
          <w:rFonts w:ascii="Times New Roman" w:eastAsia="Times New Roman" w:hAnsi="Times New Roman" w:cs="Times New Roman"/>
          <w:b/>
          <w:color w:val="000000"/>
          <w:sz w:val="24"/>
        </w:rPr>
        <w:t>XVIII</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Д. И. Фонвизин. </w:t>
      </w:r>
      <w:r w:rsidRPr="008273AB">
        <w:rPr>
          <w:rFonts w:ascii="Times New Roman" w:eastAsia="Times New Roman" w:hAnsi="Times New Roman" w:cs="Times New Roman"/>
          <w:color w:val="000000"/>
          <w:sz w:val="24"/>
          <w:lang w:val="ru-RU"/>
        </w:rPr>
        <w:t>Комедия «Недоросль».</w:t>
      </w:r>
    </w:p>
    <w:p w:rsidR="008B3471" w:rsidRPr="008273AB" w:rsidRDefault="001C478F">
      <w:pPr>
        <w:autoSpaceDE w:val="0"/>
        <w:autoSpaceDN w:val="0"/>
        <w:spacing w:before="406" w:after="0"/>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А. С. Пушкин.</w:t>
      </w:r>
      <w:r w:rsidRPr="008273AB">
        <w:rPr>
          <w:rFonts w:ascii="Times New Roman" w:eastAsia="Times New Roman" w:hAnsi="Times New Roman" w:cs="Times New Roman"/>
          <w:color w:val="000000"/>
          <w:sz w:val="24"/>
          <w:lang w:val="ru-RU"/>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Роман«Капитанская дочка».</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Ю. Лермонтов.</w:t>
      </w:r>
      <w:r w:rsidRPr="008273AB">
        <w:rPr>
          <w:rFonts w:ascii="Times New Roman" w:eastAsia="Times New Roman" w:hAnsi="Times New Roman" w:cs="Times New Roman"/>
          <w:color w:val="000000"/>
          <w:sz w:val="24"/>
          <w:lang w:val="ru-RU"/>
        </w:rPr>
        <w:t xml:space="preserve"> Стихотворения (не менее двух). Например, «Я не хочу, чтоб свет узнал…», «Из-под таинственной, холодной полумаски…», «Нищий» и др. Поэма «Мцыри».</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Н. В. Гоголь. </w:t>
      </w:r>
      <w:r w:rsidRPr="008273AB">
        <w:rPr>
          <w:rFonts w:ascii="Times New Roman" w:eastAsia="Times New Roman" w:hAnsi="Times New Roman" w:cs="Times New Roman"/>
          <w:color w:val="000000"/>
          <w:sz w:val="24"/>
          <w:lang w:val="ru-RU"/>
        </w:rPr>
        <w:t>Повесть «Шинель». Комедия «Ревизор».</w:t>
      </w:r>
    </w:p>
    <w:p w:rsidR="008B3471" w:rsidRPr="008273AB" w:rsidRDefault="001C478F">
      <w:pPr>
        <w:autoSpaceDE w:val="0"/>
        <w:autoSpaceDN w:val="0"/>
        <w:spacing w:before="406" w:after="0" w:line="271" w:lineRule="auto"/>
        <w:ind w:right="4176"/>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второй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И. С. Тургенев.</w:t>
      </w:r>
      <w:r w:rsidRPr="008273AB">
        <w:rPr>
          <w:rFonts w:ascii="Times New Roman" w:eastAsia="Times New Roman" w:hAnsi="Times New Roman" w:cs="Times New Roman"/>
          <w:color w:val="000000"/>
          <w:sz w:val="24"/>
          <w:lang w:val="ru-RU"/>
        </w:rPr>
        <w:t xml:space="preserve"> Повести (одна по выбору). Например, «Ася»,«Первая любовь».</w:t>
      </w:r>
    </w:p>
    <w:p w:rsidR="008B3471" w:rsidRPr="008273AB" w:rsidRDefault="001C478F">
      <w:pPr>
        <w:autoSpaceDE w:val="0"/>
        <w:autoSpaceDN w:val="0"/>
        <w:spacing w:before="7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Ф. М. Достоевский. </w:t>
      </w:r>
      <w:r w:rsidRPr="008273AB">
        <w:rPr>
          <w:rFonts w:ascii="Times New Roman" w:eastAsia="Times New Roman" w:hAnsi="Times New Roman" w:cs="Times New Roman"/>
          <w:color w:val="000000"/>
          <w:sz w:val="24"/>
          <w:lang w:val="ru-RU"/>
        </w:rPr>
        <w:t>«Бедные люди», «Белые ночи» (одно произведение по выбору).</w:t>
      </w:r>
    </w:p>
    <w:p w:rsidR="008B3471" w:rsidRPr="008273AB" w:rsidRDefault="001C478F">
      <w:pPr>
        <w:autoSpaceDE w:val="0"/>
        <w:autoSpaceDN w:val="0"/>
        <w:spacing w:before="72" w:after="0" w:line="230" w:lineRule="auto"/>
        <w:jc w:val="center"/>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 Н. Толстой. </w:t>
      </w:r>
      <w:r w:rsidRPr="008273AB">
        <w:rPr>
          <w:rFonts w:ascii="Times New Roman" w:eastAsia="Times New Roman" w:hAnsi="Times New Roman" w:cs="Times New Roman"/>
          <w:color w:val="000000"/>
          <w:sz w:val="24"/>
          <w:lang w:val="ru-RU"/>
        </w:rPr>
        <w:t>Повести и рассказы (одно произведение по выбору). Например, «Отрочество» (главы).</w:t>
      </w:r>
    </w:p>
    <w:p w:rsidR="008B3471" w:rsidRPr="008273AB" w:rsidRDefault="001C478F">
      <w:pPr>
        <w:autoSpaceDE w:val="0"/>
        <w:autoSpaceDN w:val="0"/>
        <w:spacing w:before="408" w:after="0" w:line="271"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Произведения писателей русского зарубежья</w:t>
      </w:r>
      <w:r w:rsidRPr="008273AB">
        <w:rPr>
          <w:rFonts w:ascii="Times New Roman" w:eastAsia="Times New Roman" w:hAnsi="Times New Roman" w:cs="Times New Roman"/>
          <w:color w:val="000000"/>
          <w:sz w:val="24"/>
          <w:lang w:val="ru-RU"/>
        </w:rPr>
        <w:t xml:space="preserve"> (не менее двух по    выбору).  Например, произведения И. С. Шмелёва, М. А. Осоргина, В. В. Набокова, Н. Тэффи, А. Т. Аверченко и др.</w:t>
      </w:r>
    </w:p>
    <w:p w:rsidR="008B3471" w:rsidRPr="008273AB" w:rsidRDefault="001C478F">
      <w:pPr>
        <w:autoSpaceDE w:val="0"/>
        <w:autoSpaceDN w:val="0"/>
        <w:spacing w:before="70" w:after="0" w:line="271"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Поэзия первой половины ХХ века</w:t>
      </w:r>
      <w:r w:rsidRPr="008273AB">
        <w:rPr>
          <w:rFonts w:ascii="Times New Roman" w:eastAsia="Times New Roman" w:hAnsi="Times New Roman" w:cs="Times New Roman"/>
          <w:color w:val="000000"/>
          <w:sz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А. Булгаков</w:t>
      </w:r>
      <w:r w:rsidRPr="008273AB">
        <w:rPr>
          <w:rFonts w:ascii="Times New Roman" w:eastAsia="Times New Roman" w:hAnsi="Times New Roman" w:cs="Times New Roman"/>
          <w:color w:val="000000"/>
          <w:sz w:val="24"/>
          <w:lang w:val="ru-RU"/>
        </w:rPr>
        <w:t xml:space="preserve"> (одна повесть по выбору). Например, «Собачье сердце» и др.</w:t>
      </w:r>
    </w:p>
    <w:p w:rsidR="008B3471" w:rsidRPr="008273AB" w:rsidRDefault="001C478F">
      <w:pPr>
        <w:autoSpaceDE w:val="0"/>
        <w:autoSpaceDN w:val="0"/>
        <w:spacing w:before="406" w:after="0" w:line="271"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А. Т. Твардовский. </w:t>
      </w:r>
      <w:r w:rsidRPr="008273AB">
        <w:rPr>
          <w:rFonts w:ascii="Times New Roman" w:eastAsia="Times New Roman" w:hAnsi="Times New Roman" w:cs="Times New Roman"/>
          <w:color w:val="000000"/>
          <w:sz w:val="24"/>
          <w:lang w:val="ru-RU"/>
        </w:rPr>
        <w:t>Поэма «Василий Тёркин» (главы «Переправа», «Гармонь», «Два солдата»,«Поединок»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А. Шолохов.</w:t>
      </w:r>
      <w:r w:rsidRPr="008273AB">
        <w:rPr>
          <w:rFonts w:ascii="Times New Roman" w:eastAsia="Times New Roman" w:hAnsi="Times New Roman" w:cs="Times New Roman"/>
          <w:color w:val="000000"/>
          <w:sz w:val="24"/>
          <w:lang w:val="ru-RU"/>
        </w:rPr>
        <w:t xml:space="preserve"> Рассказ «Судьба человека».</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И. Солженицын.</w:t>
      </w:r>
      <w:r w:rsidRPr="008273AB">
        <w:rPr>
          <w:rFonts w:ascii="Times New Roman" w:eastAsia="Times New Roman" w:hAnsi="Times New Roman" w:cs="Times New Roman"/>
          <w:color w:val="000000"/>
          <w:sz w:val="24"/>
          <w:lang w:val="ru-RU"/>
        </w:rPr>
        <w:t xml:space="preserve"> Рассказ «Матрёнин двор».</w:t>
      </w:r>
    </w:p>
    <w:p w:rsidR="008B3471" w:rsidRPr="008273AB" w:rsidRDefault="008B3471">
      <w:pPr>
        <w:rPr>
          <w:rFonts w:ascii="Times New Roman" w:hAnsi="Times New Roman" w:cs="Times New Roman"/>
          <w:lang w:val="ru-RU"/>
        </w:rPr>
        <w:sectPr w:rsidR="008B3471" w:rsidRPr="008273AB">
          <w:pgSz w:w="11900" w:h="16840"/>
          <w:pgMar w:top="286" w:right="678" w:bottom="296" w:left="666" w:header="720" w:footer="720" w:gutter="0"/>
          <w:cols w:space="720" w:equalWidth="0">
            <w:col w:w="10556" w:space="0"/>
          </w:cols>
          <w:docGrid w:linePitch="360"/>
        </w:sectPr>
      </w:pPr>
    </w:p>
    <w:p w:rsidR="008B3471" w:rsidRPr="008273AB" w:rsidRDefault="008B3471">
      <w:pPr>
        <w:autoSpaceDE w:val="0"/>
        <w:autoSpaceDN w:val="0"/>
        <w:spacing w:after="90" w:line="220" w:lineRule="exact"/>
        <w:rPr>
          <w:rFonts w:ascii="Times New Roman" w:hAnsi="Times New Roman" w:cs="Times New Roman"/>
          <w:lang w:val="ru-RU"/>
        </w:rPr>
      </w:pPr>
    </w:p>
    <w:p w:rsidR="008B3471" w:rsidRPr="008273AB" w:rsidRDefault="001C478F">
      <w:pPr>
        <w:autoSpaceDE w:val="0"/>
        <w:autoSpaceDN w:val="0"/>
        <w:spacing w:after="0" w:line="27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Произведения отечественных прозаиков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века</w:t>
      </w:r>
      <w:r w:rsidRPr="008273AB">
        <w:rPr>
          <w:rFonts w:ascii="Times New Roman" w:eastAsia="Times New Roman" w:hAnsi="Times New Roman" w:cs="Times New Roman"/>
          <w:color w:val="000000"/>
          <w:sz w:val="24"/>
          <w:lang w:val="ru-RU"/>
        </w:rPr>
        <w:t xml:space="preserve"> (не менее двух произведений). Например, произведения Е. И. Носова, А. Н. и Б. Н. Стругацких, В. Ф. Тендрякова, Б. П. Екимова и др.</w:t>
      </w:r>
    </w:p>
    <w:p w:rsidR="008B3471" w:rsidRPr="008273AB" w:rsidRDefault="001C478F">
      <w:pPr>
        <w:autoSpaceDE w:val="0"/>
        <w:autoSpaceDN w:val="0"/>
        <w:spacing w:before="70" w:after="0"/>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Произведения отечественных и зарубежных прозаиков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века </w:t>
      </w:r>
      <w:r w:rsidRPr="008273AB">
        <w:rPr>
          <w:rFonts w:ascii="Times New Roman" w:eastAsia="Times New Roman" w:hAnsi="Times New Roman" w:cs="Times New Roman"/>
          <w:color w:val="000000"/>
          <w:sz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B3471" w:rsidRPr="008273AB" w:rsidRDefault="001C478F">
      <w:pPr>
        <w:autoSpaceDE w:val="0"/>
        <w:autoSpaceDN w:val="0"/>
        <w:spacing w:before="70" w:after="0" w:line="271" w:lineRule="auto"/>
        <w:ind w:right="720"/>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Поэзия второй половины </w:t>
      </w:r>
      <w:r w:rsidRPr="008273AB">
        <w:rPr>
          <w:rFonts w:ascii="Times New Roman" w:eastAsia="Times New Roman" w:hAnsi="Times New Roman" w:cs="Times New Roman"/>
          <w:b/>
          <w:color w:val="000000"/>
          <w:sz w:val="24"/>
        </w:rPr>
        <w:t>XX</w:t>
      </w:r>
      <w:r w:rsidRPr="008273AB">
        <w:rPr>
          <w:rFonts w:ascii="Times New Roman" w:eastAsia="Times New Roman" w:hAnsi="Times New Roman" w:cs="Times New Roman"/>
          <w:b/>
          <w:color w:val="000000"/>
          <w:sz w:val="24"/>
          <w:lang w:val="ru-RU"/>
        </w:rPr>
        <w:t xml:space="preserve"> — начала </w:t>
      </w:r>
      <w:r w:rsidRPr="008273AB">
        <w:rPr>
          <w:rFonts w:ascii="Times New Roman" w:eastAsia="Times New Roman" w:hAnsi="Times New Roman" w:cs="Times New Roman"/>
          <w:b/>
          <w:color w:val="000000"/>
          <w:sz w:val="24"/>
        </w:rPr>
        <w:t>XXI</w:t>
      </w:r>
      <w:r w:rsidRPr="008273AB">
        <w:rPr>
          <w:rFonts w:ascii="Times New Roman" w:eastAsia="Times New Roman" w:hAnsi="Times New Roman" w:cs="Times New Roman"/>
          <w:b/>
          <w:color w:val="000000"/>
          <w:sz w:val="24"/>
          <w:lang w:val="ru-RU"/>
        </w:rPr>
        <w:t xml:space="preserve"> века</w:t>
      </w:r>
      <w:r w:rsidRPr="008273AB">
        <w:rPr>
          <w:rFonts w:ascii="Times New Roman" w:eastAsia="Times New Roman" w:hAnsi="Times New Roman" w:cs="Times New Roman"/>
          <w:color w:val="000000"/>
          <w:sz w:val="24"/>
          <w:lang w:val="ru-RU"/>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w:t>
      </w:r>
    </w:p>
    <w:p w:rsidR="008B3471" w:rsidRPr="008273AB" w:rsidRDefault="001C478F">
      <w:pPr>
        <w:autoSpaceDE w:val="0"/>
        <w:autoSpaceDN w:val="0"/>
        <w:spacing w:before="72"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Рождественского, И. А. Бродского, А. С. Кушнера и др.</w:t>
      </w:r>
    </w:p>
    <w:p w:rsidR="008B3471" w:rsidRPr="008273AB" w:rsidRDefault="001C478F">
      <w:pPr>
        <w:autoSpaceDE w:val="0"/>
        <w:autoSpaceDN w:val="0"/>
        <w:spacing w:before="408" w:after="0"/>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У. Шекспир.</w:t>
      </w:r>
      <w:r w:rsidRPr="008273AB">
        <w:rPr>
          <w:rFonts w:ascii="Times New Roman" w:eastAsia="Times New Roman" w:hAnsi="Times New Roman" w:cs="Times New Roman"/>
          <w:color w:val="000000"/>
          <w:sz w:val="24"/>
          <w:lang w:val="ru-RU"/>
        </w:rPr>
        <w:t xml:space="preserve"> Сонеты (один-два по выбору). Например, № 66 «Измучась всем, я умереть хочу…», №130 «Её глаза на звёзды не похожи…» и др. Трагедия «Ромео и Джульетта» (фрагменты по выбору). </w:t>
      </w:r>
      <w:r w:rsidRPr="008273AB">
        <w:rPr>
          <w:rFonts w:ascii="Times New Roman" w:eastAsia="Times New Roman" w:hAnsi="Times New Roman" w:cs="Times New Roman"/>
          <w:b/>
          <w:color w:val="000000"/>
          <w:sz w:val="24"/>
          <w:lang w:val="ru-RU"/>
        </w:rPr>
        <w:t xml:space="preserve">Ж.-Б. Мольер. </w:t>
      </w:r>
      <w:r w:rsidRPr="008273AB">
        <w:rPr>
          <w:rFonts w:ascii="Times New Roman" w:eastAsia="Times New Roman" w:hAnsi="Times New Roman" w:cs="Times New Roman"/>
          <w:color w:val="000000"/>
          <w:sz w:val="24"/>
          <w:lang w:val="ru-RU"/>
        </w:rPr>
        <w:t>Комедия «Мещанин во дворянстве» (фрагменты по выбору).</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9 КЛАСС</w:t>
      </w:r>
    </w:p>
    <w:p w:rsidR="008B3471" w:rsidRPr="008273AB" w:rsidRDefault="001C478F">
      <w:pPr>
        <w:autoSpaceDE w:val="0"/>
        <w:autoSpaceDN w:val="0"/>
        <w:spacing w:before="166" w:after="0" w:line="262" w:lineRule="auto"/>
        <w:ind w:right="7632"/>
        <w:rPr>
          <w:rFonts w:ascii="Times New Roman" w:hAnsi="Times New Roman" w:cs="Times New Roman"/>
          <w:lang w:val="ru-RU"/>
        </w:rPr>
      </w:pPr>
      <w:r w:rsidRPr="008273AB">
        <w:rPr>
          <w:rFonts w:ascii="Times New Roman" w:eastAsia="Times New Roman" w:hAnsi="Times New Roman" w:cs="Times New Roman"/>
          <w:b/>
          <w:color w:val="000000"/>
          <w:sz w:val="24"/>
          <w:lang w:val="ru-RU"/>
        </w:rPr>
        <w:t>Древнерусская литература</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«Слово о полку Игореве».</w:t>
      </w:r>
    </w:p>
    <w:p w:rsidR="008B3471" w:rsidRPr="008273AB" w:rsidRDefault="001C478F">
      <w:pPr>
        <w:autoSpaceDE w:val="0"/>
        <w:autoSpaceDN w:val="0"/>
        <w:spacing w:before="406" w:after="0" w:line="271" w:lineRule="auto"/>
        <w:ind w:right="288"/>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w:t>
      </w:r>
      <w:r w:rsidRPr="008273AB">
        <w:rPr>
          <w:rFonts w:ascii="Times New Roman" w:eastAsia="Times New Roman" w:hAnsi="Times New Roman" w:cs="Times New Roman"/>
          <w:b/>
          <w:color w:val="000000"/>
          <w:sz w:val="24"/>
        </w:rPr>
        <w:t>XVIII</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 xml:space="preserve">М. В. Ломоносов. </w:t>
      </w:r>
      <w:r w:rsidRPr="008273AB">
        <w:rPr>
          <w:rFonts w:ascii="Times New Roman" w:eastAsia="Times New Roman" w:hAnsi="Times New Roman" w:cs="Times New Roman"/>
          <w:color w:val="000000"/>
          <w:sz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B3471" w:rsidRPr="008273AB" w:rsidRDefault="001C478F">
      <w:pPr>
        <w:autoSpaceDE w:val="0"/>
        <w:autoSpaceDN w:val="0"/>
        <w:spacing w:before="70" w:after="0" w:line="262"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Г. Р. Державин. </w:t>
      </w:r>
      <w:r w:rsidRPr="008273AB">
        <w:rPr>
          <w:rFonts w:ascii="Times New Roman" w:eastAsia="Times New Roman" w:hAnsi="Times New Roman" w:cs="Times New Roman"/>
          <w:color w:val="000000"/>
          <w:sz w:val="24"/>
          <w:lang w:val="ru-RU"/>
        </w:rPr>
        <w:t>Стихотворения (два по выбору). Например, «Властителям и судиям», «Памятник» и др.</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Н. М. Карамзин.</w:t>
      </w:r>
      <w:r w:rsidRPr="008273AB">
        <w:rPr>
          <w:rFonts w:ascii="Times New Roman" w:eastAsia="Times New Roman" w:hAnsi="Times New Roman" w:cs="Times New Roman"/>
          <w:color w:val="000000"/>
          <w:sz w:val="24"/>
          <w:lang w:val="ru-RU"/>
        </w:rPr>
        <w:t xml:space="preserve"> Повесть «Бедная Лиза».</w:t>
      </w:r>
    </w:p>
    <w:p w:rsidR="008B3471" w:rsidRPr="008273AB" w:rsidRDefault="001C478F">
      <w:pPr>
        <w:autoSpaceDE w:val="0"/>
        <w:autoSpaceDN w:val="0"/>
        <w:spacing w:before="406" w:after="0" w:line="271" w:lineRule="auto"/>
        <w:ind w:right="43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Литература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века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В. А. Жуковский.</w:t>
      </w:r>
      <w:r w:rsidRPr="008273AB">
        <w:rPr>
          <w:rFonts w:ascii="Times New Roman" w:eastAsia="Times New Roman" w:hAnsi="Times New Roman" w:cs="Times New Roman"/>
          <w:color w:val="000000"/>
          <w:sz w:val="24"/>
          <w:lang w:val="ru-RU"/>
        </w:rPr>
        <w:t xml:space="preserve"> Баллады, элегии (одна-две по выбору). Например, «Светлана», «Невыразимое»,«Море» и др.</w:t>
      </w:r>
    </w:p>
    <w:p w:rsidR="008B3471" w:rsidRPr="008273AB" w:rsidRDefault="001C478F">
      <w:pPr>
        <w:autoSpaceDE w:val="0"/>
        <w:autoSpaceDN w:val="0"/>
        <w:spacing w:before="7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С. Грибоедов.</w:t>
      </w:r>
      <w:r w:rsidRPr="008273AB">
        <w:rPr>
          <w:rFonts w:ascii="Times New Roman" w:eastAsia="Times New Roman" w:hAnsi="Times New Roman" w:cs="Times New Roman"/>
          <w:color w:val="000000"/>
          <w:sz w:val="24"/>
          <w:lang w:val="ru-RU"/>
        </w:rPr>
        <w:t xml:space="preserve"> Комедия «Горе от ума».</w:t>
      </w:r>
    </w:p>
    <w:p w:rsidR="008B3471" w:rsidRPr="008273AB" w:rsidRDefault="001C478F">
      <w:pPr>
        <w:autoSpaceDE w:val="0"/>
        <w:autoSpaceDN w:val="0"/>
        <w:spacing w:before="72" w:after="0" w:line="262" w:lineRule="auto"/>
        <w:ind w:right="43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Поэзия пушкинской эпохи. </w:t>
      </w:r>
      <w:r w:rsidRPr="008273AB">
        <w:rPr>
          <w:rFonts w:ascii="Times New Roman" w:eastAsia="Times New Roman" w:hAnsi="Times New Roman" w:cs="Times New Roman"/>
          <w:color w:val="000000"/>
          <w:sz w:val="24"/>
          <w:lang w:val="ru-RU"/>
        </w:rPr>
        <w:t>К. Н. Батюшков, А. А. Дельвиг, Н. М. Языков, Е. А. Баратынский (не менее трёх стихотворений по выбору).</w:t>
      </w:r>
    </w:p>
    <w:p w:rsidR="008B3471" w:rsidRPr="008273AB" w:rsidRDefault="001C478F">
      <w:pPr>
        <w:autoSpaceDE w:val="0"/>
        <w:autoSpaceDN w:val="0"/>
        <w:spacing w:before="70" w:after="0" w:line="281"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А. С. Пушкин.</w:t>
      </w:r>
      <w:r w:rsidRPr="008273AB">
        <w:rPr>
          <w:rFonts w:ascii="Times New Roman" w:eastAsia="Times New Roman" w:hAnsi="Times New Roman" w:cs="Times New Roman"/>
          <w:color w:val="000000"/>
          <w:sz w:val="24"/>
          <w:lang w:val="ru-RU"/>
        </w:rPr>
        <w:t xml:space="preserve"> Стихотворения. Например, «Бесы», «Брожу ли я вдоль улиц шумных…», «…Вновь я посетил…», «Из Пиндемонти», «К морю», «К***» («Я помню чудное мгновенье…»), «Мадонна»,«Осень»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нерукотворный…»и др. Поэма «Медный всадник». Роман в стихах «Евгений Онегин».</w:t>
      </w:r>
    </w:p>
    <w:p w:rsidR="008B3471" w:rsidRPr="008273AB" w:rsidRDefault="001C478F">
      <w:pPr>
        <w:autoSpaceDE w:val="0"/>
        <w:autoSpaceDN w:val="0"/>
        <w:spacing w:before="70" w:after="0" w:line="281" w:lineRule="auto"/>
        <w:ind w:right="144"/>
        <w:rPr>
          <w:rFonts w:ascii="Times New Roman" w:hAnsi="Times New Roman" w:cs="Times New Roman"/>
          <w:lang w:val="ru-RU"/>
        </w:rPr>
      </w:pPr>
      <w:r w:rsidRPr="008273AB">
        <w:rPr>
          <w:rFonts w:ascii="Times New Roman" w:eastAsia="Times New Roman" w:hAnsi="Times New Roman" w:cs="Times New Roman"/>
          <w:b/>
          <w:color w:val="000000"/>
          <w:sz w:val="24"/>
          <w:lang w:val="ru-RU"/>
        </w:rPr>
        <w:t>М. Ю. Лермонтов.</w:t>
      </w:r>
      <w:r w:rsidRPr="008273AB">
        <w:rPr>
          <w:rFonts w:ascii="Times New Roman" w:eastAsia="Times New Roman" w:hAnsi="Times New Roman" w:cs="Times New Roman"/>
          <w:color w:val="000000"/>
          <w:sz w:val="24"/>
          <w:lang w:val="ru-RU"/>
        </w:rPr>
        <w:t xml:space="preserve">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8B3471" w:rsidRPr="008273AB" w:rsidRDefault="008B3471">
      <w:pPr>
        <w:rPr>
          <w:rFonts w:ascii="Times New Roman" w:hAnsi="Times New Roman" w:cs="Times New Roman"/>
          <w:lang w:val="ru-RU"/>
        </w:rPr>
        <w:sectPr w:rsidR="008B3471" w:rsidRPr="008273AB">
          <w:pgSz w:w="11900" w:h="16840"/>
          <w:pgMar w:top="310" w:right="660" w:bottom="438" w:left="666" w:header="720" w:footer="720" w:gutter="0"/>
          <w:cols w:space="720" w:equalWidth="0">
            <w:col w:w="1057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Н. В. Гоголь. </w:t>
      </w:r>
      <w:r w:rsidRPr="008273AB">
        <w:rPr>
          <w:rFonts w:ascii="Times New Roman" w:eastAsia="Times New Roman" w:hAnsi="Times New Roman" w:cs="Times New Roman"/>
          <w:color w:val="000000"/>
          <w:sz w:val="24"/>
          <w:lang w:val="ru-RU"/>
        </w:rPr>
        <w:t>Поэма «Мёртвые души».</w:t>
      </w:r>
    </w:p>
    <w:p w:rsidR="008B3471" w:rsidRPr="008273AB" w:rsidRDefault="001C478F">
      <w:pPr>
        <w:autoSpaceDE w:val="0"/>
        <w:autoSpaceDN w:val="0"/>
        <w:spacing w:before="70" w:after="0" w:line="271" w:lineRule="auto"/>
        <w:ind w:right="86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Отечественная проза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w:t>
      </w:r>
      <w:r w:rsidRPr="008273AB">
        <w:rPr>
          <w:rFonts w:ascii="Times New Roman" w:eastAsia="Times New Roman" w:hAnsi="Times New Roman" w:cs="Times New Roman"/>
          <w:color w:val="000000"/>
          <w:sz w:val="24"/>
          <w:lang w:val="ru-RU"/>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8B3471" w:rsidRPr="008273AB" w:rsidRDefault="001C478F">
      <w:pPr>
        <w:autoSpaceDE w:val="0"/>
        <w:autoSpaceDN w:val="0"/>
        <w:spacing w:before="406" w:after="0" w:line="262" w:lineRule="auto"/>
        <w:ind w:right="3024"/>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литература </w:t>
      </w:r>
      <w:r w:rsidRPr="008273AB">
        <w:rPr>
          <w:rFonts w:ascii="Times New Roman" w:hAnsi="Times New Roman" w:cs="Times New Roman"/>
          <w:lang w:val="ru-RU"/>
        </w:rPr>
        <w:br/>
      </w:r>
      <w:r w:rsidRPr="008273AB">
        <w:rPr>
          <w:rFonts w:ascii="Times New Roman" w:eastAsia="Times New Roman" w:hAnsi="Times New Roman" w:cs="Times New Roman"/>
          <w:b/>
          <w:color w:val="000000"/>
          <w:sz w:val="24"/>
          <w:lang w:val="ru-RU"/>
        </w:rPr>
        <w:t>Данте.</w:t>
      </w:r>
      <w:r w:rsidRPr="008273AB">
        <w:rPr>
          <w:rFonts w:ascii="Times New Roman" w:eastAsia="Times New Roman" w:hAnsi="Times New Roman" w:cs="Times New Roman"/>
          <w:color w:val="000000"/>
          <w:sz w:val="24"/>
          <w:lang w:val="ru-RU"/>
        </w:rPr>
        <w:t xml:space="preserve"> «Божественная комедия» (не менее двух фрагментов по выбору).</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У. Шекспир.</w:t>
      </w:r>
      <w:r w:rsidRPr="008273AB">
        <w:rPr>
          <w:rFonts w:ascii="Times New Roman" w:eastAsia="Times New Roman" w:hAnsi="Times New Roman" w:cs="Times New Roman"/>
          <w:color w:val="000000"/>
          <w:sz w:val="24"/>
          <w:lang w:val="ru-RU"/>
        </w:rPr>
        <w:t xml:space="preserve"> Трагедия «Гамлет» (фрагменты по выбору).</w:t>
      </w:r>
    </w:p>
    <w:p w:rsidR="008B3471" w:rsidRPr="008273AB" w:rsidRDefault="001C478F">
      <w:pPr>
        <w:autoSpaceDE w:val="0"/>
        <w:autoSpaceDN w:val="0"/>
        <w:spacing w:before="7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И.В. Гёте.</w:t>
      </w:r>
      <w:r w:rsidRPr="008273AB">
        <w:rPr>
          <w:rFonts w:ascii="Times New Roman" w:eastAsia="Times New Roman" w:hAnsi="Times New Roman" w:cs="Times New Roman"/>
          <w:color w:val="000000"/>
          <w:sz w:val="24"/>
          <w:lang w:val="ru-RU"/>
        </w:rPr>
        <w:t xml:space="preserve">  Трагедия  «Фауст»  (не  менее  двух  фрагментов по выбору).</w:t>
      </w:r>
    </w:p>
    <w:p w:rsidR="008B3471" w:rsidRPr="008273AB" w:rsidRDefault="001C478F">
      <w:pPr>
        <w:autoSpaceDE w:val="0"/>
        <w:autoSpaceDN w:val="0"/>
        <w:spacing w:before="70" w:after="0" w:line="274"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Дж. Г. Байрон. </w:t>
      </w:r>
      <w:r w:rsidRPr="008273AB">
        <w:rPr>
          <w:rFonts w:ascii="Times New Roman" w:eastAsia="Times New Roman" w:hAnsi="Times New Roman" w:cs="Times New Roman"/>
          <w:color w:val="000000"/>
          <w:sz w:val="24"/>
          <w:lang w:val="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B3471" w:rsidRPr="008273AB" w:rsidRDefault="001C478F">
      <w:pPr>
        <w:autoSpaceDE w:val="0"/>
        <w:autoSpaceDN w:val="0"/>
        <w:spacing w:before="70" w:after="0" w:line="262" w:lineRule="auto"/>
        <w:ind w:right="1152"/>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Зарубежная проза первой половины </w:t>
      </w:r>
      <w:r w:rsidRPr="008273AB">
        <w:rPr>
          <w:rFonts w:ascii="Times New Roman" w:eastAsia="Times New Roman" w:hAnsi="Times New Roman" w:cs="Times New Roman"/>
          <w:b/>
          <w:color w:val="000000"/>
          <w:sz w:val="24"/>
        </w:rPr>
        <w:t>XIX</w:t>
      </w:r>
      <w:r w:rsidRPr="008273AB">
        <w:rPr>
          <w:rFonts w:ascii="Times New Roman" w:eastAsia="Times New Roman" w:hAnsi="Times New Roman" w:cs="Times New Roman"/>
          <w:b/>
          <w:color w:val="000000"/>
          <w:sz w:val="24"/>
          <w:lang w:val="ru-RU"/>
        </w:rPr>
        <w:t xml:space="preserve"> в.</w:t>
      </w:r>
      <w:r w:rsidRPr="008273AB">
        <w:rPr>
          <w:rFonts w:ascii="Times New Roman" w:eastAsia="Times New Roman" w:hAnsi="Times New Roman" w:cs="Times New Roman"/>
          <w:color w:val="000000"/>
          <w:sz w:val="24"/>
          <w:lang w:val="ru-RU"/>
        </w:rPr>
        <w:t xml:space="preserve"> (одно произведение по  выбору). Например, произведения  Э.Т.А.  Гофмана, В. Гюго, В. Скотта и др.</w:t>
      </w:r>
    </w:p>
    <w:p w:rsidR="008B3471" w:rsidRPr="008273AB" w:rsidRDefault="008B3471">
      <w:pPr>
        <w:rPr>
          <w:rFonts w:ascii="Times New Roman" w:hAnsi="Times New Roman" w:cs="Times New Roman"/>
          <w:lang w:val="ru-RU"/>
        </w:rPr>
        <w:sectPr w:rsidR="008B3471" w:rsidRPr="008273AB">
          <w:pgSz w:w="11900" w:h="16840"/>
          <w:pgMar w:top="286" w:right="744" w:bottom="1440" w:left="666" w:header="720" w:footer="720" w:gutter="0"/>
          <w:cols w:space="720" w:equalWidth="0">
            <w:col w:w="10490"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CA35E1">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rPr>
        <w:t>III</w:t>
      </w:r>
      <w:r w:rsidRPr="008273AB">
        <w:rPr>
          <w:rFonts w:ascii="Times New Roman" w:eastAsia="Times New Roman" w:hAnsi="Times New Roman" w:cs="Times New Roman"/>
          <w:b/>
          <w:color w:val="000000"/>
          <w:sz w:val="24"/>
          <w:lang w:val="ru-RU"/>
        </w:rPr>
        <w:t xml:space="preserve">. </w:t>
      </w:r>
      <w:r w:rsidR="001C478F" w:rsidRPr="008273AB">
        <w:rPr>
          <w:rFonts w:ascii="Times New Roman" w:eastAsia="Times New Roman" w:hAnsi="Times New Roman" w:cs="Times New Roman"/>
          <w:b/>
          <w:color w:val="000000"/>
          <w:sz w:val="24"/>
          <w:lang w:val="ru-RU"/>
        </w:rPr>
        <w:t>ПЛАНИРУЕМЫЕ ОБРАЗОВАТЕЛЬНЫЕ РЕЗУЛЬТАТЫ</w:t>
      </w:r>
    </w:p>
    <w:p w:rsidR="008B3471" w:rsidRPr="008273AB" w:rsidRDefault="001C478F">
      <w:pPr>
        <w:tabs>
          <w:tab w:val="left" w:pos="180"/>
        </w:tabs>
        <w:autoSpaceDE w:val="0"/>
        <w:autoSpaceDN w:val="0"/>
        <w:spacing w:before="346" w:after="0" w:line="262" w:lineRule="auto"/>
        <w:ind w:right="432"/>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B3471" w:rsidRPr="008273AB" w:rsidRDefault="00CA35E1">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1.</w:t>
      </w:r>
      <w:r w:rsidR="001C478F" w:rsidRPr="008273AB">
        <w:rPr>
          <w:rFonts w:ascii="Times New Roman" w:eastAsia="Times New Roman" w:hAnsi="Times New Roman" w:cs="Times New Roman"/>
          <w:b/>
          <w:color w:val="000000"/>
          <w:sz w:val="24"/>
          <w:lang w:val="ru-RU"/>
        </w:rPr>
        <w:t>ЛИЧНОСТНЫЕ РЕЗУЛЬТАТЫ</w:t>
      </w:r>
    </w:p>
    <w:p w:rsidR="008B3471" w:rsidRPr="008273AB" w:rsidRDefault="001C478F">
      <w:pPr>
        <w:autoSpaceDE w:val="0"/>
        <w:autoSpaceDN w:val="0"/>
        <w:spacing w:before="166" w:after="0" w:line="281" w:lineRule="auto"/>
        <w:ind w:right="144"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3471" w:rsidRPr="008273AB" w:rsidRDefault="001C478F">
      <w:pPr>
        <w:autoSpaceDE w:val="0"/>
        <w:autoSpaceDN w:val="0"/>
        <w:spacing w:before="72" w:after="0"/>
        <w:ind w:right="432"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B3471" w:rsidRPr="008273AB" w:rsidRDefault="001C478F">
      <w:pPr>
        <w:autoSpaceDE w:val="0"/>
        <w:autoSpaceDN w:val="0"/>
        <w:spacing w:before="190" w:after="0" w:line="230" w:lineRule="auto"/>
        <w:ind w:left="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Гражданского воспитания:</w:t>
      </w:r>
    </w:p>
    <w:p w:rsidR="008B3471" w:rsidRPr="008273AB" w:rsidRDefault="001C478F">
      <w:pPr>
        <w:autoSpaceDE w:val="0"/>
        <w:autoSpaceDN w:val="0"/>
        <w:spacing w:before="178" w:after="0" w:line="262"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8B3471" w:rsidRPr="008273AB" w:rsidRDefault="001C478F">
      <w:pPr>
        <w:autoSpaceDE w:val="0"/>
        <w:autoSpaceDN w:val="0"/>
        <w:spacing w:before="190" w:after="0" w:line="271"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неприятие любых форм экстремизма, дискриминации;</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понимание роли различных социальных институтов в жизни человека;</w:t>
      </w:r>
    </w:p>
    <w:p w:rsidR="008B3471" w:rsidRPr="008273AB" w:rsidRDefault="001C478F">
      <w:pPr>
        <w:autoSpaceDE w:val="0"/>
        <w:autoSpaceDN w:val="0"/>
        <w:spacing w:before="190" w:after="0" w:line="271"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представление о способах противодействия коррупции;</w:t>
      </w:r>
    </w:p>
    <w:p w:rsidR="008B3471" w:rsidRPr="008273AB" w:rsidRDefault="001C478F">
      <w:pPr>
        <w:autoSpaceDE w:val="0"/>
        <w:autoSpaceDN w:val="0"/>
        <w:spacing w:before="190" w:after="0" w:line="262"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B3471" w:rsidRPr="008273AB" w:rsidRDefault="001C478F">
      <w:pPr>
        <w:autoSpaceDE w:val="0"/>
        <w:autoSpaceDN w:val="0"/>
        <w:spacing w:before="192"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активное участие в школьном самоуправлении;</w:t>
      </w:r>
    </w:p>
    <w:p w:rsidR="008B3471" w:rsidRPr="008273AB" w:rsidRDefault="001C478F">
      <w:pPr>
        <w:autoSpaceDE w:val="0"/>
        <w:autoSpaceDN w:val="0"/>
        <w:spacing w:before="190" w:after="0" w:line="262" w:lineRule="auto"/>
        <w:ind w:left="420" w:right="1008"/>
        <w:rPr>
          <w:rFonts w:ascii="Times New Roman" w:hAnsi="Times New Roman" w:cs="Times New Roman"/>
          <w:lang w:val="ru-RU"/>
        </w:rPr>
      </w:pPr>
      <w:r w:rsidRPr="008273AB">
        <w:rPr>
          <w:rFonts w:ascii="Times New Roman" w:eastAsia="Times New Roman" w:hAnsi="Times New Roman" w:cs="Times New Roman"/>
          <w:color w:val="000000"/>
          <w:sz w:val="24"/>
          <w:lang w:val="ru-RU"/>
        </w:rPr>
        <w:t>—   готовность к участию в гуманитарной деятельности (волонтерство; помощь людям, нуждающимся в ней).</w:t>
      </w:r>
    </w:p>
    <w:p w:rsidR="008B3471" w:rsidRPr="008273AB" w:rsidRDefault="001C478F">
      <w:pPr>
        <w:autoSpaceDE w:val="0"/>
        <w:autoSpaceDN w:val="0"/>
        <w:spacing w:before="298" w:after="0" w:line="230" w:lineRule="auto"/>
        <w:ind w:left="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Патриотического воспитания:</w:t>
      </w:r>
    </w:p>
    <w:p w:rsidR="008B3471" w:rsidRPr="008273AB" w:rsidRDefault="001C478F">
      <w:pPr>
        <w:autoSpaceDE w:val="0"/>
        <w:autoSpaceDN w:val="0"/>
        <w:spacing w:before="178" w:after="0"/>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осознание российской гражданской идентичности в поликультурном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произведений русской и зарубежной литературы, а также литератур народов РФ;</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B3471" w:rsidRPr="008273AB" w:rsidRDefault="008B3471">
      <w:pPr>
        <w:rPr>
          <w:rFonts w:ascii="Times New Roman" w:hAnsi="Times New Roman" w:cs="Times New Roman"/>
          <w:lang w:val="ru-RU"/>
        </w:rPr>
        <w:sectPr w:rsidR="008B3471" w:rsidRPr="008273AB">
          <w:pgSz w:w="11900" w:h="16840"/>
          <w:pgMar w:top="298" w:right="650" w:bottom="500" w:left="666" w:header="720" w:footer="720" w:gutter="0"/>
          <w:cols w:space="720" w:equalWidth="0">
            <w:col w:w="10584" w:space="0"/>
          </w:cols>
          <w:docGrid w:linePitch="360"/>
        </w:sectPr>
      </w:pPr>
    </w:p>
    <w:p w:rsidR="008B3471" w:rsidRPr="008273AB" w:rsidRDefault="008B3471">
      <w:pPr>
        <w:autoSpaceDE w:val="0"/>
        <w:autoSpaceDN w:val="0"/>
        <w:spacing w:after="108" w:line="220" w:lineRule="exact"/>
        <w:rPr>
          <w:rFonts w:ascii="Times New Roman" w:hAnsi="Times New Roman" w:cs="Times New Roman"/>
          <w:lang w:val="ru-RU"/>
        </w:rPr>
      </w:pPr>
    </w:p>
    <w:p w:rsidR="008B3471" w:rsidRPr="008273AB" w:rsidRDefault="001C478F">
      <w:pPr>
        <w:autoSpaceDE w:val="0"/>
        <w:autoSpaceDN w:val="0"/>
        <w:spacing w:after="0" w:line="271" w:lineRule="auto"/>
        <w:ind w:left="240" w:right="454"/>
        <w:jc w:val="both"/>
        <w:rPr>
          <w:rFonts w:ascii="Times New Roman" w:hAnsi="Times New Roman" w:cs="Times New Roman"/>
          <w:lang w:val="ru-RU"/>
        </w:rPr>
      </w:pPr>
      <w:r w:rsidRPr="008273AB">
        <w:rPr>
          <w:rFonts w:ascii="Times New Roman" w:eastAsia="Times New Roman" w:hAnsi="Times New Roman" w:cs="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B3471" w:rsidRPr="008273AB" w:rsidRDefault="001C478F">
      <w:pPr>
        <w:autoSpaceDE w:val="0"/>
        <w:autoSpaceDN w:val="0"/>
        <w:spacing w:before="298"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Духовно-нравственного воспитания:</w:t>
      </w:r>
    </w:p>
    <w:p w:rsidR="008B3471" w:rsidRPr="008273AB" w:rsidRDefault="001C478F">
      <w:pPr>
        <w:autoSpaceDE w:val="0"/>
        <w:autoSpaceDN w:val="0"/>
        <w:spacing w:before="178" w:after="0" w:line="262"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B3471" w:rsidRPr="008273AB" w:rsidRDefault="001C478F">
      <w:pPr>
        <w:autoSpaceDE w:val="0"/>
        <w:autoSpaceDN w:val="0"/>
        <w:spacing w:before="190" w:after="0" w:line="262"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B3471" w:rsidRPr="008273AB" w:rsidRDefault="001C478F">
      <w:pPr>
        <w:autoSpaceDE w:val="0"/>
        <w:autoSpaceDN w:val="0"/>
        <w:spacing w:before="192" w:after="0" w:line="262"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8B3471" w:rsidRPr="008273AB" w:rsidRDefault="001C478F">
      <w:pPr>
        <w:autoSpaceDE w:val="0"/>
        <w:autoSpaceDN w:val="0"/>
        <w:spacing w:before="298"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Эстетического воспитания:</w:t>
      </w:r>
    </w:p>
    <w:p w:rsidR="008B3471" w:rsidRPr="008273AB" w:rsidRDefault="001C478F">
      <w:pPr>
        <w:autoSpaceDE w:val="0"/>
        <w:autoSpaceDN w:val="0"/>
        <w:spacing w:before="178" w:after="0" w:line="271" w:lineRule="auto"/>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B3471" w:rsidRPr="008273AB" w:rsidRDefault="001C478F">
      <w:pPr>
        <w:autoSpaceDE w:val="0"/>
        <w:autoSpaceDN w:val="0"/>
        <w:spacing w:before="190"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осознание важности художественной литературы и культуры как средства коммуникации и самовыражения;</w:t>
      </w:r>
    </w:p>
    <w:p w:rsidR="008B3471" w:rsidRPr="008273AB" w:rsidRDefault="001C478F">
      <w:pPr>
        <w:autoSpaceDE w:val="0"/>
        <w:autoSpaceDN w:val="0"/>
        <w:spacing w:before="190" w:after="0" w:line="262" w:lineRule="auto"/>
        <w:ind w:left="24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стремление к самовыражению в разных видах искусства.</w:t>
      </w:r>
    </w:p>
    <w:p w:rsidR="008B3471" w:rsidRPr="008273AB" w:rsidRDefault="001C478F">
      <w:pPr>
        <w:autoSpaceDE w:val="0"/>
        <w:autoSpaceDN w:val="0"/>
        <w:spacing w:before="298" w:after="0" w:line="230" w:lineRule="auto"/>
        <w:jc w:val="center"/>
        <w:rPr>
          <w:rFonts w:ascii="Times New Roman" w:hAnsi="Times New Roman" w:cs="Times New Roman"/>
          <w:lang w:val="ru-RU"/>
        </w:rPr>
      </w:pPr>
      <w:r w:rsidRPr="008273AB">
        <w:rPr>
          <w:rFonts w:ascii="Times New Roman" w:eastAsia="Times New Roman" w:hAnsi="Times New Roman" w:cs="Times New Roman"/>
          <w:b/>
          <w:color w:val="000000"/>
          <w:sz w:val="24"/>
          <w:lang w:val="ru-RU"/>
        </w:rPr>
        <w:t>Физического воспитания, формирования культуры здоровья и эмоционального благополучия:</w:t>
      </w:r>
    </w:p>
    <w:p w:rsidR="008B3471" w:rsidRPr="008273AB" w:rsidRDefault="001C478F">
      <w:pPr>
        <w:autoSpaceDE w:val="0"/>
        <w:autoSpaceDN w:val="0"/>
        <w:spacing w:before="178"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осознание ценности жизни с опорой на собственный жизненный и читательский опыт; </w:t>
      </w:r>
    </w:p>
    <w:p w:rsidR="008B3471" w:rsidRPr="008273AB" w:rsidRDefault="001C478F">
      <w:pPr>
        <w:autoSpaceDE w:val="0"/>
        <w:autoSpaceDN w:val="0"/>
        <w:spacing w:before="190" w:after="0" w:line="271"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B3471" w:rsidRPr="008273AB" w:rsidRDefault="001C478F">
      <w:pPr>
        <w:autoSpaceDE w:val="0"/>
        <w:autoSpaceDN w:val="0"/>
        <w:spacing w:before="190" w:after="0" w:line="278"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B3471" w:rsidRPr="008273AB" w:rsidRDefault="001C478F">
      <w:pPr>
        <w:autoSpaceDE w:val="0"/>
        <w:autoSpaceDN w:val="0"/>
        <w:spacing w:before="190"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способность адаптироваться к стрессовым ситуациям и меняющимся социальным,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информационным и природным условиям, в том числе осмысляя собственный опыт и выстраивая дальнейшие цели;</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умение принимать себя и других, не осуждая;</w:t>
      </w:r>
    </w:p>
    <w:p w:rsidR="008B3471" w:rsidRPr="008273AB" w:rsidRDefault="001C478F">
      <w:pPr>
        <w:autoSpaceDE w:val="0"/>
        <w:autoSpaceDN w:val="0"/>
        <w:spacing w:before="190" w:after="0" w:line="262" w:lineRule="auto"/>
        <w:ind w:left="240" w:right="1008"/>
        <w:rPr>
          <w:rFonts w:ascii="Times New Roman" w:hAnsi="Times New Roman" w:cs="Times New Roman"/>
          <w:lang w:val="ru-RU"/>
        </w:rPr>
      </w:pPr>
      <w:r w:rsidRPr="008273AB">
        <w:rPr>
          <w:rFonts w:ascii="Times New Roman" w:eastAsia="Times New Roman" w:hAnsi="Times New Roman" w:cs="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уметь управлять собственным эмоциональным состоянием;</w:t>
      </w:r>
    </w:p>
    <w:p w:rsidR="008B3471" w:rsidRPr="008273AB" w:rsidRDefault="001C478F">
      <w:pPr>
        <w:autoSpaceDE w:val="0"/>
        <w:autoSpaceDN w:val="0"/>
        <w:spacing w:before="190"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B3471" w:rsidRPr="008273AB" w:rsidRDefault="001C478F">
      <w:pPr>
        <w:autoSpaceDE w:val="0"/>
        <w:autoSpaceDN w:val="0"/>
        <w:spacing w:before="298"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Трудового воспитания:</w:t>
      </w:r>
    </w:p>
    <w:p w:rsidR="008B3471" w:rsidRPr="008273AB" w:rsidRDefault="008B3471">
      <w:pPr>
        <w:rPr>
          <w:rFonts w:ascii="Times New Roman" w:hAnsi="Times New Roman" w:cs="Times New Roman"/>
          <w:lang w:val="ru-RU"/>
        </w:rPr>
        <w:sectPr w:rsidR="008B3471" w:rsidRPr="008273AB">
          <w:pgSz w:w="11900" w:h="16840"/>
          <w:pgMar w:top="328" w:right="648" w:bottom="402" w:left="846" w:header="720" w:footer="720" w:gutter="0"/>
          <w:cols w:space="720" w:equalWidth="0">
            <w:col w:w="10406" w:space="0"/>
          </w:cols>
          <w:docGrid w:linePitch="360"/>
        </w:sectPr>
      </w:pPr>
    </w:p>
    <w:p w:rsidR="008B3471" w:rsidRPr="008273AB" w:rsidRDefault="008B3471">
      <w:pPr>
        <w:autoSpaceDE w:val="0"/>
        <w:autoSpaceDN w:val="0"/>
        <w:spacing w:after="132" w:line="220" w:lineRule="exact"/>
        <w:rPr>
          <w:rFonts w:ascii="Times New Roman" w:hAnsi="Times New Roman" w:cs="Times New Roman"/>
          <w:lang w:val="ru-RU"/>
        </w:rPr>
      </w:pPr>
    </w:p>
    <w:p w:rsidR="008B3471" w:rsidRPr="008273AB" w:rsidRDefault="001C478F">
      <w:pPr>
        <w:autoSpaceDE w:val="0"/>
        <w:autoSpaceDN w:val="0"/>
        <w:spacing w:after="0" w:line="271" w:lineRule="auto"/>
        <w:ind w:left="42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B3471" w:rsidRPr="008273AB" w:rsidRDefault="001C478F">
      <w:pPr>
        <w:autoSpaceDE w:val="0"/>
        <w:autoSpaceDN w:val="0"/>
        <w:spacing w:before="190" w:after="0" w:line="271"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B3471" w:rsidRPr="008273AB" w:rsidRDefault="001C478F">
      <w:pPr>
        <w:autoSpaceDE w:val="0"/>
        <w:autoSpaceDN w:val="0"/>
        <w:spacing w:before="190" w:after="0" w:line="262"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8B3471" w:rsidRPr="008273AB" w:rsidRDefault="001C478F">
      <w:pPr>
        <w:autoSpaceDE w:val="0"/>
        <w:autoSpaceDN w:val="0"/>
        <w:spacing w:before="192"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готовность адаптироваться в профессиональной среде; </w:t>
      </w:r>
    </w:p>
    <w:p w:rsidR="008B3471" w:rsidRPr="008273AB" w:rsidRDefault="001C478F">
      <w:pPr>
        <w:autoSpaceDE w:val="0"/>
        <w:autoSpaceDN w:val="0"/>
        <w:spacing w:before="192" w:after="0" w:line="262" w:lineRule="auto"/>
        <w:ind w:left="420" w:right="115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8B3471" w:rsidRPr="008273AB" w:rsidRDefault="001C478F">
      <w:pPr>
        <w:autoSpaceDE w:val="0"/>
        <w:autoSpaceDN w:val="0"/>
        <w:spacing w:before="190" w:after="0" w:line="262"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B3471" w:rsidRPr="008273AB" w:rsidRDefault="001C478F">
      <w:pPr>
        <w:autoSpaceDE w:val="0"/>
        <w:autoSpaceDN w:val="0"/>
        <w:spacing w:before="298" w:after="0" w:line="230" w:lineRule="auto"/>
        <w:ind w:left="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Экологического воспитания:</w:t>
      </w:r>
    </w:p>
    <w:p w:rsidR="008B3471" w:rsidRPr="008273AB" w:rsidRDefault="001C478F">
      <w:pPr>
        <w:autoSpaceDE w:val="0"/>
        <w:autoSpaceDN w:val="0"/>
        <w:spacing w:before="178" w:after="0" w:line="271"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B3471" w:rsidRPr="008273AB" w:rsidRDefault="001C478F">
      <w:pPr>
        <w:autoSpaceDE w:val="0"/>
        <w:autoSpaceDN w:val="0"/>
        <w:spacing w:before="190" w:after="0" w:line="262"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8B3471" w:rsidRPr="008273AB" w:rsidRDefault="001C478F">
      <w:pPr>
        <w:autoSpaceDE w:val="0"/>
        <w:autoSpaceDN w:val="0"/>
        <w:spacing w:before="190" w:after="0" w:line="271" w:lineRule="auto"/>
        <w:ind w:left="420" w:right="129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B3471" w:rsidRPr="008273AB" w:rsidRDefault="001C478F">
      <w:pPr>
        <w:autoSpaceDE w:val="0"/>
        <w:autoSpaceDN w:val="0"/>
        <w:spacing w:before="190" w:after="0" w:line="262"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готовность к участию в практической деятельности экологической направленности.</w:t>
      </w:r>
    </w:p>
    <w:p w:rsidR="008B3471" w:rsidRPr="008273AB" w:rsidRDefault="001C478F">
      <w:pPr>
        <w:autoSpaceDE w:val="0"/>
        <w:autoSpaceDN w:val="0"/>
        <w:spacing w:before="298" w:after="0" w:line="230" w:lineRule="auto"/>
        <w:ind w:left="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Ценности научного познания:</w:t>
      </w:r>
    </w:p>
    <w:p w:rsidR="008B3471" w:rsidRPr="008273AB" w:rsidRDefault="001C478F">
      <w:pPr>
        <w:autoSpaceDE w:val="0"/>
        <w:autoSpaceDN w:val="0"/>
        <w:spacing w:before="180" w:after="0"/>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овладение языковой и читательской культурой как средством познания мира; </w:t>
      </w:r>
    </w:p>
    <w:p w:rsidR="008B3471" w:rsidRPr="008273AB" w:rsidRDefault="001C478F">
      <w:pPr>
        <w:autoSpaceDE w:val="0"/>
        <w:autoSpaceDN w:val="0"/>
        <w:spacing w:before="190" w:after="0" w:line="262" w:lineRule="auto"/>
        <w:ind w:left="42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8B3471" w:rsidRPr="008273AB" w:rsidRDefault="001C478F">
      <w:pPr>
        <w:autoSpaceDE w:val="0"/>
        <w:autoSpaceDN w:val="0"/>
        <w:spacing w:before="190" w:after="0" w:line="262"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B3471" w:rsidRPr="008273AB" w:rsidRDefault="001C478F">
      <w:pPr>
        <w:tabs>
          <w:tab w:val="left" w:pos="180"/>
        </w:tabs>
        <w:autoSpaceDE w:val="0"/>
        <w:autoSpaceDN w:val="0"/>
        <w:spacing w:before="178" w:after="0" w:line="262" w:lineRule="auto"/>
        <w:ind w:right="720"/>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b/>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8B3471" w:rsidRPr="008273AB" w:rsidRDefault="001C478F">
      <w:pPr>
        <w:autoSpaceDE w:val="0"/>
        <w:autoSpaceDN w:val="0"/>
        <w:spacing w:before="178" w:after="0" w:line="262"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8B3471" w:rsidRPr="008273AB" w:rsidRDefault="008B3471">
      <w:pPr>
        <w:rPr>
          <w:rFonts w:ascii="Times New Roman" w:hAnsi="Times New Roman" w:cs="Times New Roman"/>
          <w:lang w:val="ru-RU"/>
        </w:rPr>
        <w:sectPr w:rsidR="008B3471" w:rsidRPr="008273AB">
          <w:pgSz w:w="11900" w:h="16840"/>
          <w:pgMar w:top="352" w:right="772" w:bottom="384" w:left="666" w:header="720" w:footer="720" w:gutter="0"/>
          <w:cols w:space="720" w:equalWidth="0">
            <w:col w:w="10462"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71"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изучение и оценка социальных ролей персонажей литературных произведений;</w:t>
      </w:r>
    </w:p>
    <w:p w:rsidR="008B3471" w:rsidRPr="008273AB" w:rsidRDefault="001C478F">
      <w:pPr>
        <w:autoSpaceDE w:val="0"/>
        <w:autoSpaceDN w:val="0"/>
        <w:spacing w:before="190" w:after="0" w:line="262"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потребность во взаимодействии в условиях неопределённости, открытость опыту и знаниям других; </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B3471" w:rsidRPr="008273AB" w:rsidRDefault="001C478F">
      <w:pPr>
        <w:autoSpaceDE w:val="0"/>
        <w:autoSpaceDN w:val="0"/>
        <w:spacing w:before="192" w:after="0"/>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B3471" w:rsidRPr="008273AB" w:rsidRDefault="001C478F">
      <w:pPr>
        <w:autoSpaceDE w:val="0"/>
        <w:autoSpaceDN w:val="0"/>
        <w:spacing w:before="190" w:after="0" w:line="262" w:lineRule="auto"/>
        <w:ind w:left="42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анализировать и выявлять взаимосвязи природы, общества и экономики; </w:t>
      </w:r>
    </w:p>
    <w:p w:rsidR="008B3471" w:rsidRPr="008273AB" w:rsidRDefault="001C478F">
      <w:pPr>
        <w:autoSpaceDE w:val="0"/>
        <w:autoSpaceDN w:val="0"/>
        <w:spacing w:before="190" w:after="0" w:line="262"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8B3471" w:rsidRPr="008273AB" w:rsidRDefault="001C478F">
      <w:pPr>
        <w:autoSpaceDE w:val="0"/>
        <w:autoSpaceDN w:val="0"/>
        <w:spacing w:before="190" w:after="0" w:line="262"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воспринимать стрессовую ситуацию как вызов, требующий контрмер;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оценивать ситуацию стресса, корректировать принимаемые решения и действия; </w:t>
      </w:r>
    </w:p>
    <w:p w:rsidR="008B3471" w:rsidRPr="008273AB" w:rsidRDefault="001C478F">
      <w:pPr>
        <w:autoSpaceDE w:val="0"/>
        <w:autoSpaceDN w:val="0"/>
        <w:spacing w:before="190" w:after="0" w:line="262" w:lineRule="auto"/>
        <w:ind w:left="42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формулировать и оценивать риски и последствия, формировать опыт, уметь находить позитивное в произошедшей ситуации; </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быть готовым действовать в отсутствии гарантий успеха.</w:t>
      </w:r>
    </w:p>
    <w:p w:rsidR="008B3471" w:rsidRPr="008273AB" w:rsidRDefault="00CA35E1">
      <w:pPr>
        <w:autoSpaceDE w:val="0"/>
        <w:autoSpaceDN w:val="0"/>
        <w:spacing w:before="32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2. </w:t>
      </w:r>
      <w:r w:rsidR="001C478F" w:rsidRPr="008273AB">
        <w:rPr>
          <w:rFonts w:ascii="Times New Roman" w:eastAsia="Times New Roman" w:hAnsi="Times New Roman" w:cs="Times New Roman"/>
          <w:b/>
          <w:color w:val="000000"/>
          <w:sz w:val="24"/>
          <w:lang w:val="ru-RU"/>
        </w:rPr>
        <w:t>МЕТАПРЕДМЕТНЫЕ РЕЗУЛЬТАТЫ</w:t>
      </w:r>
    </w:p>
    <w:p w:rsidR="008B3471" w:rsidRPr="008273AB" w:rsidRDefault="001C478F">
      <w:pPr>
        <w:autoSpaceDE w:val="0"/>
        <w:autoSpaceDN w:val="0"/>
        <w:spacing w:before="168" w:after="0" w:line="230" w:lineRule="auto"/>
        <w:ind w:left="180"/>
        <w:rPr>
          <w:rFonts w:ascii="Times New Roman" w:hAnsi="Times New Roman" w:cs="Times New Roman"/>
          <w:lang w:val="ru-RU"/>
        </w:rPr>
      </w:pPr>
      <w:r w:rsidRPr="008273AB">
        <w:rPr>
          <w:rFonts w:ascii="Times New Roman" w:eastAsia="Times New Roman" w:hAnsi="Times New Roman" w:cs="Times New Roman"/>
          <w:color w:val="000000"/>
          <w:sz w:val="24"/>
          <w:lang w:val="ru-RU"/>
        </w:rPr>
        <w:t>К концу обучения у обучающегося формируются следующие универсальные учебные действия.</w:t>
      </w:r>
    </w:p>
    <w:p w:rsidR="008B3471" w:rsidRPr="008273AB" w:rsidRDefault="001C478F">
      <w:pPr>
        <w:autoSpaceDE w:val="0"/>
        <w:autoSpaceDN w:val="0"/>
        <w:spacing w:before="192" w:after="0" w:line="230" w:lineRule="auto"/>
        <w:ind w:left="180"/>
        <w:rPr>
          <w:rFonts w:ascii="Times New Roman" w:hAnsi="Times New Roman" w:cs="Times New Roman"/>
          <w:lang w:val="ru-RU"/>
        </w:rPr>
      </w:pPr>
      <w:r w:rsidRPr="008273AB">
        <w:rPr>
          <w:rFonts w:ascii="Times New Roman" w:eastAsia="Times New Roman" w:hAnsi="Times New Roman" w:cs="Times New Roman"/>
          <w:b/>
          <w:i/>
          <w:color w:val="000000"/>
          <w:sz w:val="24"/>
          <w:lang w:val="ru-RU"/>
        </w:rPr>
        <w:t>Универсальные учебные познавательные действия:</w:t>
      </w:r>
    </w:p>
    <w:p w:rsidR="008B3471" w:rsidRPr="008273AB" w:rsidRDefault="001C478F">
      <w:pPr>
        <w:autoSpaceDE w:val="0"/>
        <w:autoSpaceDN w:val="0"/>
        <w:spacing w:before="190" w:after="0" w:line="230" w:lineRule="auto"/>
        <w:ind w:left="180"/>
        <w:rPr>
          <w:rFonts w:ascii="Times New Roman" w:hAnsi="Times New Roman" w:cs="Times New Roman"/>
          <w:lang w:val="ru-RU"/>
        </w:rPr>
      </w:pPr>
      <w:r w:rsidRPr="008273AB">
        <w:rPr>
          <w:rFonts w:ascii="Times New Roman" w:eastAsia="Times New Roman" w:hAnsi="Times New Roman" w:cs="Times New Roman"/>
          <w:b/>
          <w:color w:val="000000"/>
          <w:sz w:val="24"/>
          <w:lang w:val="ru-RU"/>
        </w:rPr>
        <w:t>1) Базовые логические действия:</w:t>
      </w:r>
    </w:p>
    <w:p w:rsidR="008B3471" w:rsidRPr="008273AB" w:rsidRDefault="001C478F">
      <w:pPr>
        <w:autoSpaceDE w:val="0"/>
        <w:autoSpaceDN w:val="0"/>
        <w:spacing w:before="178"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B3471" w:rsidRPr="008273AB" w:rsidRDefault="001C478F">
      <w:pPr>
        <w:autoSpaceDE w:val="0"/>
        <w:autoSpaceDN w:val="0"/>
        <w:spacing w:before="190" w:after="0" w:line="271"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B3471" w:rsidRPr="008273AB" w:rsidRDefault="001C478F">
      <w:pPr>
        <w:autoSpaceDE w:val="0"/>
        <w:autoSpaceDN w:val="0"/>
        <w:spacing w:before="190" w:after="0" w:line="262"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8B3471" w:rsidRPr="008273AB" w:rsidRDefault="001C478F">
      <w:pPr>
        <w:autoSpaceDE w:val="0"/>
        <w:autoSpaceDN w:val="0"/>
        <w:spacing w:before="190" w:after="0" w:line="262"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предлагать критерии для выявления закономерностей и противоречий с учётом учебной задачи;</w:t>
      </w:r>
    </w:p>
    <w:p w:rsidR="008B3471" w:rsidRPr="008273AB" w:rsidRDefault="008B3471">
      <w:pPr>
        <w:rPr>
          <w:rFonts w:ascii="Times New Roman" w:hAnsi="Times New Roman" w:cs="Times New Roman"/>
          <w:lang w:val="ru-RU"/>
        </w:rPr>
        <w:sectPr w:rsidR="008B3471" w:rsidRPr="008273AB">
          <w:pgSz w:w="11900" w:h="16840"/>
          <w:pgMar w:top="286" w:right="768" w:bottom="368" w:left="666" w:header="720" w:footer="720" w:gutter="0"/>
          <w:cols w:space="720" w:equalWidth="0">
            <w:col w:w="10466"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1C478F">
      <w:pPr>
        <w:autoSpaceDE w:val="0"/>
        <w:autoSpaceDN w:val="0"/>
        <w:spacing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дефициты информации, данных, необходимых для решения поставленной учебной задачи;</w:t>
      </w:r>
    </w:p>
    <w:p w:rsidR="008B3471" w:rsidRPr="008273AB" w:rsidRDefault="001C478F">
      <w:pPr>
        <w:autoSpaceDE w:val="0"/>
        <w:autoSpaceDN w:val="0"/>
        <w:spacing w:before="190" w:after="0" w:line="230" w:lineRule="auto"/>
        <w:jc w:val="center"/>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причинно-следственные связи при изучении литературных явлений и процессов;</w:t>
      </w:r>
    </w:p>
    <w:p w:rsidR="008B3471" w:rsidRPr="008273AB" w:rsidRDefault="001C478F">
      <w:pPr>
        <w:autoSpaceDE w:val="0"/>
        <w:autoSpaceDN w:val="0"/>
        <w:spacing w:before="190" w:after="0" w:line="262" w:lineRule="auto"/>
        <w:ind w:left="240" w:right="1296"/>
        <w:rPr>
          <w:rFonts w:ascii="Times New Roman" w:hAnsi="Times New Roman" w:cs="Times New Roman"/>
          <w:lang w:val="ru-RU"/>
        </w:rPr>
      </w:pPr>
      <w:r w:rsidRPr="008273AB">
        <w:rPr>
          <w:rFonts w:ascii="Times New Roman" w:eastAsia="Times New Roman" w:hAnsi="Times New Roman" w:cs="Times New Roman"/>
          <w:color w:val="000000"/>
          <w:sz w:val="24"/>
          <w:lang w:val="ru-RU"/>
        </w:rPr>
        <w:t>—  делать выводы с использованием дедуктивных и индуктивных умозаключений, умозаключений по аналогии;</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формулировать гипотезы об их взаимосвязях;</w:t>
      </w:r>
    </w:p>
    <w:p w:rsidR="008B3471" w:rsidRPr="008273AB" w:rsidRDefault="001C478F">
      <w:pPr>
        <w:autoSpaceDE w:val="0"/>
        <w:autoSpaceDN w:val="0"/>
        <w:spacing w:before="190" w:after="0" w:line="271"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B3471" w:rsidRPr="008273AB" w:rsidRDefault="001C478F">
      <w:pPr>
        <w:autoSpaceDE w:val="0"/>
        <w:autoSpaceDN w:val="0"/>
        <w:spacing w:before="18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2) Базовые исследовательские действия:</w:t>
      </w:r>
    </w:p>
    <w:p w:rsidR="008B3471" w:rsidRPr="008273AB" w:rsidRDefault="001C478F">
      <w:pPr>
        <w:autoSpaceDE w:val="0"/>
        <w:autoSpaceDN w:val="0"/>
        <w:spacing w:before="180"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B3471" w:rsidRPr="008273AB" w:rsidRDefault="001C478F">
      <w:pPr>
        <w:autoSpaceDE w:val="0"/>
        <w:autoSpaceDN w:val="0"/>
        <w:spacing w:before="190" w:after="0" w:line="262" w:lineRule="auto"/>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использовать вопросы как исследовательский инструмент познания в литературном образовании;</w:t>
      </w:r>
    </w:p>
    <w:p w:rsidR="008B3471" w:rsidRPr="008273AB" w:rsidRDefault="001C478F">
      <w:pPr>
        <w:autoSpaceDE w:val="0"/>
        <w:autoSpaceDN w:val="0"/>
        <w:spacing w:before="190" w:after="0" w:line="262" w:lineRule="auto"/>
        <w:ind w:left="240" w:right="1152"/>
        <w:rPr>
          <w:rFonts w:ascii="Times New Roman" w:hAnsi="Times New Roman" w:cs="Times New Roman"/>
          <w:lang w:val="ru-RU"/>
        </w:rPr>
      </w:pPr>
      <w:r w:rsidRPr="008273AB">
        <w:rPr>
          <w:rFonts w:ascii="Times New Roman" w:eastAsia="Times New Roman" w:hAnsi="Times New Roman" w:cs="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8B3471" w:rsidRPr="008273AB" w:rsidRDefault="001C478F">
      <w:pPr>
        <w:autoSpaceDE w:val="0"/>
        <w:autoSpaceDN w:val="0"/>
        <w:spacing w:before="190"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проводить по самостоятельно составленному плану небольшое исследование по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8B3471" w:rsidRPr="008273AB" w:rsidRDefault="001C478F">
      <w:pPr>
        <w:autoSpaceDE w:val="0"/>
        <w:autoSpaceDN w:val="0"/>
        <w:spacing w:before="190"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оценивать на применимость и достоверность информацию, полученную в ходе исследования (эксперимента);</w:t>
      </w:r>
    </w:p>
    <w:p w:rsidR="008B3471" w:rsidRPr="008273AB" w:rsidRDefault="001C478F">
      <w:pPr>
        <w:autoSpaceDE w:val="0"/>
        <w:autoSpaceDN w:val="0"/>
        <w:spacing w:before="190" w:after="0" w:line="262" w:lineRule="auto"/>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владеть инструментами оценки достоверности полученных выводов и обобщений;</w:t>
      </w:r>
    </w:p>
    <w:p w:rsidR="008B3471" w:rsidRPr="008273AB" w:rsidRDefault="001C478F">
      <w:pPr>
        <w:autoSpaceDE w:val="0"/>
        <w:autoSpaceDN w:val="0"/>
        <w:spacing w:before="190" w:after="0" w:line="271"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B3471" w:rsidRPr="008273AB" w:rsidRDefault="001C478F">
      <w:pPr>
        <w:autoSpaceDE w:val="0"/>
        <w:autoSpaceDN w:val="0"/>
        <w:spacing w:before="180"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3) Работа с информацией:</w:t>
      </w:r>
    </w:p>
    <w:p w:rsidR="008B3471" w:rsidRPr="008273AB" w:rsidRDefault="001C478F">
      <w:pPr>
        <w:autoSpaceDE w:val="0"/>
        <w:autoSpaceDN w:val="0"/>
        <w:spacing w:before="180" w:after="0" w:line="271"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B3471" w:rsidRPr="008273AB" w:rsidRDefault="001C478F">
      <w:pPr>
        <w:autoSpaceDE w:val="0"/>
        <w:autoSpaceDN w:val="0"/>
        <w:spacing w:before="190"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8B3471" w:rsidRPr="008273AB" w:rsidRDefault="001C478F">
      <w:pPr>
        <w:autoSpaceDE w:val="0"/>
        <w:autoSpaceDN w:val="0"/>
        <w:spacing w:before="190" w:after="0" w:line="262"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8B3471" w:rsidRPr="008273AB" w:rsidRDefault="001C478F">
      <w:pPr>
        <w:autoSpaceDE w:val="0"/>
        <w:autoSpaceDN w:val="0"/>
        <w:spacing w:before="190"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B3471" w:rsidRPr="008273AB" w:rsidRDefault="001C478F">
      <w:pPr>
        <w:autoSpaceDE w:val="0"/>
        <w:autoSpaceDN w:val="0"/>
        <w:spacing w:before="190"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8B3471" w:rsidRPr="008273AB" w:rsidRDefault="008B3471">
      <w:pPr>
        <w:rPr>
          <w:rFonts w:ascii="Times New Roman" w:hAnsi="Times New Roman" w:cs="Times New Roman"/>
          <w:lang w:val="ru-RU"/>
        </w:rPr>
        <w:sectPr w:rsidR="008B3471" w:rsidRPr="008273AB">
          <w:pgSz w:w="11900" w:h="16840"/>
          <w:pgMar w:top="298" w:right="858" w:bottom="318" w:left="846" w:header="720" w:footer="720" w:gutter="0"/>
          <w:cols w:space="720" w:equalWidth="0">
            <w:col w:w="10196" w:space="0"/>
          </w:cols>
          <w:docGrid w:linePitch="360"/>
        </w:sectPr>
      </w:pPr>
    </w:p>
    <w:p w:rsidR="008B3471" w:rsidRPr="008273AB" w:rsidRDefault="008B3471">
      <w:pPr>
        <w:autoSpaceDE w:val="0"/>
        <w:autoSpaceDN w:val="0"/>
        <w:spacing w:after="126" w:line="220" w:lineRule="exact"/>
        <w:rPr>
          <w:rFonts w:ascii="Times New Roman" w:hAnsi="Times New Roman" w:cs="Times New Roman"/>
          <w:lang w:val="ru-RU"/>
        </w:rPr>
      </w:pPr>
    </w:p>
    <w:p w:rsidR="008B3471" w:rsidRPr="008273AB" w:rsidRDefault="001C478F">
      <w:pPr>
        <w:autoSpaceDE w:val="0"/>
        <w:autoSpaceDN w:val="0"/>
        <w:spacing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эффективно запоминать и систематизировать эту информацию.</w:t>
      </w:r>
    </w:p>
    <w:p w:rsidR="008B3471" w:rsidRPr="008273AB" w:rsidRDefault="001C478F">
      <w:pPr>
        <w:autoSpaceDE w:val="0"/>
        <w:autoSpaceDN w:val="0"/>
        <w:spacing w:before="178" w:after="0" w:line="230" w:lineRule="auto"/>
        <w:rPr>
          <w:rFonts w:ascii="Times New Roman" w:hAnsi="Times New Roman" w:cs="Times New Roman"/>
          <w:lang w:val="ru-RU"/>
        </w:rPr>
      </w:pPr>
      <w:r w:rsidRPr="008273AB">
        <w:rPr>
          <w:rFonts w:ascii="Times New Roman" w:eastAsia="Times New Roman" w:hAnsi="Times New Roman" w:cs="Times New Roman"/>
          <w:b/>
          <w:i/>
          <w:color w:val="000000"/>
          <w:sz w:val="24"/>
          <w:lang w:val="ru-RU"/>
        </w:rPr>
        <w:t>Универсальные учебные коммуникативные действия:</w:t>
      </w:r>
    </w:p>
    <w:p w:rsidR="008B3471" w:rsidRPr="008273AB" w:rsidRDefault="001C478F">
      <w:pPr>
        <w:autoSpaceDE w:val="0"/>
        <w:autoSpaceDN w:val="0"/>
        <w:spacing w:before="19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i/>
          <w:color w:val="000000"/>
          <w:sz w:val="24"/>
          <w:lang w:val="ru-RU"/>
        </w:rPr>
        <w:t xml:space="preserve"> Общение</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78"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воспринимать и формулировать суждения, выражать эмоции в соответствии с условиями и целями общения;</w:t>
      </w:r>
    </w:p>
    <w:p w:rsidR="008B3471" w:rsidRPr="008273AB" w:rsidRDefault="001C478F">
      <w:pPr>
        <w:autoSpaceDE w:val="0"/>
        <w:autoSpaceDN w:val="0"/>
        <w:spacing w:before="190"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произведениях, и смягчать конфликты, вести переговоры;</w:t>
      </w:r>
    </w:p>
    <w:p w:rsidR="008B3471" w:rsidRPr="008273AB" w:rsidRDefault="001C478F">
      <w:pPr>
        <w:autoSpaceDE w:val="0"/>
        <w:autoSpaceDN w:val="0"/>
        <w:spacing w:before="192"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выражать себя (свою точку зрения) в устных и письменных текстах;</w:t>
      </w:r>
    </w:p>
    <w:p w:rsidR="008B3471" w:rsidRPr="008273AB" w:rsidRDefault="001C478F">
      <w:pPr>
        <w:autoSpaceDE w:val="0"/>
        <w:autoSpaceDN w:val="0"/>
        <w:spacing w:before="192" w:after="0" w:line="262"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8B3471" w:rsidRPr="008273AB" w:rsidRDefault="001C478F">
      <w:pPr>
        <w:autoSpaceDE w:val="0"/>
        <w:autoSpaceDN w:val="0"/>
        <w:spacing w:before="190"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B3471" w:rsidRPr="008273AB" w:rsidRDefault="001C478F">
      <w:pPr>
        <w:autoSpaceDE w:val="0"/>
        <w:autoSpaceDN w:val="0"/>
        <w:spacing w:before="190" w:after="0" w:line="262" w:lineRule="auto"/>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8B3471" w:rsidRPr="008273AB" w:rsidRDefault="001C478F">
      <w:pPr>
        <w:autoSpaceDE w:val="0"/>
        <w:autoSpaceDN w:val="0"/>
        <w:spacing w:before="190" w:after="0" w:line="262" w:lineRule="auto"/>
        <w:ind w:left="240" w:right="1440"/>
        <w:rPr>
          <w:rFonts w:ascii="Times New Roman" w:hAnsi="Times New Roman" w:cs="Times New Roman"/>
          <w:lang w:val="ru-RU"/>
        </w:rPr>
      </w:pPr>
      <w:r w:rsidRPr="008273AB">
        <w:rPr>
          <w:rFonts w:ascii="Times New Roman" w:eastAsia="Times New Roman" w:hAnsi="Times New Roman" w:cs="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8B3471" w:rsidRPr="008273AB" w:rsidRDefault="001C478F">
      <w:pPr>
        <w:autoSpaceDE w:val="0"/>
        <w:autoSpaceDN w:val="0"/>
        <w:spacing w:before="190" w:after="0" w:line="271"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B3471" w:rsidRPr="008273AB" w:rsidRDefault="001C478F">
      <w:pPr>
        <w:autoSpaceDE w:val="0"/>
        <w:autoSpaceDN w:val="0"/>
        <w:spacing w:before="178"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2) С</w:t>
      </w:r>
      <w:r w:rsidRPr="008273AB">
        <w:rPr>
          <w:rFonts w:ascii="Times New Roman" w:eastAsia="Times New Roman" w:hAnsi="Times New Roman" w:cs="Times New Roman"/>
          <w:i/>
          <w:color w:val="000000"/>
          <w:sz w:val="24"/>
          <w:lang w:val="ru-RU"/>
        </w:rPr>
        <w:t>овместная деятельность</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78" w:after="0"/>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B3471" w:rsidRPr="008273AB" w:rsidRDefault="001C478F">
      <w:pPr>
        <w:autoSpaceDE w:val="0"/>
        <w:autoSpaceDN w:val="0"/>
        <w:spacing w:before="192" w:after="0" w:line="271"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уметь обобщать мнения нескольких людей;</w:t>
      </w:r>
    </w:p>
    <w:p w:rsidR="008B3471" w:rsidRPr="008273AB" w:rsidRDefault="001C478F">
      <w:pPr>
        <w:autoSpaceDE w:val="0"/>
        <w:autoSpaceDN w:val="0"/>
        <w:spacing w:before="190" w:after="0" w:line="28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проявлять готовность руководить, выполнять поручения, подчиняться; планировать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(обсуждения, обмен мнений, «мозговые штурмы» и иные);</w:t>
      </w:r>
    </w:p>
    <w:p w:rsidR="008B3471" w:rsidRPr="008273AB" w:rsidRDefault="001C478F">
      <w:pPr>
        <w:autoSpaceDE w:val="0"/>
        <w:autoSpaceDN w:val="0"/>
        <w:spacing w:before="190"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B3471" w:rsidRPr="008273AB" w:rsidRDefault="001C478F">
      <w:pPr>
        <w:autoSpaceDE w:val="0"/>
        <w:autoSpaceDN w:val="0"/>
        <w:spacing w:before="190" w:after="0" w:line="271"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B3471" w:rsidRPr="008273AB" w:rsidRDefault="008B3471">
      <w:pPr>
        <w:rPr>
          <w:rFonts w:ascii="Times New Roman" w:hAnsi="Times New Roman" w:cs="Times New Roman"/>
          <w:lang w:val="ru-RU"/>
        </w:rPr>
        <w:sectPr w:rsidR="008B3471" w:rsidRPr="008273AB">
          <w:pgSz w:w="11900" w:h="16840"/>
          <w:pgMar w:top="346" w:right="728" w:bottom="392" w:left="846" w:header="720" w:footer="720" w:gutter="0"/>
          <w:cols w:space="720" w:equalWidth="0">
            <w:col w:w="10326" w:space="0"/>
          </w:cols>
          <w:docGrid w:linePitch="360"/>
        </w:sectPr>
      </w:pPr>
    </w:p>
    <w:p w:rsidR="008B3471" w:rsidRPr="008273AB" w:rsidRDefault="008B3471">
      <w:pPr>
        <w:autoSpaceDE w:val="0"/>
        <w:autoSpaceDN w:val="0"/>
        <w:spacing w:after="108" w:line="220" w:lineRule="exact"/>
        <w:rPr>
          <w:rFonts w:ascii="Times New Roman" w:hAnsi="Times New Roman" w:cs="Times New Roman"/>
          <w:lang w:val="ru-RU"/>
        </w:rPr>
      </w:pPr>
    </w:p>
    <w:p w:rsidR="008B3471" w:rsidRPr="008273AB" w:rsidRDefault="001C478F">
      <w:pPr>
        <w:autoSpaceDE w:val="0"/>
        <w:autoSpaceDN w:val="0"/>
        <w:spacing w:after="0" w:line="271"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B3471" w:rsidRPr="008273AB" w:rsidRDefault="001C478F">
      <w:pPr>
        <w:autoSpaceDE w:val="0"/>
        <w:autoSpaceDN w:val="0"/>
        <w:spacing w:before="190" w:after="0" w:line="262" w:lineRule="auto"/>
        <w:ind w:left="240"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8B3471" w:rsidRPr="008273AB" w:rsidRDefault="001C478F">
      <w:pPr>
        <w:autoSpaceDE w:val="0"/>
        <w:autoSpaceDN w:val="0"/>
        <w:spacing w:before="190" w:after="0" w:line="262" w:lineRule="auto"/>
        <w:ind w:left="240" w:right="144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8B3471" w:rsidRPr="008273AB" w:rsidRDefault="001C478F">
      <w:pPr>
        <w:autoSpaceDE w:val="0"/>
        <w:autoSpaceDN w:val="0"/>
        <w:spacing w:before="190" w:after="0" w:line="271"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B3471" w:rsidRPr="008273AB" w:rsidRDefault="001C478F">
      <w:pPr>
        <w:autoSpaceDE w:val="0"/>
        <w:autoSpaceDN w:val="0"/>
        <w:spacing w:before="192"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участниками взаимодействия на литературных занятиях;</w:t>
      </w:r>
    </w:p>
    <w:p w:rsidR="008B3471" w:rsidRPr="008273AB" w:rsidRDefault="001C478F">
      <w:pPr>
        <w:autoSpaceDE w:val="0"/>
        <w:autoSpaceDN w:val="0"/>
        <w:spacing w:before="190" w:after="0" w:line="271" w:lineRule="auto"/>
        <w:ind w:left="24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B3471" w:rsidRPr="008273AB" w:rsidRDefault="001C478F">
      <w:pPr>
        <w:autoSpaceDE w:val="0"/>
        <w:autoSpaceDN w:val="0"/>
        <w:spacing w:before="178" w:after="0" w:line="230" w:lineRule="auto"/>
        <w:rPr>
          <w:rFonts w:ascii="Times New Roman" w:hAnsi="Times New Roman" w:cs="Times New Roman"/>
          <w:lang w:val="ru-RU"/>
        </w:rPr>
      </w:pPr>
      <w:r w:rsidRPr="008273AB">
        <w:rPr>
          <w:rFonts w:ascii="Times New Roman" w:eastAsia="Times New Roman" w:hAnsi="Times New Roman" w:cs="Times New Roman"/>
          <w:b/>
          <w:i/>
          <w:color w:val="000000"/>
          <w:sz w:val="24"/>
          <w:lang w:val="ru-RU"/>
        </w:rPr>
        <w:t>Универсальные учебные регулятивные действия:</w:t>
      </w:r>
    </w:p>
    <w:p w:rsidR="008B3471" w:rsidRPr="008273AB" w:rsidRDefault="001C478F">
      <w:pPr>
        <w:autoSpaceDE w:val="0"/>
        <w:autoSpaceDN w:val="0"/>
        <w:spacing w:before="19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i/>
          <w:color w:val="000000"/>
          <w:sz w:val="24"/>
          <w:lang w:val="ru-RU"/>
        </w:rPr>
        <w:t xml:space="preserve"> Самоорганизация</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78" w:after="0" w:line="262"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8B3471" w:rsidRPr="008273AB" w:rsidRDefault="001C478F">
      <w:pPr>
        <w:autoSpaceDE w:val="0"/>
        <w:autoSpaceDN w:val="0"/>
        <w:spacing w:before="190" w:after="0" w:line="262" w:lineRule="auto"/>
        <w:ind w:left="24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8B3471" w:rsidRPr="008273AB" w:rsidRDefault="001C478F">
      <w:pPr>
        <w:autoSpaceDE w:val="0"/>
        <w:autoSpaceDN w:val="0"/>
        <w:spacing w:before="190" w:after="0" w:line="271"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B3471" w:rsidRPr="008273AB" w:rsidRDefault="001C478F">
      <w:pPr>
        <w:autoSpaceDE w:val="0"/>
        <w:autoSpaceDN w:val="0"/>
        <w:spacing w:before="190" w:after="0" w:line="271" w:lineRule="auto"/>
        <w:ind w:left="24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B3471" w:rsidRPr="008273AB" w:rsidRDefault="001C478F">
      <w:pPr>
        <w:autoSpaceDE w:val="0"/>
        <w:autoSpaceDN w:val="0"/>
        <w:spacing w:before="190" w:after="0" w:line="230"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делать выбор и брать ответственность за решение.</w:t>
      </w:r>
    </w:p>
    <w:p w:rsidR="008B3471" w:rsidRPr="008273AB" w:rsidRDefault="001C478F">
      <w:pPr>
        <w:autoSpaceDE w:val="0"/>
        <w:autoSpaceDN w:val="0"/>
        <w:spacing w:before="180"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2) С</w:t>
      </w:r>
      <w:r w:rsidRPr="008273AB">
        <w:rPr>
          <w:rFonts w:ascii="Times New Roman" w:eastAsia="Times New Roman" w:hAnsi="Times New Roman" w:cs="Times New Roman"/>
          <w:i/>
          <w:color w:val="000000"/>
          <w:sz w:val="24"/>
          <w:lang w:val="ru-RU"/>
        </w:rPr>
        <w:t>амоконтроль</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80" w:after="0" w:line="262"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B3471" w:rsidRPr="008273AB" w:rsidRDefault="001C478F">
      <w:pPr>
        <w:autoSpaceDE w:val="0"/>
        <w:autoSpaceDN w:val="0"/>
        <w:spacing w:before="190"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B3471" w:rsidRPr="008273AB" w:rsidRDefault="001C478F">
      <w:pPr>
        <w:autoSpaceDE w:val="0"/>
        <w:autoSpaceDN w:val="0"/>
        <w:spacing w:before="190" w:after="0" w:line="262" w:lineRule="auto"/>
        <w:ind w:left="24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B3471" w:rsidRPr="008273AB" w:rsidRDefault="001C478F">
      <w:pPr>
        <w:autoSpaceDE w:val="0"/>
        <w:autoSpaceDN w:val="0"/>
        <w:spacing w:before="190" w:after="0" w:line="271" w:lineRule="auto"/>
        <w:ind w:left="24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B3471" w:rsidRPr="008273AB" w:rsidRDefault="001C478F">
      <w:pPr>
        <w:autoSpaceDE w:val="0"/>
        <w:autoSpaceDN w:val="0"/>
        <w:spacing w:before="178"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3) </w:t>
      </w:r>
      <w:r w:rsidRPr="008273AB">
        <w:rPr>
          <w:rFonts w:ascii="Times New Roman" w:eastAsia="Times New Roman" w:hAnsi="Times New Roman" w:cs="Times New Roman"/>
          <w:i/>
          <w:color w:val="000000"/>
          <w:sz w:val="24"/>
          <w:lang w:val="ru-RU"/>
        </w:rPr>
        <w:t>Эмоциональный интеллект</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78" w:after="0" w:line="262" w:lineRule="auto"/>
        <w:ind w:left="240"/>
        <w:rPr>
          <w:rFonts w:ascii="Times New Roman" w:hAnsi="Times New Roman" w:cs="Times New Roman"/>
          <w:lang w:val="ru-RU"/>
        </w:rPr>
      </w:pPr>
      <w:r w:rsidRPr="008273AB">
        <w:rPr>
          <w:rFonts w:ascii="Times New Roman" w:eastAsia="Times New Roman" w:hAnsi="Times New Roman" w:cs="Times New Roman"/>
          <w:color w:val="000000"/>
          <w:sz w:val="24"/>
          <w:lang w:val="ru-RU"/>
        </w:rPr>
        <w:t>—  развивать способность различать и называть собственные эмоции, управлять ими и эмоциями других;</w:t>
      </w:r>
    </w:p>
    <w:p w:rsidR="008B3471" w:rsidRPr="008273AB" w:rsidRDefault="008B3471">
      <w:pPr>
        <w:rPr>
          <w:rFonts w:ascii="Times New Roman" w:hAnsi="Times New Roman" w:cs="Times New Roman"/>
          <w:lang w:val="ru-RU"/>
        </w:rPr>
        <w:sectPr w:rsidR="008B3471" w:rsidRPr="008273AB">
          <w:pgSz w:w="11900" w:h="16840"/>
          <w:pgMar w:top="328" w:right="720" w:bottom="302" w:left="846" w:header="720" w:footer="720" w:gutter="0"/>
          <w:cols w:space="720" w:equalWidth="0">
            <w:col w:w="10334" w:space="0"/>
          </w:cols>
          <w:docGrid w:linePitch="360"/>
        </w:sectPr>
      </w:pPr>
    </w:p>
    <w:p w:rsidR="008B3471" w:rsidRPr="008273AB" w:rsidRDefault="008B3471">
      <w:pPr>
        <w:autoSpaceDE w:val="0"/>
        <w:autoSpaceDN w:val="0"/>
        <w:spacing w:after="144" w:line="220" w:lineRule="exact"/>
        <w:rPr>
          <w:rFonts w:ascii="Times New Roman" w:hAnsi="Times New Roman" w:cs="Times New Roman"/>
          <w:lang w:val="ru-RU"/>
        </w:rPr>
      </w:pPr>
    </w:p>
    <w:p w:rsidR="008B3471" w:rsidRPr="008273AB" w:rsidRDefault="001C478F">
      <w:pPr>
        <w:autoSpaceDE w:val="0"/>
        <w:autoSpaceDN w:val="0"/>
        <w:spacing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и анализировать причины эмоций;</w:t>
      </w:r>
    </w:p>
    <w:p w:rsidR="008B3471" w:rsidRPr="008273AB" w:rsidRDefault="001C478F">
      <w:pPr>
        <w:autoSpaceDE w:val="0"/>
        <w:autoSpaceDN w:val="0"/>
        <w:spacing w:before="190" w:after="0" w:line="262"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регулировать способ выражения своих эмоций;</w:t>
      </w:r>
    </w:p>
    <w:p w:rsidR="008B3471" w:rsidRPr="008273AB" w:rsidRDefault="001C478F">
      <w:pPr>
        <w:autoSpaceDE w:val="0"/>
        <w:autoSpaceDN w:val="0"/>
        <w:spacing w:before="298" w:after="0" w:line="230" w:lineRule="auto"/>
        <w:ind w:left="180"/>
        <w:rPr>
          <w:rFonts w:ascii="Times New Roman" w:hAnsi="Times New Roman" w:cs="Times New Roman"/>
          <w:lang w:val="ru-RU"/>
        </w:rPr>
      </w:pPr>
      <w:r w:rsidRPr="008273AB">
        <w:rPr>
          <w:rFonts w:ascii="Times New Roman" w:eastAsia="Times New Roman" w:hAnsi="Times New Roman" w:cs="Times New Roman"/>
          <w:color w:val="000000"/>
          <w:sz w:val="24"/>
          <w:lang w:val="ru-RU"/>
        </w:rPr>
        <w:t>4)</w:t>
      </w:r>
      <w:r w:rsidRPr="008273AB">
        <w:rPr>
          <w:rFonts w:ascii="Times New Roman" w:eastAsia="Times New Roman" w:hAnsi="Times New Roman" w:cs="Times New Roman"/>
          <w:i/>
          <w:color w:val="000000"/>
          <w:sz w:val="24"/>
          <w:lang w:val="ru-RU"/>
        </w:rPr>
        <w:t xml:space="preserve"> Принятие себя и других</w:t>
      </w:r>
      <w:r w:rsidRPr="008273AB">
        <w:rPr>
          <w:rFonts w:ascii="Times New Roman" w:eastAsia="Times New Roman" w:hAnsi="Times New Roman" w:cs="Times New Roman"/>
          <w:color w:val="000000"/>
          <w:sz w:val="24"/>
          <w:lang w:val="ru-RU"/>
        </w:rPr>
        <w:t>:</w:t>
      </w:r>
    </w:p>
    <w:p w:rsidR="008B3471" w:rsidRPr="008273AB" w:rsidRDefault="001C478F">
      <w:pPr>
        <w:autoSpaceDE w:val="0"/>
        <w:autoSpaceDN w:val="0"/>
        <w:spacing w:before="178" w:after="0" w:line="262"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8B3471" w:rsidRPr="008273AB" w:rsidRDefault="001C478F">
      <w:pPr>
        <w:autoSpaceDE w:val="0"/>
        <w:autoSpaceDN w:val="0"/>
        <w:spacing w:before="192" w:after="0" w:line="262"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признавать своё право на ошибку и такое же право другого; принимать себя и других, не осуждая;</w:t>
      </w:r>
    </w:p>
    <w:p w:rsidR="008B3471" w:rsidRPr="008273AB" w:rsidRDefault="001C478F">
      <w:pPr>
        <w:autoSpaceDE w:val="0"/>
        <w:autoSpaceDN w:val="0"/>
        <w:spacing w:before="192"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проявлять открытость себе и другим;</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осознавать невозможность контролировать всё вокруг.</w:t>
      </w:r>
    </w:p>
    <w:p w:rsidR="008B3471" w:rsidRPr="008273AB" w:rsidRDefault="00CA35E1">
      <w:pPr>
        <w:autoSpaceDE w:val="0"/>
        <w:autoSpaceDN w:val="0"/>
        <w:spacing w:before="32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3. </w:t>
      </w:r>
      <w:r w:rsidR="001C478F" w:rsidRPr="008273AB">
        <w:rPr>
          <w:rFonts w:ascii="Times New Roman" w:eastAsia="Times New Roman" w:hAnsi="Times New Roman" w:cs="Times New Roman"/>
          <w:b/>
          <w:color w:val="000000"/>
          <w:sz w:val="24"/>
          <w:lang w:val="ru-RU"/>
        </w:rPr>
        <w:t>ПРЕДМЕТНЫЕ РЕЗУЛЬТАТЫ</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5 КЛАСС</w:t>
      </w:r>
    </w:p>
    <w:p w:rsidR="008B3471" w:rsidRPr="008273AB" w:rsidRDefault="001C478F">
      <w:pPr>
        <w:tabs>
          <w:tab w:val="left" w:pos="180"/>
        </w:tabs>
        <w:autoSpaceDE w:val="0"/>
        <w:autoSpaceDN w:val="0"/>
        <w:spacing w:before="166" w:after="0" w:line="281"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8B3471" w:rsidRPr="008273AB" w:rsidRDefault="001C478F">
      <w:pPr>
        <w:autoSpaceDE w:val="0"/>
        <w:autoSpaceDN w:val="0"/>
        <w:spacing w:before="178" w:after="0"/>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8B3471" w:rsidRPr="008273AB" w:rsidRDefault="001C478F">
      <w:pPr>
        <w:autoSpaceDE w:val="0"/>
        <w:autoSpaceDN w:val="0"/>
        <w:spacing w:before="190" w:after="0" w:line="283"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B3471" w:rsidRPr="008273AB" w:rsidRDefault="001C478F">
      <w:pPr>
        <w:autoSpaceDE w:val="0"/>
        <w:autoSpaceDN w:val="0"/>
        <w:spacing w:before="190"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темы и сюжеты произведений, образы персонажей;</w:t>
      </w:r>
    </w:p>
    <w:p w:rsidR="008B3471" w:rsidRPr="008273AB" w:rsidRDefault="001C478F">
      <w:pPr>
        <w:autoSpaceDE w:val="0"/>
        <w:autoSpaceDN w:val="0"/>
        <w:spacing w:before="190" w:after="0" w:line="271" w:lineRule="auto"/>
        <w:ind w:left="420" w:right="410"/>
        <w:jc w:val="both"/>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B3471" w:rsidRPr="008273AB" w:rsidRDefault="001C478F">
      <w:pPr>
        <w:tabs>
          <w:tab w:val="left" w:pos="180"/>
        </w:tabs>
        <w:autoSpaceDE w:val="0"/>
        <w:autoSpaceDN w:val="0"/>
        <w:spacing w:before="178" w:after="0" w:line="281"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индивидуальных особенностей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B3471" w:rsidRPr="008273AB" w:rsidRDefault="008B3471">
      <w:pPr>
        <w:rPr>
          <w:rFonts w:ascii="Times New Roman" w:hAnsi="Times New Roman" w:cs="Times New Roman"/>
          <w:lang w:val="ru-RU"/>
        </w:rPr>
        <w:sectPr w:rsidR="008B3471" w:rsidRPr="008273AB">
          <w:pgSz w:w="11900" w:h="16840"/>
          <w:pgMar w:top="364" w:right="684" w:bottom="342" w:left="666" w:header="720" w:footer="720" w:gutter="0"/>
          <w:cols w:space="720" w:equalWidth="0">
            <w:col w:w="10550"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1C478F">
      <w:pPr>
        <w:tabs>
          <w:tab w:val="left" w:pos="180"/>
        </w:tabs>
        <w:autoSpaceDE w:val="0"/>
        <w:autoSpaceDN w:val="0"/>
        <w:spacing w:after="0" w:line="288"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9) осознавать важность чтения и изучения произведений устного народного творчества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6 КЛАСС</w:t>
      </w:r>
    </w:p>
    <w:p w:rsidR="008B3471" w:rsidRPr="008273AB" w:rsidRDefault="001C478F">
      <w:pPr>
        <w:tabs>
          <w:tab w:val="left" w:pos="180"/>
        </w:tabs>
        <w:autoSpaceDE w:val="0"/>
        <w:autoSpaceDN w:val="0"/>
        <w:spacing w:before="166" w:after="0" w:line="286"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B3471" w:rsidRPr="008273AB" w:rsidRDefault="001C478F">
      <w:pPr>
        <w:autoSpaceDE w:val="0"/>
        <w:autoSpaceDN w:val="0"/>
        <w:spacing w:before="178" w:after="0" w:line="281"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B3471" w:rsidRPr="008273AB" w:rsidRDefault="001C478F">
      <w:pPr>
        <w:autoSpaceDE w:val="0"/>
        <w:autoSpaceDN w:val="0"/>
        <w:spacing w:before="192" w:after="0" w:line="286"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B3471" w:rsidRPr="008273AB" w:rsidRDefault="001C478F">
      <w:pPr>
        <w:autoSpaceDE w:val="0"/>
        <w:autoSpaceDN w:val="0"/>
        <w:spacing w:before="190" w:after="0" w:line="262"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выделять в произведениях элементы художественной формы и обнаруживать связи между ними;</w:t>
      </w:r>
    </w:p>
    <w:p w:rsidR="008B3471" w:rsidRPr="008273AB" w:rsidRDefault="001C478F">
      <w:pPr>
        <w:autoSpaceDE w:val="0"/>
        <w:autoSpaceDN w:val="0"/>
        <w:spacing w:before="190" w:after="0" w:line="262" w:lineRule="auto"/>
        <w:ind w:left="42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w:t>
      </w:r>
    </w:p>
    <w:p w:rsidR="008B3471" w:rsidRPr="008273AB" w:rsidRDefault="008B3471">
      <w:pPr>
        <w:rPr>
          <w:rFonts w:ascii="Times New Roman" w:hAnsi="Times New Roman" w:cs="Times New Roman"/>
          <w:lang w:val="ru-RU"/>
        </w:rPr>
        <w:sectPr w:rsidR="008B3471" w:rsidRPr="008273AB">
          <w:pgSz w:w="11900" w:h="16840"/>
          <w:pgMar w:top="298" w:right="770" w:bottom="384" w:left="666" w:header="720" w:footer="720" w:gutter="0"/>
          <w:cols w:space="720" w:equalWidth="0">
            <w:col w:w="1046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развития обучающихся);</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B3471" w:rsidRPr="008273AB" w:rsidRDefault="001C478F">
      <w:pPr>
        <w:tabs>
          <w:tab w:val="left" w:pos="180"/>
        </w:tabs>
        <w:autoSpaceDE w:val="0"/>
        <w:autoSpaceDN w:val="0"/>
        <w:spacing w:before="178" w:after="0" w:line="290"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6) участвовать в беседе и диалоге о прочитанном произведении, давать аргументированную оценку прочитанному;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9) осознавать важность чтения и изучения произведений устного народного творчества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11) развивать умения коллективной проектной или исследовательской деятельности под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руководством учителя и учиться публично представлять полученные результаты;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7 КЛАСС</w:t>
      </w:r>
    </w:p>
    <w:p w:rsidR="008B3471" w:rsidRPr="008273AB" w:rsidRDefault="001C478F">
      <w:pPr>
        <w:tabs>
          <w:tab w:val="left" w:pos="180"/>
        </w:tabs>
        <w:autoSpaceDE w:val="0"/>
        <w:autoSpaceDN w:val="0"/>
        <w:spacing w:before="166" w:after="0" w:line="286"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2) понимать специфику литературы как вида словесного искусства, выявлять отличия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художественного текста от текста научного, делового, публицистического;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B3471" w:rsidRPr="008273AB" w:rsidRDefault="001C478F">
      <w:pPr>
        <w:autoSpaceDE w:val="0"/>
        <w:autoSpaceDN w:val="0"/>
        <w:spacing w:before="178" w:after="0" w:line="283"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p>
    <w:p w:rsidR="008B3471" w:rsidRPr="008273AB" w:rsidRDefault="008B3471">
      <w:pPr>
        <w:rPr>
          <w:rFonts w:ascii="Times New Roman" w:hAnsi="Times New Roman" w:cs="Times New Roman"/>
          <w:lang w:val="ru-RU"/>
        </w:rPr>
        <w:sectPr w:rsidR="008B3471" w:rsidRPr="008273AB">
          <w:pgSz w:w="11900" w:h="16840"/>
          <w:pgMar w:top="286" w:right="704" w:bottom="296" w:left="666" w:header="720" w:footer="720" w:gutter="0"/>
          <w:cols w:space="720" w:equalWidth="0">
            <w:col w:w="10530" w:space="0"/>
          </w:cols>
          <w:docGrid w:linePitch="360"/>
        </w:sectPr>
      </w:pPr>
    </w:p>
    <w:p w:rsidR="008B3471" w:rsidRPr="008273AB" w:rsidRDefault="008B3471">
      <w:pPr>
        <w:autoSpaceDE w:val="0"/>
        <w:autoSpaceDN w:val="0"/>
        <w:spacing w:after="90" w:line="220" w:lineRule="exact"/>
        <w:rPr>
          <w:rFonts w:ascii="Times New Roman" w:hAnsi="Times New Roman" w:cs="Times New Roman"/>
          <w:lang w:val="ru-RU"/>
        </w:rPr>
      </w:pPr>
    </w:p>
    <w:p w:rsidR="008B3471" w:rsidRPr="008273AB" w:rsidRDefault="001C478F">
      <w:pPr>
        <w:autoSpaceDE w:val="0"/>
        <w:autoSpaceDN w:val="0"/>
        <w:spacing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B3471" w:rsidRPr="008273AB" w:rsidRDefault="001C478F">
      <w:pPr>
        <w:autoSpaceDE w:val="0"/>
        <w:autoSpaceDN w:val="0"/>
        <w:spacing w:before="190" w:after="0" w:line="288"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B3471" w:rsidRPr="008273AB" w:rsidRDefault="001C478F">
      <w:pPr>
        <w:autoSpaceDE w:val="0"/>
        <w:autoSpaceDN w:val="0"/>
        <w:spacing w:before="190" w:after="0" w:line="262"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выделять в произведениях элементы художественной формы и обнаруживать связи между ними;</w:t>
      </w:r>
    </w:p>
    <w:p w:rsidR="008B3471" w:rsidRPr="008273AB" w:rsidRDefault="001C478F">
      <w:pPr>
        <w:autoSpaceDE w:val="0"/>
        <w:autoSpaceDN w:val="0"/>
        <w:spacing w:before="190" w:after="0" w:line="271" w:lineRule="auto"/>
        <w:ind w:left="420"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сопоставлять произведения, их фрагменты, образы персонажей, сюжеты разных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литературных произведений, темы, проблемы, жанры, художественные приёмы, особенности языка;</w:t>
      </w:r>
    </w:p>
    <w:p w:rsidR="008B3471" w:rsidRPr="008273AB" w:rsidRDefault="001C478F">
      <w:pPr>
        <w:autoSpaceDE w:val="0"/>
        <w:autoSpaceDN w:val="0"/>
        <w:spacing w:before="190" w:after="0" w:line="262" w:lineRule="auto"/>
        <w:ind w:left="420" w:right="720"/>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B3471" w:rsidRPr="008273AB" w:rsidRDefault="001C478F">
      <w:pPr>
        <w:tabs>
          <w:tab w:val="left" w:pos="180"/>
        </w:tabs>
        <w:autoSpaceDE w:val="0"/>
        <w:autoSpaceDN w:val="0"/>
        <w:spacing w:before="178" w:after="0" w:line="290"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использованием методов смыслового чтения и эстетического анализа;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11)  участвовать в коллективной и индивидуальной проектной или исследовательской деятельности</w:t>
      </w:r>
    </w:p>
    <w:p w:rsidR="008B3471" w:rsidRPr="008273AB" w:rsidRDefault="008B3471">
      <w:pPr>
        <w:rPr>
          <w:rFonts w:ascii="Times New Roman" w:hAnsi="Times New Roman" w:cs="Times New Roman"/>
          <w:lang w:val="ru-RU"/>
        </w:rPr>
        <w:sectPr w:rsidR="008B3471" w:rsidRPr="008273AB">
          <w:pgSz w:w="11900" w:h="16840"/>
          <w:pgMar w:top="310" w:right="710" w:bottom="288" w:left="666" w:header="720" w:footer="720" w:gutter="0"/>
          <w:cols w:space="720" w:equalWidth="0">
            <w:col w:w="10524" w:space="0"/>
          </w:cols>
          <w:docGrid w:linePitch="360"/>
        </w:sectPr>
      </w:pPr>
    </w:p>
    <w:p w:rsidR="008B3471" w:rsidRPr="008273AB" w:rsidRDefault="008B3471">
      <w:pPr>
        <w:autoSpaceDE w:val="0"/>
        <w:autoSpaceDN w:val="0"/>
        <w:spacing w:after="96" w:line="220" w:lineRule="exact"/>
        <w:rPr>
          <w:rFonts w:ascii="Times New Roman" w:hAnsi="Times New Roman" w:cs="Times New Roman"/>
          <w:lang w:val="ru-RU"/>
        </w:rPr>
      </w:pPr>
    </w:p>
    <w:p w:rsidR="008B3471" w:rsidRPr="008273AB" w:rsidRDefault="001C478F">
      <w:pPr>
        <w:tabs>
          <w:tab w:val="left" w:pos="180"/>
        </w:tabs>
        <w:autoSpaceDE w:val="0"/>
        <w:autoSpaceDN w:val="0"/>
        <w:spacing w:after="0" w:line="281"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и публично представлять полученные результаты;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8 КЛАСС</w:t>
      </w:r>
    </w:p>
    <w:p w:rsidR="008B3471" w:rsidRPr="008273AB" w:rsidRDefault="001C478F">
      <w:pPr>
        <w:tabs>
          <w:tab w:val="left" w:pos="180"/>
        </w:tabs>
        <w:autoSpaceDE w:val="0"/>
        <w:autoSpaceDN w:val="0"/>
        <w:spacing w:before="166" w:after="0" w:line="286" w:lineRule="auto"/>
        <w:ind w:right="288"/>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2) понимать специфику литературы как вида словесного искусства, выявлять отличия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художественного текста от текста научного, делового, публицистического;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B3471" w:rsidRPr="008273AB" w:rsidRDefault="001C478F">
      <w:pPr>
        <w:autoSpaceDE w:val="0"/>
        <w:autoSpaceDN w:val="0"/>
        <w:spacing w:before="178" w:after="0" w:line="288"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B3471" w:rsidRPr="008273AB" w:rsidRDefault="001C478F">
      <w:pPr>
        <w:autoSpaceDE w:val="0"/>
        <w:autoSpaceDN w:val="0"/>
        <w:spacing w:before="190" w:after="0" w:line="288"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B3471" w:rsidRPr="008273AB" w:rsidRDefault="001C478F">
      <w:pPr>
        <w:autoSpaceDE w:val="0"/>
        <w:autoSpaceDN w:val="0"/>
        <w:spacing w:before="190" w:after="0" w:line="271" w:lineRule="auto"/>
        <w:ind w:left="420"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B3471" w:rsidRPr="008273AB" w:rsidRDefault="001C478F">
      <w:pPr>
        <w:autoSpaceDE w:val="0"/>
        <w:autoSpaceDN w:val="0"/>
        <w:spacing w:before="190" w:after="0" w:line="230" w:lineRule="auto"/>
        <w:jc w:val="center"/>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выделять в произведениях элементы художественной формы и обнаруживать связи между</w:t>
      </w:r>
    </w:p>
    <w:p w:rsidR="008B3471" w:rsidRPr="008273AB" w:rsidRDefault="008B3471">
      <w:pPr>
        <w:rPr>
          <w:rFonts w:ascii="Times New Roman" w:hAnsi="Times New Roman" w:cs="Times New Roman"/>
          <w:lang w:val="ru-RU"/>
        </w:rPr>
        <w:sectPr w:rsidR="008B3471" w:rsidRPr="008273AB">
          <w:pgSz w:w="11900" w:h="16840"/>
          <w:pgMar w:top="316" w:right="770" w:bottom="368" w:left="666" w:header="720" w:footer="720" w:gutter="0"/>
          <w:cols w:space="720" w:equalWidth="0">
            <w:col w:w="1046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30"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ними; определять родо-жанровую специфику изученного художественного произведения;</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B3471" w:rsidRPr="008273AB" w:rsidRDefault="001C478F">
      <w:pPr>
        <w:autoSpaceDE w:val="0"/>
        <w:autoSpaceDN w:val="0"/>
        <w:spacing w:before="190" w:after="0" w:line="271"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B3471" w:rsidRPr="008273AB" w:rsidRDefault="001C478F">
      <w:pPr>
        <w:tabs>
          <w:tab w:val="left" w:pos="180"/>
        </w:tabs>
        <w:autoSpaceDE w:val="0"/>
        <w:autoSpaceDN w:val="0"/>
        <w:spacing w:before="178" w:after="0" w:line="290"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8) интерпретировать и оценивать текстуально изученные и самостоятельно прочитанные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эстетических впечатлений, а также средства собственного развития;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11) участвовать в коллективной и индивидуальной проектной и исследовательской деятельности и публично представлять полученные результаты;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9 КЛАСС</w:t>
      </w:r>
    </w:p>
    <w:p w:rsidR="008B3471" w:rsidRPr="008273AB" w:rsidRDefault="001C478F">
      <w:pPr>
        <w:tabs>
          <w:tab w:val="left" w:pos="180"/>
        </w:tabs>
        <w:autoSpaceDE w:val="0"/>
        <w:autoSpaceDN w:val="0"/>
        <w:spacing w:before="166" w:after="0" w:line="286"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3) владеть умением самостоятельного смыслового и эстетического анализа произведений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w:t>
      </w:r>
    </w:p>
    <w:p w:rsidR="008B3471" w:rsidRPr="008273AB" w:rsidRDefault="008B3471">
      <w:pPr>
        <w:rPr>
          <w:rFonts w:ascii="Times New Roman" w:hAnsi="Times New Roman" w:cs="Times New Roman"/>
          <w:lang w:val="ru-RU"/>
        </w:rPr>
        <w:sectPr w:rsidR="008B3471" w:rsidRPr="008273AB">
          <w:pgSz w:w="11900" w:h="16840"/>
          <w:pgMar w:top="286" w:right="652" w:bottom="288" w:left="666" w:header="720" w:footer="720" w:gutter="0"/>
          <w:cols w:space="720" w:equalWidth="0">
            <w:col w:w="10582" w:space="0"/>
          </w:cols>
          <w:docGrid w:linePitch="360"/>
        </w:sectPr>
      </w:pPr>
    </w:p>
    <w:p w:rsidR="008B3471" w:rsidRPr="008273AB" w:rsidRDefault="008B3471">
      <w:pPr>
        <w:autoSpaceDE w:val="0"/>
        <w:autoSpaceDN w:val="0"/>
        <w:spacing w:after="96" w:line="220" w:lineRule="exact"/>
        <w:rPr>
          <w:rFonts w:ascii="Times New Roman" w:hAnsi="Times New Roman" w:cs="Times New Roman"/>
          <w:lang w:val="ru-RU"/>
        </w:rPr>
      </w:pPr>
    </w:p>
    <w:p w:rsidR="008B3471" w:rsidRPr="008273AB" w:rsidRDefault="001C478F">
      <w:pPr>
        <w:autoSpaceDE w:val="0"/>
        <w:autoSpaceDN w:val="0"/>
        <w:spacing w:after="0" w:line="262"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картины мира, отражённой в литературных произведениях с учётом неоднозначности заложенных в них художественных смыслов:</w:t>
      </w:r>
    </w:p>
    <w:p w:rsidR="008B3471" w:rsidRPr="008273AB" w:rsidRDefault="001C478F">
      <w:pPr>
        <w:autoSpaceDE w:val="0"/>
        <w:autoSpaceDN w:val="0"/>
        <w:spacing w:before="178" w:after="0" w:line="288"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B3471" w:rsidRPr="008273AB" w:rsidRDefault="001C478F">
      <w:pPr>
        <w:autoSpaceDE w:val="0"/>
        <w:autoSpaceDN w:val="0"/>
        <w:spacing w:before="190" w:after="0" w:line="288" w:lineRule="auto"/>
        <w:ind w:left="420"/>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B3471" w:rsidRPr="008273AB" w:rsidRDefault="001C478F">
      <w:pPr>
        <w:autoSpaceDE w:val="0"/>
        <w:autoSpaceDN w:val="0"/>
        <w:spacing w:before="190" w:after="0" w:line="271" w:lineRule="auto"/>
        <w:ind w:left="420" w:right="264"/>
        <w:jc w:val="both"/>
        <w:rPr>
          <w:rFonts w:ascii="Times New Roman" w:hAnsi="Times New Roman" w:cs="Times New Roman"/>
          <w:lang w:val="ru-RU"/>
        </w:rPr>
      </w:pPr>
      <w:r w:rsidRPr="008273AB">
        <w:rPr>
          <w:rFonts w:ascii="Times New Roman" w:eastAsia="Times New Roman" w:hAnsi="Times New Roman" w:cs="Times New Roman"/>
          <w:color w:val="000000"/>
          <w:sz w:val="24"/>
          <w:lang w:val="ru-RU"/>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B3471" w:rsidRPr="008273AB" w:rsidRDefault="001C478F">
      <w:pPr>
        <w:autoSpaceDE w:val="0"/>
        <w:autoSpaceDN w:val="0"/>
        <w:spacing w:before="190" w:after="0" w:line="271"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B3471" w:rsidRPr="008273AB" w:rsidRDefault="001C478F">
      <w:pPr>
        <w:autoSpaceDE w:val="0"/>
        <w:autoSpaceDN w:val="0"/>
        <w:spacing w:before="190" w:after="0" w:line="262"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w:t>
      </w:r>
    </w:p>
    <w:p w:rsidR="008B3471" w:rsidRPr="008273AB" w:rsidRDefault="008B3471">
      <w:pPr>
        <w:rPr>
          <w:rFonts w:ascii="Times New Roman" w:hAnsi="Times New Roman" w:cs="Times New Roman"/>
          <w:lang w:val="ru-RU"/>
        </w:rPr>
        <w:sectPr w:rsidR="008B3471" w:rsidRPr="008273AB">
          <w:pgSz w:w="11900" w:h="16840"/>
          <w:pgMar w:top="316" w:right="764" w:bottom="392" w:left="666" w:header="720" w:footer="720" w:gutter="0"/>
          <w:cols w:space="720" w:equalWidth="0">
            <w:col w:w="10470"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62" w:lineRule="auto"/>
        <w:ind w:left="420" w:right="288"/>
        <w:rPr>
          <w:rFonts w:ascii="Times New Roman" w:hAnsi="Times New Roman" w:cs="Times New Roman"/>
          <w:lang w:val="ru-RU"/>
        </w:rPr>
      </w:pPr>
      <w:r w:rsidRPr="008273AB">
        <w:rPr>
          <w:rFonts w:ascii="Times New Roman" w:eastAsia="Times New Roman" w:hAnsi="Times New Roman" w:cs="Times New Roman"/>
          <w:color w:val="000000"/>
          <w:sz w:val="24"/>
          <w:lang w:val="ru-RU"/>
        </w:rPr>
        <w:t>произведений, темы, проблемы, жанры, художественные приёмы, эпизоды текста, особенности языка;</w:t>
      </w:r>
    </w:p>
    <w:p w:rsidR="008B3471" w:rsidRPr="008273AB" w:rsidRDefault="001C478F">
      <w:pPr>
        <w:autoSpaceDE w:val="0"/>
        <w:autoSpaceDN w:val="0"/>
        <w:spacing w:before="190" w:after="0" w:line="271" w:lineRule="auto"/>
        <w:ind w:left="420" w:right="576"/>
        <w:rPr>
          <w:rFonts w:ascii="Times New Roman" w:hAnsi="Times New Roman" w:cs="Times New Roman"/>
          <w:lang w:val="ru-RU"/>
        </w:rPr>
      </w:pPr>
      <w:r w:rsidRPr="008273AB">
        <w:rPr>
          <w:rFonts w:ascii="Times New Roman" w:eastAsia="Times New Roman" w:hAnsi="Times New Roman" w:cs="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B3471" w:rsidRPr="008273AB" w:rsidRDefault="001C478F">
      <w:pPr>
        <w:tabs>
          <w:tab w:val="left" w:pos="180"/>
        </w:tabs>
        <w:autoSpaceDE w:val="0"/>
        <w:autoSpaceDN w:val="0"/>
        <w:spacing w:before="178" w:after="0" w:line="290" w:lineRule="auto"/>
        <w:rPr>
          <w:rFonts w:ascii="Times New Roman" w:hAnsi="Times New Roman" w:cs="Times New Roman"/>
          <w:lang w:val="ru-RU"/>
        </w:rPr>
      </w:pP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6) участвовать в беседе и диалоге о прочитанном произведении, в учебной дискуссии на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11) участвовать в коллективной и индивидуальной проектной и исследовательской деятельности и уметь публично презентовать полученные результаты; </w:t>
      </w:r>
      <w:r w:rsidRPr="008273AB">
        <w:rPr>
          <w:rFonts w:ascii="Times New Roman" w:hAnsi="Times New Roman" w:cs="Times New Roman"/>
          <w:lang w:val="ru-RU"/>
        </w:rPr>
        <w:br/>
      </w:r>
      <w:r w:rsidRPr="008273AB">
        <w:rPr>
          <w:rFonts w:ascii="Times New Roman" w:hAnsi="Times New Roman" w:cs="Times New Roman"/>
          <w:lang w:val="ru-RU"/>
        </w:rPr>
        <w:tab/>
      </w:r>
      <w:r w:rsidRPr="008273AB">
        <w:rPr>
          <w:rFonts w:ascii="Times New Roman" w:eastAsia="Times New Roman" w:hAnsi="Times New Roman" w:cs="Times New Roman"/>
          <w:color w:val="000000"/>
          <w:sz w:val="24"/>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B3471" w:rsidRPr="008273AB" w:rsidRDefault="001C478F">
      <w:pPr>
        <w:autoSpaceDE w:val="0"/>
        <w:autoSpaceDN w:val="0"/>
        <w:spacing w:before="70" w:after="0" w:line="281" w:lineRule="auto"/>
        <w:ind w:right="288" w:firstLine="180"/>
        <w:rPr>
          <w:rFonts w:ascii="Times New Roman" w:hAnsi="Times New Roman" w:cs="Times New Roman"/>
          <w:lang w:val="ru-RU"/>
        </w:rPr>
      </w:pPr>
      <w:r w:rsidRPr="008273AB">
        <w:rPr>
          <w:rFonts w:ascii="Times New Roman" w:eastAsia="Times New Roman" w:hAnsi="Times New Roman" w:cs="Times New Roman"/>
          <w:color w:val="000000"/>
          <w:sz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B3471" w:rsidRPr="008273AB" w:rsidRDefault="008B3471">
      <w:pPr>
        <w:rPr>
          <w:rFonts w:ascii="Times New Roman" w:hAnsi="Times New Roman" w:cs="Times New Roman"/>
          <w:lang w:val="ru-RU"/>
        </w:rPr>
        <w:sectPr w:rsidR="008B3471" w:rsidRPr="008273AB">
          <w:pgSz w:w="11900" w:h="16840"/>
          <w:pgMar w:top="286" w:right="652" w:bottom="324" w:left="666" w:header="720" w:footer="720" w:gutter="0"/>
          <w:cols w:space="720" w:equalWidth="0">
            <w:col w:w="10582" w:space="0"/>
          </w:cols>
          <w:docGrid w:linePitch="360"/>
        </w:sectPr>
      </w:pPr>
    </w:p>
    <w:p w:rsidR="008B3471" w:rsidRPr="008273AB" w:rsidRDefault="008B3471">
      <w:pPr>
        <w:rPr>
          <w:rFonts w:ascii="Times New Roman" w:hAnsi="Times New Roman" w:cs="Times New Roman"/>
          <w:lang w:val="ru-RU"/>
        </w:rPr>
        <w:sectPr w:rsidR="008B3471" w:rsidRPr="008273AB">
          <w:pgSz w:w="11900" w:h="16840"/>
          <w:pgMar w:top="1440" w:right="1440" w:bottom="1440" w:left="1440" w:header="720" w:footer="720" w:gutter="0"/>
          <w:cols w:space="720" w:equalWidth="0">
            <w:col w:w="10582" w:space="0"/>
          </w:cols>
          <w:docGrid w:linePitch="360"/>
        </w:sectPr>
      </w:pPr>
    </w:p>
    <w:p w:rsidR="008B3471" w:rsidRPr="008273AB" w:rsidRDefault="008B3471">
      <w:pPr>
        <w:autoSpaceDE w:val="0"/>
        <w:autoSpaceDN w:val="0"/>
        <w:spacing w:after="64" w:line="220" w:lineRule="exact"/>
        <w:rPr>
          <w:rFonts w:ascii="Times New Roman" w:hAnsi="Times New Roman" w:cs="Times New Roman"/>
          <w:lang w:val="ru-RU"/>
        </w:rPr>
      </w:pPr>
    </w:p>
    <w:p w:rsidR="008B3471" w:rsidRPr="008273AB" w:rsidRDefault="001C478F">
      <w:pPr>
        <w:autoSpaceDE w:val="0"/>
        <w:autoSpaceDN w:val="0"/>
        <w:spacing w:after="92" w:line="374" w:lineRule="auto"/>
        <w:ind w:right="11952"/>
        <w:rPr>
          <w:rFonts w:ascii="Times New Roman" w:hAnsi="Times New Roman" w:cs="Times New Roman"/>
        </w:rPr>
      </w:pPr>
      <w:r w:rsidRPr="008273AB">
        <w:rPr>
          <w:rFonts w:ascii="Times New Roman" w:eastAsia="Times New Roman" w:hAnsi="Times New Roman" w:cs="Times New Roman"/>
          <w:b/>
          <w:color w:val="000000"/>
          <w:w w:val="101"/>
          <w:sz w:val="19"/>
        </w:rPr>
        <w:t xml:space="preserve">ТЕМАТИЧЕСКОЕ ПЛАНИРОВАНИЕ </w:t>
      </w:r>
      <w:r w:rsidRPr="008273AB">
        <w:rPr>
          <w:rFonts w:ascii="Times New Roman" w:hAnsi="Times New Roman" w:cs="Times New Roman"/>
        </w:rPr>
        <w:br/>
      </w:r>
      <w:r w:rsidRPr="008273AB">
        <w:rPr>
          <w:rFonts w:ascii="Times New Roman" w:eastAsia="Times New Roman" w:hAnsi="Times New Roman" w:cs="Times New Roman"/>
          <w:b/>
          <w:color w:val="000000"/>
          <w:sz w:val="18"/>
        </w:rPr>
        <w:t>5 КЛАСС</w:t>
      </w: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w:t>
            </w:r>
            <w:r w:rsidRPr="008273AB">
              <w:rPr>
                <w:rFonts w:ascii="Times New Roman" w:hAnsi="Times New Roman" w:cs="Times New Roman"/>
              </w:rPr>
              <w:br/>
            </w:r>
            <w:r w:rsidRPr="008273AB">
              <w:rPr>
                <w:rFonts w:ascii="Times New Roman" w:eastAsia="Times New Roman" w:hAnsi="Times New Roman" w:cs="Times New Roman"/>
                <w:b/>
                <w:color w:val="000000"/>
                <w:w w:val="97"/>
                <w:sz w:val="16"/>
              </w:rPr>
              <w:t>п/п</w:t>
            </w:r>
          </w:p>
        </w:tc>
        <w:tc>
          <w:tcPr>
            <w:tcW w:w="98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Количество часов</w:t>
            </w:r>
          </w:p>
        </w:tc>
        <w:tc>
          <w:tcPr>
            <w:tcW w:w="25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576"/>
              <w:rPr>
                <w:rFonts w:ascii="Times New Roman" w:hAnsi="Times New Roman" w:cs="Times New Roman"/>
              </w:rPr>
            </w:pPr>
            <w:r w:rsidRPr="008273AB">
              <w:rPr>
                <w:rFonts w:ascii="Times New Roman" w:eastAsia="Times New Roman" w:hAnsi="Times New Roman" w:cs="Times New Roman"/>
                <w:b/>
                <w:color w:val="000000"/>
                <w:w w:val="97"/>
                <w:sz w:val="16"/>
              </w:rPr>
              <w:t>Электронные (цифровые) образовательные ресурсы</w:t>
            </w:r>
          </w:p>
        </w:tc>
      </w:tr>
      <w:tr w:rsidR="008B3471" w:rsidRPr="008273AB">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r>
      <w:tr w:rsidR="008B3471" w:rsidRPr="008273AB">
        <w:trPr>
          <w:trHeight w:hRule="exact" w:val="350"/>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80"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1.</w:t>
            </w:r>
            <w:r w:rsidRPr="008273AB">
              <w:rPr>
                <w:rFonts w:ascii="Times New Roman" w:eastAsia="Times New Roman" w:hAnsi="Times New Roman" w:cs="Times New Roman"/>
                <w:b/>
                <w:color w:val="000000"/>
                <w:w w:val="97"/>
                <w:sz w:val="16"/>
              </w:rPr>
              <w:t xml:space="preserve"> Мифология</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Мифы народов России и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2.</w:t>
            </w:r>
            <w:r w:rsidRPr="008273AB">
              <w:rPr>
                <w:rFonts w:ascii="Times New Roman" w:eastAsia="Times New Roman" w:hAnsi="Times New Roman" w:cs="Times New Roman"/>
                <w:b/>
                <w:color w:val="000000"/>
                <w:w w:val="97"/>
                <w:sz w:val="16"/>
              </w:rPr>
              <w:t xml:space="preserve"> Фольклор</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Малые жанры: пословицы, поговорки, загадки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9810"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72122D">
        <w:trPr>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2.3.</w:t>
            </w:r>
          </w:p>
        </w:tc>
        <w:tc>
          <w:tcPr>
            <w:tcW w:w="9810"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Сказки народов России и народов мира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9</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3.</w:t>
            </w:r>
            <w:r w:rsidRPr="008273AB">
              <w:rPr>
                <w:rFonts w:ascii="Times New Roman" w:eastAsia="Times New Roman" w:hAnsi="Times New Roman" w:cs="Times New Roman"/>
                <w:b/>
                <w:color w:val="000000"/>
                <w:w w:val="97"/>
                <w:sz w:val="16"/>
                <w:lang w:val="ru-RU"/>
              </w:rPr>
              <w:t xml:space="preserve"> Литература первой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И. А. Крылов. Басни. «Волк на псарне»,  «Свинья под Дубом», «Квартет»,  «Ворона и Лисица»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72122D">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Пушкин. Стихотворения. «Зимнее утро», «Зимний вечер», «Няне». </w:t>
            </w:r>
            <w:r w:rsidRPr="008273AB">
              <w:rPr>
                <w:rFonts w:ascii="Times New Roman" w:eastAsia="Times New Roman" w:hAnsi="Times New Roman" w:cs="Times New Roman"/>
                <w:color w:val="000000"/>
                <w:w w:val="97"/>
                <w:sz w:val="16"/>
              </w:rPr>
              <w:t xml:space="preserve">«Сказка о мёртвой царевне и о семи богатырях»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М. Ю. Лермонтов. Стихотворение «Бородино»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bl>
    <w:p w:rsidR="008B3471" w:rsidRPr="008273AB" w:rsidRDefault="008B3471">
      <w:pPr>
        <w:autoSpaceDE w:val="0"/>
        <w:autoSpaceDN w:val="0"/>
        <w:spacing w:after="0" w:line="14" w:lineRule="exact"/>
        <w:rPr>
          <w:rFonts w:ascii="Times New Roman" w:hAnsi="Times New Roman" w:cs="Times New Roman"/>
          <w:lang w:val="ru-RU"/>
        </w:rPr>
      </w:pPr>
    </w:p>
    <w:p w:rsidR="008B3471" w:rsidRPr="008273AB" w:rsidRDefault="008B3471">
      <w:pPr>
        <w:rPr>
          <w:rFonts w:ascii="Times New Roman" w:hAnsi="Times New Roman" w:cs="Times New Roman"/>
          <w:lang w:val="ru-RU"/>
        </w:rPr>
        <w:sectPr w:rsidR="008B3471" w:rsidRPr="008273AB">
          <w:pgSz w:w="16840" w:h="11900"/>
          <w:pgMar w:top="282" w:right="640" w:bottom="496"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72122D">
        <w:trPr>
          <w:trHeight w:hRule="exact" w:val="108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 В. Гоголь. Повесть «Ночь перед Рождеством»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50"/>
        </w:trPr>
        <w:tc>
          <w:tcPr>
            <w:tcW w:w="1020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16</w:t>
            </w:r>
          </w:p>
        </w:tc>
        <w:tc>
          <w:tcPr>
            <w:tcW w:w="4768"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4.</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 </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Н. А. Некрасов. Стихотворения. «Крестьянские дети». «Школьник».                            Поэма «Мороз, Красный нос» (фрагмент)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И. С. Тургенев. Рассказ «Муму»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Л. Н. Толстой.</w:t>
            </w:r>
          </w:p>
          <w:p w:rsidR="008B3471" w:rsidRPr="008273AB" w:rsidRDefault="001C478F">
            <w:pPr>
              <w:autoSpaceDE w:val="0"/>
              <w:autoSpaceDN w:val="0"/>
              <w:spacing w:before="20"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Рассказ «Кавказский пленник»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Раздел 5.Литература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—ХХ веков</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Юмористические рассказы отечественных писателей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веков.  А. П. Чехов.  «Лошадиная фамилия", «Хирургия».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576"/>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Стихотворения отечественных поэтов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 xml:space="preserve">—ХХ веков о родной природе и о связи человека с Родиной. Ф. И. Тютчев. «Зима недаром злится…», «Весенние воды», А. А. Фет.«Весенний дождь», «Задрожали листы, облетая…»,  С. А. Есенин. «Я покинул родимый дом…»,«Низкий дом с голубыми ставнями…»И. А. Бунин. «Косцы»,«Подснежник»,«Помню — долгий зимний вечер…»,  Н. Рубцов. «Родная деревня».  .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72122D">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М. М. Зощенко. Например, «Галоша», «Лёля и Минька», «Ёлка».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Произведения отечественной литературы о природе и животных  произведения А. И. Куприна, М. М. Пришвина, К. Г. Паустовского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bl>
    <w:p w:rsidR="008B3471" w:rsidRPr="008273AB" w:rsidRDefault="008B3471">
      <w:pPr>
        <w:autoSpaceDE w:val="0"/>
        <w:autoSpaceDN w:val="0"/>
        <w:spacing w:after="0" w:line="14" w:lineRule="exact"/>
        <w:rPr>
          <w:rFonts w:ascii="Times New Roman" w:hAnsi="Times New Roman" w:cs="Times New Roman"/>
          <w:lang w:val="ru-RU"/>
        </w:rPr>
      </w:pPr>
    </w:p>
    <w:p w:rsidR="008B3471" w:rsidRPr="008273AB" w:rsidRDefault="008B3471">
      <w:pPr>
        <w:rPr>
          <w:rFonts w:ascii="Times New Roman" w:hAnsi="Times New Roman" w:cs="Times New Roman"/>
          <w:lang w:val="ru-RU"/>
        </w:rPr>
        <w:sectPr w:rsidR="008B3471" w:rsidRPr="008273AB">
          <w:pgSz w:w="16840" w:h="11900"/>
          <w:pgMar w:top="284" w:right="640" w:bottom="490"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72122D">
        <w:trPr>
          <w:trHeight w:hRule="exact" w:val="9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А. П. Платонов. Рассказы.  «Никита».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5.7.</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72122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5.8.</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В. П. Астафьев. Рассказ «Васюткино озеро»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5.9.</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19</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Раздел 6. </w:t>
            </w:r>
            <w:r w:rsidRPr="008273AB">
              <w:rPr>
                <w:rFonts w:ascii="Times New Roman" w:eastAsia="Times New Roman" w:hAnsi="Times New Roman" w:cs="Times New Roman"/>
                <w:b/>
                <w:color w:val="000000"/>
                <w:w w:val="97"/>
                <w:sz w:val="16"/>
                <w:lang w:val="ru-RU"/>
              </w:rPr>
              <w:t xml:space="preserve">Литература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w:t>
            </w:r>
            <w:r w:rsidRPr="008273AB">
              <w:rPr>
                <w:rFonts w:ascii="Times New Roman" w:eastAsia="Times New Roman" w:hAnsi="Times New Roman" w:cs="Times New Roman"/>
                <w:b/>
                <w:color w:val="000000"/>
                <w:w w:val="97"/>
                <w:sz w:val="16"/>
              </w:rPr>
              <w:t>XXI</w:t>
            </w:r>
            <w:r w:rsidRPr="008273AB">
              <w:rPr>
                <w:rFonts w:ascii="Times New Roman" w:eastAsia="Times New Roman" w:hAnsi="Times New Roman" w:cs="Times New Roman"/>
                <w:b/>
                <w:color w:val="000000"/>
                <w:w w:val="97"/>
                <w:sz w:val="16"/>
                <w:lang w:val="ru-RU"/>
              </w:rPr>
              <w:t xml:space="preserve"> веков</w:t>
            </w:r>
          </w:p>
        </w:tc>
      </w:tr>
      <w:tr w:rsidR="008B3471" w:rsidRPr="008273AB">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отечественной прозы на тему «Человек на войне».  Ю. Я. Яковлев. «Девочки с Васильевского острова»; В. П. Катаев. </w:t>
            </w:r>
            <w:r w:rsidRPr="008273AB">
              <w:rPr>
                <w:rFonts w:ascii="Times New Roman" w:eastAsia="Times New Roman" w:hAnsi="Times New Roman" w:cs="Times New Roman"/>
                <w:color w:val="000000"/>
                <w:w w:val="97"/>
                <w:sz w:val="16"/>
              </w:rPr>
              <w:t>«Сын полка».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72122D">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Произведения отечественных писателей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веков на тему детства (не менее двух). Например, произведения В. Г. Короленко, В. П. Катаева, В. П. Крапивина, Ю. П. Казакова, А. Г. Алексина, В. П. Астафьева, Ю. Я. Яковлева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РЭШ: </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https</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resh</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subject</w:t>
            </w:r>
            <w:r w:rsidRPr="008273AB">
              <w:rPr>
                <w:rFonts w:ascii="Times New Roman" w:eastAsia="Times New Roman" w:hAnsi="Times New Roman" w:cs="Times New Roman"/>
                <w:color w:val="000000"/>
                <w:w w:val="97"/>
                <w:sz w:val="16"/>
                <w:lang w:val="ru-RU"/>
              </w:rPr>
              <w:t>/14/5/ ЕКЦОР:</w:t>
            </w:r>
            <w:r w:rsidRPr="008273AB">
              <w:rPr>
                <w:rFonts w:ascii="Times New Roman" w:eastAsia="Times New Roman" w:hAnsi="Times New Roman" w:cs="Times New Roman"/>
                <w:color w:val="000000"/>
                <w:w w:val="97"/>
                <w:sz w:val="16"/>
              </w:rPr>
              <w:t>http</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school</w:t>
            </w:r>
            <w:r w:rsidRPr="008273AB">
              <w:rPr>
                <w:rFonts w:ascii="Times New Roman" w:eastAsia="Times New Roman" w:hAnsi="Times New Roman" w:cs="Times New Roman"/>
                <w:color w:val="000000"/>
                <w:w w:val="97"/>
                <w:sz w:val="16"/>
                <w:lang w:val="ru-RU"/>
              </w:rPr>
              <w:t>-</w:t>
            </w:r>
            <w:r w:rsidRPr="008273AB">
              <w:rPr>
                <w:rFonts w:ascii="Times New Roman" w:hAnsi="Times New Roman" w:cs="Times New Roman"/>
                <w:lang w:val="ru-RU"/>
              </w:rPr>
              <w:br/>
            </w:r>
            <w:r w:rsidRPr="008273AB">
              <w:rPr>
                <w:rFonts w:ascii="Times New Roman" w:eastAsia="Times New Roman" w:hAnsi="Times New Roman" w:cs="Times New Roman"/>
                <w:color w:val="000000"/>
                <w:w w:val="97"/>
                <w:sz w:val="16"/>
              </w:rPr>
              <w:t>collection</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edu</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ru</w:t>
            </w:r>
            <w:r w:rsidRPr="008273AB">
              <w:rPr>
                <w:rFonts w:ascii="Times New Roman" w:eastAsia="Times New Roman" w:hAnsi="Times New Roman" w:cs="Times New Roman"/>
                <w:color w:val="000000"/>
                <w:w w:val="97"/>
                <w:sz w:val="16"/>
                <w:lang w:val="ru-RU"/>
              </w:rPr>
              <w:t>/</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Произведения приключенческого жанра отечественных писателей. К. Булычёв «Девочка, с которой ничего не случится».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Раздел 7. </w:t>
            </w:r>
            <w:r w:rsidRPr="008273AB">
              <w:rPr>
                <w:rFonts w:ascii="Times New Roman" w:eastAsia="Times New Roman" w:hAnsi="Times New Roman" w:cs="Times New Roman"/>
                <w:b/>
                <w:color w:val="000000"/>
                <w:w w:val="97"/>
                <w:sz w:val="16"/>
                <w:lang w:val="ru-RU"/>
              </w:rPr>
              <w:t>Литература народов Российской Федерации</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Стихотворения. Р. Г. Гамзатов. «Песня соловья»; М. Карим. </w:t>
            </w:r>
            <w:r w:rsidRPr="008273AB">
              <w:rPr>
                <w:rFonts w:ascii="Times New Roman" w:eastAsia="Times New Roman" w:hAnsi="Times New Roman" w:cs="Times New Roman"/>
                <w:color w:val="000000"/>
                <w:w w:val="97"/>
                <w:sz w:val="16"/>
              </w:rPr>
              <w:t>«Радость нашего дома»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8. </w:t>
            </w:r>
            <w:r w:rsidRPr="008273AB">
              <w:rPr>
                <w:rFonts w:ascii="Times New Roman" w:eastAsia="Times New Roman" w:hAnsi="Times New Roman" w:cs="Times New Roman"/>
                <w:b/>
                <w:color w:val="000000"/>
                <w:w w:val="97"/>
                <w:sz w:val="16"/>
              </w:rPr>
              <w:t>Зарубежная литература</w:t>
            </w:r>
          </w:p>
        </w:tc>
      </w:tr>
      <w:tr w:rsidR="008B3471" w:rsidRPr="008273AB">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Х. К. Андерсен. Сказка «Снежная королева»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592"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78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Зарубежная сказочная проза (одно произведение по выбору). Например, Л. Кэрролл. «Алиса в Стране Чудес» (главы).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Зарубежная проза о детях и подростках. М. Твен. «Приключения Тома Сойера» (главы); Дж. </w:t>
            </w:r>
            <w:r w:rsidRPr="008273AB">
              <w:rPr>
                <w:rFonts w:ascii="Times New Roman" w:eastAsia="Times New Roman" w:hAnsi="Times New Roman" w:cs="Times New Roman"/>
                <w:color w:val="000000"/>
                <w:w w:val="97"/>
                <w:sz w:val="16"/>
              </w:rPr>
              <w:t>Лондон. «Сказание о Кише».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Зарубежная приключенческая проза. Р. Л. Стивенсон. «Остров сокровищ», «Чёрная стрела» (главы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Зарубежная проза о животных. Дж. Р. Киплинг. </w:t>
            </w:r>
            <w:r w:rsidRPr="008273AB">
              <w:rPr>
                <w:rFonts w:ascii="Times New Roman" w:eastAsia="Times New Roman" w:hAnsi="Times New Roman" w:cs="Times New Roman"/>
                <w:color w:val="000000"/>
                <w:w w:val="97"/>
                <w:sz w:val="16"/>
              </w:rPr>
              <w:t xml:space="preserve">«Маугли», «Рикки-Тикки-Тави»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РЭШ:https://resh.edu.ru/subject/14/5/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9</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9. </w:t>
            </w:r>
            <w:r w:rsidRPr="008273AB">
              <w:rPr>
                <w:rFonts w:ascii="Times New Roman" w:eastAsia="Times New Roman" w:hAnsi="Times New Roman" w:cs="Times New Roman"/>
                <w:b/>
                <w:color w:val="000000"/>
                <w:w w:val="97"/>
                <w:sz w:val="16"/>
              </w:rPr>
              <w:t>Итоговый контроль</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9.1.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Итоговые контрольные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50"/>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1C478F">
      <w:pPr>
        <w:autoSpaceDE w:val="0"/>
        <w:autoSpaceDN w:val="0"/>
        <w:spacing w:before="186" w:after="94" w:line="233" w:lineRule="auto"/>
        <w:rPr>
          <w:rFonts w:ascii="Times New Roman" w:hAnsi="Times New Roman" w:cs="Times New Roman"/>
        </w:rPr>
      </w:pPr>
      <w:r w:rsidRPr="008273AB">
        <w:rPr>
          <w:rFonts w:ascii="Times New Roman" w:eastAsia="Times New Roman" w:hAnsi="Times New Roman" w:cs="Times New Roman"/>
          <w:b/>
          <w:color w:val="000000"/>
          <w:sz w:val="18"/>
        </w:rPr>
        <w:t>6 КЛАСС</w:t>
      </w: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right="144"/>
              <w:jc w:val="center"/>
              <w:rPr>
                <w:rFonts w:ascii="Times New Roman" w:hAnsi="Times New Roman" w:cs="Times New Roman"/>
              </w:rPr>
            </w:pPr>
            <w:r w:rsidRPr="008273AB">
              <w:rPr>
                <w:rFonts w:ascii="Times New Roman" w:eastAsia="Times New Roman" w:hAnsi="Times New Roman" w:cs="Times New Roman"/>
                <w:b/>
                <w:color w:val="000000"/>
                <w:w w:val="97"/>
                <w:sz w:val="16"/>
              </w:rPr>
              <w:t>№</w:t>
            </w:r>
            <w:r w:rsidRPr="008273AB">
              <w:rPr>
                <w:rFonts w:ascii="Times New Roman" w:hAnsi="Times New Roman" w:cs="Times New Roman"/>
              </w:rPr>
              <w:br/>
            </w:r>
            <w:r w:rsidRPr="008273AB">
              <w:rPr>
                <w:rFonts w:ascii="Times New Roman" w:eastAsia="Times New Roman" w:hAnsi="Times New Roman" w:cs="Times New Roman"/>
                <w:b/>
                <w:color w:val="000000"/>
                <w:w w:val="97"/>
                <w:sz w:val="16"/>
              </w:rPr>
              <w:t>п/п</w:t>
            </w:r>
          </w:p>
        </w:tc>
        <w:tc>
          <w:tcPr>
            <w:tcW w:w="97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Количество часов</w:t>
            </w:r>
          </w:p>
        </w:tc>
        <w:tc>
          <w:tcPr>
            <w:tcW w:w="25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rPr>
            </w:pPr>
            <w:r w:rsidRPr="008273AB">
              <w:rPr>
                <w:rFonts w:ascii="Times New Roman" w:eastAsia="Times New Roman" w:hAnsi="Times New Roman" w:cs="Times New Roman"/>
                <w:b/>
                <w:color w:val="000000"/>
                <w:w w:val="97"/>
                <w:sz w:val="16"/>
              </w:rPr>
              <w:t>Электронные (цифровые) образовательные ресурсы</w:t>
            </w:r>
          </w:p>
        </w:tc>
      </w:tr>
      <w:tr w:rsidR="008B3471" w:rsidRPr="008273AB">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1.</w:t>
            </w:r>
            <w:r w:rsidRPr="008273AB">
              <w:rPr>
                <w:rFonts w:ascii="Times New Roman" w:eastAsia="Times New Roman" w:hAnsi="Times New Roman" w:cs="Times New Roman"/>
                <w:b/>
                <w:color w:val="000000"/>
                <w:w w:val="97"/>
                <w:sz w:val="16"/>
              </w:rPr>
              <w:t xml:space="preserve"> Античная литература</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Гомер. Поэмы «Илиада»,«Одиссея» (фрагменты)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2.</w:t>
            </w:r>
            <w:r w:rsidRPr="008273AB">
              <w:rPr>
                <w:rFonts w:ascii="Times New Roman" w:eastAsia="Times New Roman" w:hAnsi="Times New Roman" w:cs="Times New Roman"/>
                <w:b/>
                <w:color w:val="000000"/>
                <w:w w:val="97"/>
                <w:sz w:val="16"/>
              </w:rPr>
              <w:t xml:space="preserve"> Фольклор</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Былины «Илья Муромец и Соловей-разбойник», «Садко»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w:t>
            </w:r>
          </w:p>
        </w:tc>
      </w:tr>
      <w:tr w:rsidR="008B3471" w:rsidRPr="008273AB">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288"/>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Народные песни и баллады народов России и мира. «Песнь о Роланде» (фрагменты), «Песнь о Нибелунгах» (фрагменты), баллада «Аника-воин»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9</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2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3.</w:t>
            </w:r>
            <w:r w:rsidRPr="008273AB">
              <w:rPr>
                <w:rFonts w:ascii="Times New Roman" w:eastAsia="Times New Roman" w:hAnsi="Times New Roman" w:cs="Times New Roman"/>
                <w:b/>
                <w:color w:val="000000"/>
                <w:w w:val="97"/>
                <w:sz w:val="16"/>
              </w:rPr>
              <w:t xml:space="preserve"> Древнерусская литература </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424"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74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«Повесть временных лет» «Сказание о белгородском киселе», «Сказание о походе князя Олега на Царьград», «Предание о смерти князя Олега»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4.</w:t>
            </w:r>
            <w:r w:rsidRPr="008273AB">
              <w:rPr>
                <w:rFonts w:ascii="Times New Roman" w:eastAsia="Times New Roman" w:hAnsi="Times New Roman" w:cs="Times New Roman"/>
                <w:b/>
                <w:color w:val="000000"/>
                <w:w w:val="97"/>
                <w:sz w:val="16"/>
                <w:lang w:val="ru-RU"/>
              </w:rPr>
              <w:t xml:space="preserve"> Литература первой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8273AB">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Пушкин. Стихотворения.  «Песнь о вещем Олеге», «Зимняя дорога», «Узник», «Туча» и др. </w:t>
            </w:r>
            <w:r w:rsidRPr="008273AB">
              <w:rPr>
                <w:rFonts w:ascii="Times New Roman" w:eastAsia="Times New Roman" w:hAnsi="Times New Roman" w:cs="Times New Roman"/>
                <w:color w:val="000000"/>
                <w:w w:val="97"/>
                <w:sz w:val="16"/>
              </w:rPr>
              <w:t>Роман «Дубровский».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М. Ю. Лермонтов. Стихотворения. «Три пальмы», «Листок», «Утёс».</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А. В. Кольцов. Стихотворения. «Косарь», «Соловей.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50"/>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5.</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w:t>
            </w:r>
          </w:p>
        </w:tc>
        <w:tc>
          <w:tcPr>
            <w:tcW w:w="973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И. С. Тургенев.</w:t>
            </w:r>
          </w:p>
          <w:p w:rsidR="008B3471" w:rsidRPr="008273AB" w:rsidRDefault="001C478F">
            <w:pPr>
              <w:autoSpaceDE w:val="0"/>
              <w:autoSpaceDN w:val="0"/>
              <w:spacing w:before="20"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Рассказ «Бежин луг»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Ф. И. Тютчев. Стихотворения «Есть в осени первоначальной…», «С поляны коршун поднялся…».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А. А. Фет. Стихотворения «Учись у них — у дуба, у берёзы…», «Я пришёл к тебе с приветом…»,  «Ель рукавом мне тропинку завесила...».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 С. Лесков.</w:t>
            </w:r>
          </w:p>
          <w:p w:rsidR="008B3471" w:rsidRPr="008273AB" w:rsidRDefault="001C478F">
            <w:pPr>
              <w:autoSpaceDE w:val="0"/>
              <w:autoSpaceDN w:val="0"/>
              <w:spacing w:before="20"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Сказ «Левша»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5.6.</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5.7.</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Л. Н. Толстой.</w:t>
            </w:r>
          </w:p>
          <w:p w:rsidR="008B3471" w:rsidRPr="008273AB" w:rsidRDefault="001C478F">
            <w:pPr>
              <w:autoSpaceDE w:val="0"/>
              <w:autoSpaceDN w:val="0"/>
              <w:spacing w:before="18"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Повесть «Детство» (главы)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5.8.</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А. П. Чехов. Рассказы «Толстый и тонкий», «Хамелеон», «Смерть чиновника»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424"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8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5.9.</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А. И. Куприн.</w:t>
            </w:r>
          </w:p>
          <w:p w:rsidR="008B3471" w:rsidRPr="008273AB" w:rsidRDefault="001C478F">
            <w:pPr>
              <w:autoSpaceDE w:val="0"/>
              <w:autoSpaceDN w:val="0"/>
              <w:spacing w:before="20"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Рассказ «Чудесный доктор»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5.10.</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19</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6. </w:t>
            </w:r>
            <w:r w:rsidRPr="008273AB">
              <w:rPr>
                <w:rFonts w:ascii="Times New Roman" w:eastAsia="Times New Roman" w:hAnsi="Times New Roman" w:cs="Times New Roman"/>
                <w:b/>
                <w:color w:val="000000"/>
                <w:w w:val="97"/>
                <w:sz w:val="16"/>
              </w:rPr>
              <w:t>Литература ХХ века</w:t>
            </w:r>
          </w:p>
        </w:tc>
      </w:tr>
      <w:tr w:rsidR="008B3471" w:rsidRPr="008273AB">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w:t>
            </w:r>
          </w:p>
        </w:tc>
        <w:tc>
          <w:tcPr>
            <w:tcW w:w="973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Стихотворения отечественных поэтов начала ХХ века.  Стихотворения С. А. Есенина, А.А.Ахматовой, А. А. Блока.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72122D" w:rsidRDefault="001C478F">
            <w:pPr>
              <w:autoSpaceDE w:val="0"/>
              <w:autoSpaceDN w:val="0"/>
              <w:spacing w:before="76" w:after="0" w:line="245" w:lineRule="auto"/>
              <w:ind w:left="72" w:right="720"/>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Стихотворения отечественных поэтов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века. Н. М. Рубцов. Стихотворения «Звезда полей», «Листья осенние».  Н. А. Заболоцкий. Стихотворения «Я не ищу гармонии в природе…», «В этой роще берёзовой….», «Гроза идёт». </w:t>
            </w:r>
            <w:r w:rsidRPr="0072122D">
              <w:rPr>
                <w:rFonts w:ascii="Times New Roman" w:eastAsia="Times New Roman" w:hAnsi="Times New Roman" w:cs="Times New Roman"/>
                <w:color w:val="000000"/>
                <w:w w:val="97"/>
                <w:sz w:val="16"/>
                <w:lang w:val="ru-RU"/>
              </w:rPr>
              <w:t>Д. С. Самойлова "Сороковые"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Проза отечественных писателей конца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 начала </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века, в том числе о Великой Отечественной войне.  </w:t>
            </w:r>
            <w:r w:rsidRPr="008273AB">
              <w:rPr>
                <w:rFonts w:ascii="Times New Roman" w:eastAsia="Times New Roman" w:hAnsi="Times New Roman" w:cs="Times New Roman"/>
                <w:color w:val="000000"/>
                <w:w w:val="97"/>
                <w:sz w:val="16"/>
              </w:rPr>
              <w:t>Б. Л. Васильев.«Экспонат №»; Б. П. Екимов. «Ночь исцеления».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В. Г. Распутин. Рассказ «Уроки французского»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6.6.</w:t>
            </w:r>
          </w:p>
        </w:tc>
        <w:tc>
          <w:tcPr>
            <w:tcW w:w="973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5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6.7.</w:t>
            </w:r>
          </w:p>
        </w:tc>
        <w:tc>
          <w:tcPr>
            <w:tcW w:w="973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6.8.</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288"/>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отечественных писателей на тему взросления человека. Р. И. Фраерман. «Дикая собака Динго, или Повесть о первой любви»; В.Железников «Чучело»; Ю.Н.Нагибин.  </w:t>
            </w:r>
            <w:r w:rsidRPr="008273AB">
              <w:rPr>
                <w:rFonts w:ascii="Times New Roman" w:eastAsia="Times New Roman" w:hAnsi="Times New Roman" w:cs="Times New Roman"/>
                <w:color w:val="000000"/>
                <w:w w:val="97"/>
                <w:sz w:val="16"/>
              </w:rPr>
              <w:t>«Мой первый друг, мой друг бесценный»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6.9.</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6.10.</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Произведения современных отечественных писателей- фантастов, А. В. Жвалевский и Е. Б. Пастернак. «Время всегда хорошее»; В. В. Ледерман. «Календарь ма(й)я».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7.</w:t>
            </w:r>
            <w:r w:rsidRPr="008273AB">
              <w:rPr>
                <w:rFonts w:ascii="Times New Roman" w:eastAsia="Times New Roman" w:hAnsi="Times New Roman" w:cs="Times New Roman"/>
                <w:b/>
                <w:color w:val="000000"/>
                <w:w w:val="97"/>
                <w:sz w:val="16"/>
                <w:lang w:val="ru-RU"/>
              </w:rPr>
              <w:t xml:space="preserve"> Литература народов Российской Федерации</w:t>
            </w:r>
          </w:p>
        </w:tc>
      </w:tr>
      <w:tr w:rsidR="008B3471" w:rsidRPr="008273AB">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720"/>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Стихотворения.  Г. Тукай. «Родная деревня», «Книга»; К. Кулиев. «Когда на меня навалилась беда…», «Каким бы малым ни был мой народ…»</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64"/>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8.</w:t>
            </w:r>
            <w:r w:rsidRPr="008273AB">
              <w:rPr>
                <w:rFonts w:ascii="Times New Roman" w:eastAsia="Times New Roman" w:hAnsi="Times New Roman" w:cs="Times New Roman"/>
                <w:b/>
                <w:color w:val="000000"/>
                <w:w w:val="97"/>
                <w:sz w:val="16"/>
              </w:rPr>
              <w:t xml:space="preserve"> Зарубежная литература</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598"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Д. Дефо. «Робинзон Крузо» (главы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Дж. Свифт. «Путешествия Гулливера» (главы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РЭШ:https://resh.edu.ru/subject/14/6/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зарубежных писателей на тему взросления человека. Ж. Верн. «Дети капитана Гранта» (главы по выбору); Х. Ли. </w:t>
            </w:r>
            <w:r w:rsidRPr="008273AB">
              <w:rPr>
                <w:rFonts w:ascii="Times New Roman" w:eastAsia="Times New Roman" w:hAnsi="Times New Roman" w:cs="Times New Roman"/>
                <w:color w:val="000000"/>
                <w:w w:val="97"/>
                <w:sz w:val="16"/>
              </w:rPr>
              <w:t>«Убить пересмешника» (главы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43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современных зарубежных писателей-фантастов. Дж. К. Роулинг. «Гарри Поттер» (главы по выбору), Д. У. Джонс. </w:t>
            </w:r>
            <w:r w:rsidRPr="008273AB">
              <w:rPr>
                <w:rFonts w:ascii="Times New Roman" w:eastAsia="Times New Roman" w:hAnsi="Times New Roman" w:cs="Times New Roman"/>
                <w:color w:val="000000"/>
                <w:w w:val="97"/>
                <w:sz w:val="16"/>
              </w:rPr>
              <w:t>«Дом с характером».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9.</w:t>
            </w:r>
            <w:r w:rsidRPr="008273AB">
              <w:rPr>
                <w:rFonts w:ascii="Times New Roman" w:eastAsia="Times New Roman" w:hAnsi="Times New Roman" w:cs="Times New Roman"/>
                <w:b/>
                <w:color w:val="000000"/>
                <w:w w:val="97"/>
                <w:sz w:val="16"/>
              </w:rPr>
              <w:t xml:space="preserve"> Итоговый контроль</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9.1.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Итоговые контрольные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1C478F">
      <w:pPr>
        <w:autoSpaceDE w:val="0"/>
        <w:autoSpaceDN w:val="0"/>
        <w:spacing w:before="188" w:after="94" w:line="233" w:lineRule="auto"/>
        <w:rPr>
          <w:rFonts w:ascii="Times New Roman" w:hAnsi="Times New Roman" w:cs="Times New Roman"/>
        </w:rPr>
      </w:pPr>
      <w:r w:rsidRPr="008273AB">
        <w:rPr>
          <w:rFonts w:ascii="Times New Roman" w:eastAsia="Times New Roman" w:hAnsi="Times New Roman" w:cs="Times New Roman"/>
          <w:b/>
          <w:color w:val="000000"/>
          <w:sz w:val="18"/>
        </w:rPr>
        <w:t>7 КЛАСС</w:t>
      </w: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w:t>
            </w:r>
            <w:r w:rsidRPr="008273AB">
              <w:rPr>
                <w:rFonts w:ascii="Times New Roman" w:hAnsi="Times New Roman" w:cs="Times New Roman"/>
              </w:rPr>
              <w:br/>
            </w:r>
            <w:r w:rsidRPr="008273AB">
              <w:rPr>
                <w:rFonts w:ascii="Times New Roman" w:eastAsia="Times New Roman" w:hAnsi="Times New Roman" w:cs="Times New Roman"/>
                <w:b/>
                <w:color w:val="000000"/>
                <w:w w:val="97"/>
                <w:sz w:val="16"/>
              </w:rPr>
              <w:t>п/п</w:t>
            </w:r>
          </w:p>
        </w:tc>
        <w:tc>
          <w:tcPr>
            <w:tcW w:w="98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Количество часов</w:t>
            </w:r>
          </w:p>
        </w:tc>
        <w:tc>
          <w:tcPr>
            <w:tcW w:w="25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rPr>
            </w:pPr>
            <w:r w:rsidRPr="008273AB">
              <w:rPr>
                <w:rFonts w:ascii="Times New Roman" w:eastAsia="Times New Roman" w:hAnsi="Times New Roman" w:cs="Times New Roman"/>
                <w:b/>
                <w:color w:val="000000"/>
                <w:w w:val="97"/>
                <w:sz w:val="16"/>
              </w:rPr>
              <w:t>Электронные (цифровые) образовательные ресурсы</w:t>
            </w:r>
          </w:p>
        </w:tc>
      </w:tr>
      <w:tr w:rsidR="008B3471" w:rsidRPr="008273AB">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1.</w:t>
            </w:r>
            <w:r w:rsidRPr="008273AB">
              <w:rPr>
                <w:rFonts w:ascii="Times New Roman" w:eastAsia="Times New Roman" w:hAnsi="Times New Roman" w:cs="Times New Roman"/>
                <w:b/>
                <w:color w:val="000000"/>
                <w:w w:val="97"/>
                <w:sz w:val="16"/>
              </w:rPr>
              <w:t xml:space="preserve"> Древнерусская литература</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Древнерусские повести «Поучение Владимира Мономаха (в сокращении)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2.</w:t>
            </w:r>
            <w:r w:rsidRPr="008273AB">
              <w:rPr>
                <w:rFonts w:ascii="Times New Roman" w:eastAsia="Times New Roman" w:hAnsi="Times New Roman" w:cs="Times New Roman"/>
                <w:b/>
                <w:color w:val="000000"/>
                <w:w w:val="97"/>
                <w:sz w:val="16"/>
                <w:lang w:val="ru-RU"/>
              </w:rPr>
              <w:t xml:space="preserve"> Литература первой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Пушкин. Стихотворения. «Во глубине сибирских руд…», «19 октября» («Роняет лес багряный свой убор…»), «И. И. Пущину», «На холмах Грузии лежит ночная мгла…» </w:t>
            </w:r>
            <w:r w:rsidRPr="008273AB">
              <w:rPr>
                <w:rFonts w:ascii="Times New Roman" w:eastAsia="Times New Roman" w:hAnsi="Times New Roman" w:cs="Times New Roman"/>
                <w:color w:val="000000"/>
                <w:w w:val="97"/>
                <w:sz w:val="16"/>
              </w:rPr>
              <w:t xml:space="preserve">«Повести Белкина» («Станционный смотритель» и др.). Поэма «Полтава» (фрагмент).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864"/>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М. Ю. Лермонтов. Стихотворения. «Парус», «Тучи»,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2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334"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Н. В. Гоголь. Повесть «Тарас Бульба»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16</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50"/>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3.</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8273AB">
        <w:trPr>
          <w:trHeight w:hRule="exact" w:val="73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w:t>
            </w:r>
          </w:p>
        </w:tc>
        <w:tc>
          <w:tcPr>
            <w:tcW w:w="9810"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45" w:lineRule="auto"/>
              <w:ind w:left="72" w:right="144"/>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И. С. Тургенев. Рассказы из цикла «Записки охотника». «Бирюк», «Хорь и Калиныч» и др. </w:t>
            </w:r>
            <w:r w:rsidRPr="008273AB">
              <w:rPr>
                <w:rFonts w:ascii="Times New Roman" w:eastAsia="Times New Roman" w:hAnsi="Times New Roman" w:cs="Times New Roman"/>
                <w:color w:val="000000"/>
                <w:w w:val="97"/>
                <w:sz w:val="16"/>
              </w:rPr>
              <w:t>Стихотворения в прозе. Например, «Русский язык», "Два богача", "Близнецы".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Л. Н. Толстой. Рассказ «После бала»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Н. А. Некрасов. Стихотворения. «Железная дорога», «Размышления у парадного подъезда».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Поэзия второй половины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 xml:space="preserve"> века. Ф. И. Тютчев. «Весенние воды» . А. А. Фет. «Ещё майская ночь», «Это утро, радость эта...»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3.5.</w:t>
            </w:r>
          </w:p>
        </w:tc>
        <w:tc>
          <w:tcPr>
            <w:tcW w:w="9810"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3.6.</w:t>
            </w:r>
          </w:p>
        </w:tc>
        <w:tc>
          <w:tcPr>
            <w:tcW w:w="9810"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М. Е. Салтыков-Щедрин. Сказки. «Повесть о том, как один мужик двух генералов прокормил»,  «Премудрый пискарь».</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3.7.</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44"/>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отечественных и зарубежных писателей на историческую тему. </w:t>
            </w:r>
            <w:r w:rsidRPr="008273AB">
              <w:rPr>
                <w:rFonts w:ascii="Times New Roman" w:eastAsia="Times New Roman" w:hAnsi="Times New Roman" w:cs="Times New Roman"/>
                <w:color w:val="000000"/>
                <w:w w:val="97"/>
                <w:sz w:val="16"/>
              </w:rPr>
              <w:t>А. К. Толстой. Баллады "Василий Шибанов", " Князь Михайло Репнин"</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4.</w:t>
            </w:r>
            <w:r w:rsidRPr="008273AB">
              <w:rPr>
                <w:rFonts w:ascii="Times New Roman" w:eastAsia="Times New Roman" w:hAnsi="Times New Roman" w:cs="Times New Roman"/>
                <w:b/>
                <w:color w:val="000000"/>
                <w:w w:val="97"/>
                <w:sz w:val="16"/>
                <w:lang w:val="ru-RU"/>
              </w:rPr>
              <w:t xml:space="preserve"> Литература конца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 начала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А. П. Чехов. Рассказы. «Злоумышленник».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М. Горький. Ранние рассказы.«Старуха Изергиль» (легенда о Данко).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144"/>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Сатирические произведения отечественной и зарубежной литературы.  М. М. Зощенко. Рассказ «Беда». О. Генри. Рассказы «Дороги, которые мы выбираем», «Вождь краснокожих»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2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Раздел 5. </w:t>
            </w:r>
            <w:r w:rsidRPr="008273AB">
              <w:rPr>
                <w:rFonts w:ascii="Times New Roman" w:eastAsia="Times New Roman" w:hAnsi="Times New Roman" w:cs="Times New Roman"/>
                <w:b/>
                <w:color w:val="000000"/>
                <w:w w:val="97"/>
                <w:sz w:val="16"/>
                <w:lang w:val="ru-RU"/>
              </w:rPr>
              <w:t xml:space="preserve">Литература первой половины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 xml:space="preserve"> века</w:t>
            </w:r>
          </w:p>
        </w:tc>
      </w:tr>
    </w:tbl>
    <w:p w:rsidR="008B3471" w:rsidRPr="008273AB" w:rsidRDefault="008B3471">
      <w:pPr>
        <w:autoSpaceDE w:val="0"/>
        <w:autoSpaceDN w:val="0"/>
        <w:spacing w:after="0" w:line="14" w:lineRule="exact"/>
        <w:rPr>
          <w:rFonts w:ascii="Times New Roman" w:hAnsi="Times New Roman" w:cs="Times New Roman"/>
          <w:lang w:val="ru-RU"/>
        </w:rPr>
      </w:pPr>
    </w:p>
    <w:p w:rsidR="008B3471" w:rsidRPr="008273AB" w:rsidRDefault="008B3471">
      <w:pPr>
        <w:rPr>
          <w:rFonts w:ascii="Times New Roman" w:hAnsi="Times New Roman" w:cs="Times New Roman"/>
          <w:lang w:val="ru-RU"/>
        </w:rPr>
        <w:sectPr w:rsidR="008B3471" w:rsidRPr="008273AB">
          <w:pgSz w:w="16840" w:h="11900"/>
          <w:pgMar w:top="284" w:right="640" w:bottom="604"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Грин. Повести и рассказы. </w:t>
            </w:r>
            <w:r w:rsidRPr="008273AB">
              <w:rPr>
                <w:rFonts w:ascii="Times New Roman" w:eastAsia="Times New Roman" w:hAnsi="Times New Roman" w:cs="Times New Roman"/>
                <w:color w:val="000000"/>
                <w:w w:val="97"/>
                <w:sz w:val="16"/>
              </w:rPr>
              <w:t>Феерия «Алые паруса».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576"/>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Отечественная поэзия первой половины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века. Стихотворения на тему мечты и реальности Н. С. Гумилев «Жираф», А. А. Блок «Ты помнишь, в нашей бухте сонной…». </w:t>
            </w:r>
            <w:r w:rsidRPr="008273AB">
              <w:rPr>
                <w:rFonts w:ascii="Times New Roman" w:eastAsia="Times New Roman" w:hAnsi="Times New Roman" w:cs="Times New Roman"/>
                <w:color w:val="000000"/>
                <w:w w:val="97"/>
                <w:sz w:val="16"/>
              </w:rPr>
              <w:t>М. И. Цветаева («Генералам двенадцатого года…»).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В. В. Маяковский. Стихотворения. «Хорошее отношение к лошадям».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А. П. Платонов. Рассказы. «Юшка».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6.</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В. М. Шукшин. Рассказы.«Чудик»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Стихотворения отечественных поэтов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веков......Б.Л. Пастернак. «Июль», «Никого не будет в доме...», А.Т.Твардовский. «Снега потемнеют синие...», «Июль — макушка лета…», «На дне моей жизни...», Е .А. Евтушенко «Хотят ли русские войны?», «Благословенна русская земля…», Б. А. Ахмадулина «По улице моей который год...», «Прощание».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43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Произведения отечественных прозаиков второй половины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 начала </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века Ф. А. Абрамов. "О чём плачут лошади". Ю. П. Казаков. Рассказ "Тихое утро".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Тема взаимоотношения поколений, становления человека, выбора им жизненного пути Л. Л. Волкова «Всем выйти из кадра!»,  У. Старк«Умеешь ли ты свистеть, Йоханна?»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7. </w:t>
            </w:r>
            <w:r w:rsidRPr="008273AB">
              <w:rPr>
                <w:rFonts w:ascii="Times New Roman" w:eastAsia="Times New Roman" w:hAnsi="Times New Roman" w:cs="Times New Roman"/>
                <w:b/>
                <w:color w:val="000000"/>
                <w:w w:val="97"/>
                <w:sz w:val="16"/>
              </w:rPr>
              <w:t>Зарубежная литература</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576"/>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М. де Сервантес Сааведра. Роман «Хитроумный идальго Дон Кихот Ламанчский» (главы). Зарубежная новеллистика .  О. Генри. «Дары волхвов». А. де Сент Экзюпери. Повесть - сказка «Маленький принц».</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7.2.</w:t>
            </w:r>
          </w:p>
        </w:tc>
        <w:tc>
          <w:tcPr>
            <w:tcW w:w="9810"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РЭШ:https://resh.edu.ru/subject/14/7/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96"/>
        </w:trPr>
        <w:tc>
          <w:tcPr>
            <w:tcW w:w="1020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8</w:t>
            </w:r>
          </w:p>
        </w:tc>
        <w:tc>
          <w:tcPr>
            <w:tcW w:w="476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8. </w:t>
            </w:r>
            <w:r w:rsidRPr="008273AB">
              <w:rPr>
                <w:rFonts w:ascii="Times New Roman" w:eastAsia="Times New Roman" w:hAnsi="Times New Roman" w:cs="Times New Roman"/>
                <w:b/>
                <w:color w:val="000000"/>
                <w:w w:val="97"/>
                <w:sz w:val="16"/>
              </w:rPr>
              <w:t>Итоговый контроль</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Итоговые контрольные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2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328"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10206"/>
        <w:gridCol w:w="528"/>
        <w:gridCol w:w="1104"/>
        <w:gridCol w:w="1142"/>
        <w:gridCol w:w="2522"/>
      </w:tblGrid>
      <w:tr w:rsidR="008B3471" w:rsidRPr="008273AB">
        <w:trPr>
          <w:trHeight w:hRule="exact" w:val="348"/>
        </w:trPr>
        <w:tc>
          <w:tcPr>
            <w:tcW w:w="1020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1C478F">
      <w:pPr>
        <w:autoSpaceDE w:val="0"/>
        <w:autoSpaceDN w:val="0"/>
        <w:spacing w:before="188" w:after="92" w:line="233" w:lineRule="auto"/>
        <w:rPr>
          <w:rFonts w:ascii="Times New Roman" w:hAnsi="Times New Roman" w:cs="Times New Roman"/>
        </w:rPr>
      </w:pPr>
      <w:r w:rsidRPr="008273AB">
        <w:rPr>
          <w:rFonts w:ascii="Times New Roman" w:eastAsia="Times New Roman" w:hAnsi="Times New Roman" w:cs="Times New Roman"/>
          <w:b/>
          <w:color w:val="000000"/>
          <w:sz w:val="18"/>
        </w:rPr>
        <w:t>8 КЛАСС</w:t>
      </w: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w:t>
            </w:r>
            <w:r w:rsidRPr="008273AB">
              <w:rPr>
                <w:rFonts w:ascii="Times New Roman" w:hAnsi="Times New Roman" w:cs="Times New Roman"/>
              </w:rPr>
              <w:br/>
            </w:r>
            <w:r w:rsidRPr="008273AB">
              <w:rPr>
                <w:rFonts w:ascii="Times New Roman" w:eastAsia="Times New Roman" w:hAnsi="Times New Roman" w:cs="Times New Roman"/>
                <w:b/>
                <w:color w:val="000000"/>
                <w:w w:val="97"/>
                <w:sz w:val="16"/>
              </w:rPr>
              <w:t>п/п</w:t>
            </w:r>
          </w:p>
        </w:tc>
        <w:tc>
          <w:tcPr>
            <w:tcW w:w="98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Количество часов</w:t>
            </w:r>
          </w:p>
        </w:tc>
        <w:tc>
          <w:tcPr>
            <w:tcW w:w="25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576"/>
              <w:rPr>
                <w:rFonts w:ascii="Times New Roman" w:hAnsi="Times New Roman" w:cs="Times New Roman"/>
              </w:rPr>
            </w:pPr>
            <w:r w:rsidRPr="008273AB">
              <w:rPr>
                <w:rFonts w:ascii="Times New Roman" w:eastAsia="Times New Roman" w:hAnsi="Times New Roman" w:cs="Times New Roman"/>
                <w:b/>
                <w:color w:val="000000"/>
                <w:w w:val="97"/>
                <w:sz w:val="16"/>
              </w:rPr>
              <w:t>Электронные (цифровые) образовательные ресурсы</w:t>
            </w:r>
          </w:p>
        </w:tc>
      </w:tr>
      <w:tr w:rsidR="008B3471" w:rsidRPr="008273AB">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r>
      <w:tr w:rsidR="008B3471" w:rsidRPr="008273AB">
        <w:trPr>
          <w:trHeight w:hRule="exact" w:val="350"/>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1.</w:t>
            </w:r>
            <w:r w:rsidRPr="008273AB">
              <w:rPr>
                <w:rFonts w:ascii="Times New Roman" w:eastAsia="Times New Roman" w:hAnsi="Times New Roman" w:cs="Times New Roman"/>
                <w:b/>
                <w:color w:val="000000"/>
                <w:w w:val="97"/>
                <w:sz w:val="16"/>
              </w:rPr>
              <w:t xml:space="preserve"> Древнерусская литература</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Житийная литература. «Житие Сергия Радонежского»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2.</w:t>
            </w:r>
            <w:r w:rsidRPr="008273AB">
              <w:rPr>
                <w:rFonts w:ascii="Times New Roman" w:eastAsia="Times New Roman" w:hAnsi="Times New Roman" w:cs="Times New Roman"/>
                <w:b/>
                <w:color w:val="000000"/>
                <w:w w:val="97"/>
                <w:sz w:val="16"/>
              </w:rPr>
              <w:t xml:space="preserve"> Литература XVIII века</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Д. И. Фонвизин. Комедия «Недоросль»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3.</w:t>
            </w:r>
            <w:r w:rsidRPr="008273AB">
              <w:rPr>
                <w:rFonts w:ascii="Times New Roman" w:eastAsia="Times New Roman" w:hAnsi="Times New Roman" w:cs="Times New Roman"/>
                <w:b/>
                <w:color w:val="000000"/>
                <w:w w:val="97"/>
                <w:sz w:val="16"/>
                <w:lang w:val="ru-RU"/>
              </w:rPr>
              <w:t xml:space="preserve"> Литература первой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Пушкин. Стихотворения. «К Чаадаеву», «Анчар». «Маленькие трагедии» («Моцарт и Сальери»).  </w:t>
            </w:r>
            <w:r w:rsidRPr="008273AB">
              <w:rPr>
                <w:rFonts w:ascii="Times New Roman" w:eastAsia="Times New Roman" w:hAnsi="Times New Roman" w:cs="Times New Roman"/>
                <w:color w:val="000000"/>
                <w:w w:val="97"/>
                <w:sz w:val="16"/>
              </w:rPr>
              <w:t>Роман «Капитанская дочка»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720"/>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М. Ю. Лермонтов. Стихотворения. «Я не хочу, чтоб свет узнал…», «Из-под таинственной, холодной полумаски…», «Нищий».  </w:t>
            </w:r>
            <w:r w:rsidRPr="008273AB">
              <w:rPr>
                <w:rFonts w:ascii="Times New Roman" w:eastAsia="Times New Roman" w:hAnsi="Times New Roman" w:cs="Times New Roman"/>
                <w:color w:val="000000"/>
                <w:w w:val="97"/>
                <w:sz w:val="16"/>
              </w:rPr>
              <w:t>Поэма«Мцыри»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7344"/>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Н. В. Гоголь. Повесть «Шинель», </w:t>
            </w:r>
            <w:r w:rsidRPr="008273AB">
              <w:rPr>
                <w:rFonts w:ascii="Times New Roman" w:hAnsi="Times New Roman" w:cs="Times New Roman"/>
                <w:lang w:val="ru-RU"/>
              </w:rPr>
              <w:br/>
            </w:r>
            <w:r w:rsidRPr="008273AB">
              <w:rPr>
                <w:rFonts w:ascii="Times New Roman" w:eastAsia="Times New Roman" w:hAnsi="Times New Roman" w:cs="Times New Roman"/>
                <w:b/>
                <w:color w:val="000000"/>
                <w:w w:val="97"/>
                <w:sz w:val="16"/>
                <w:lang w:val="ru-RU"/>
              </w:rPr>
              <w:t xml:space="preserve">Комедия «Ревизор»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50"/>
        </w:trPr>
        <w:tc>
          <w:tcPr>
            <w:tcW w:w="1020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4768"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4.</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И. С. Тургенев. Повести. «Ася».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Ф. М. Достоевский..  «Белые ночи».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316"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Л. Н. Толстой. Повести и рассказы. </w:t>
            </w:r>
            <w:r w:rsidRPr="008273AB">
              <w:rPr>
                <w:rFonts w:ascii="Times New Roman" w:eastAsia="Times New Roman" w:hAnsi="Times New Roman" w:cs="Times New Roman"/>
                <w:color w:val="000000"/>
                <w:w w:val="97"/>
                <w:sz w:val="16"/>
              </w:rPr>
              <w:t>«Отрочество» (главы)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50"/>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Раздел 5. </w:t>
            </w:r>
            <w:r w:rsidRPr="008273AB">
              <w:rPr>
                <w:rFonts w:ascii="Times New Roman" w:eastAsia="Times New Roman" w:hAnsi="Times New Roman" w:cs="Times New Roman"/>
                <w:b/>
                <w:color w:val="000000"/>
                <w:w w:val="97"/>
                <w:sz w:val="16"/>
                <w:lang w:val="ru-RU"/>
              </w:rPr>
              <w:t xml:space="preserve">Литература первой половины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w:t>
            </w:r>
          </w:p>
        </w:tc>
        <w:tc>
          <w:tcPr>
            <w:tcW w:w="9810"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45" w:lineRule="auto"/>
              <w:ind w:left="72" w:right="144"/>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Произведения писателей русского зарубежья  И. А. Бунин. «Кавказ». Н. Тэффи. «Жизнь и воротник». М. А. Осоргин. «Пенсне». И.С. Шмелёв.«Как я стал писателем»</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Поэзия первой половины ХХ века М. И. Цветаева. «Дон», М. А. Светлов. «Гренада» О. Э. Мандельштам. «Ленинград», А. А. Ахматова«Постучись кулачком – я открою…», Н. А. Заболоцкий. </w:t>
            </w:r>
            <w:r w:rsidRPr="008273AB">
              <w:rPr>
                <w:rFonts w:ascii="Times New Roman" w:eastAsia="Times New Roman" w:hAnsi="Times New Roman" w:cs="Times New Roman"/>
                <w:color w:val="000000"/>
                <w:w w:val="97"/>
                <w:sz w:val="16"/>
              </w:rPr>
              <w:t>«Где-то в поле возле Магадана».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М. А. Булгаков. «Собачье сердце».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6.</w:t>
            </w:r>
            <w:r w:rsidRPr="008273AB">
              <w:rPr>
                <w:rFonts w:ascii="Times New Roman" w:eastAsia="Times New Roman" w:hAnsi="Times New Roman" w:cs="Times New Roman"/>
                <w:b/>
                <w:color w:val="000000"/>
                <w:w w:val="97"/>
                <w:sz w:val="16"/>
                <w:lang w:val="ru-RU"/>
              </w:rPr>
              <w:t xml:space="preserve"> Литература второй половины </w:t>
            </w:r>
            <w:r w:rsidRPr="008273AB">
              <w:rPr>
                <w:rFonts w:ascii="Times New Roman" w:eastAsia="Times New Roman" w:hAnsi="Times New Roman" w:cs="Times New Roman"/>
                <w:b/>
                <w:color w:val="000000"/>
                <w:w w:val="97"/>
                <w:sz w:val="16"/>
              </w:rPr>
              <w:t>XX</w:t>
            </w:r>
            <w:r w:rsidRPr="008273AB">
              <w:rPr>
                <w:rFonts w:ascii="Times New Roman" w:eastAsia="Times New Roman" w:hAnsi="Times New Roman" w:cs="Times New Roman"/>
                <w:b/>
                <w:color w:val="000000"/>
                <w:w w:val="97"/>
                <w:sz w:val="16"/>
                <w:lang w:val="ru-RU"/>
              </w:rPr>
              <w:t xml:space="preserve"> века </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А. Т. Твардовский. Поэма «Василий Тёркин» (главы «Переправа», «Гармонь», «Два солдата», «Поединок»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6.2.</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М. А. Шолохов. Рассказ «Судьба человека»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6.3.</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6.4.</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А. И. Солженицын. Рассказ «Матрёнин двор»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6.5.</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576"/>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Произведения отечественных прозаиков второй половины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века. Е. И. Носов "Живое пламя",  Б. П. Екимова  " И в дождь, и во тьму….", "За тёплым хлебом", "Живая душа", "Говори, мама, говори"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6.6.</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Произведения отечественных и зарубежных прозаиков второй половины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века. </w:t>
            </w:r>
            <w:r w:rsidRPr="008273AB">
              <w:rPr>
                <w:rFonts w:ascii="Times New Roman" w:eastAsia="Times New Roman" w:hAnsi="Times New Roman" w:cs="Times New Roman"/>
                <w:color w:val="000000"/>
                <w:w w:val="97"/>
                <w:sz w:val="16"/>
              </w:rPr>
              <w:t xml:space="preserve">В.Быков "Обелиск". М. Парр. «Вафельное сердце».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6.7.</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Поэзия второй половины </w:t>
            </w:r>
            <w:r w:rsidRPr="008273AB">
              <w:rPr>
                <w:rFonts w:ascii="Times New Roman" w:eastAsia="Times New Roman" w:hAnsi="Times New Roman" w:cs="Times New Roman"/>
                <w:color w:val="000000"/>
                <w:w w:val="97"/>
                <w:sz w:val="16"/>
              </w:rPr>
              <w:t>XX</w:t>
            </w:r>
            <w:r w:rsidRPr="008273AB">
              <w:rPr>
                <w:rFonts w:ascii="Times New Roman" w:eastAsia="Times New Roman" w:hAnsi="Times New Roman" w:cs="Times New Roman"/>
                <w:color w:val="000000"/>
                <w:w w:val="97"/>
                <w:sz w:val="16"/>
                <w:lang w:val="ru-RU"/>
              </w:rPr>
              <w:t xml:space="preserve"> — начала </w:t>
            </w:r>
            <w:r w:rsidRPr="008273AB">
              <w:rPr>
                <w:rFonts w:ascii="Times New Roman" w:eastAsia="Times New Roman" w:hAnsi="Times New Roman" w:cs="Times New Roman"/>
                <w:color w:val="000000"/>
                <w:w w:val="97"/>
                <w:sz w:val="16"/>
              </w:rPr>
              <w:t>XXI</w:t>
            </w:r>
            <w:r w:rsidRPr="008273AB">
              <w:rPr>
                <w:rFonts w:ascii="Times New Roman" w:eastAsia="Times New Roman" w:hAnsi="Times New Roman" w:cs="Times New Roman"/>
                <w:color w:val="000000"/>
                <w:w w:val="97"/>
                <w:sz w:val="16"/>
                <w:lang w:val="ru-RU"/>
              </w:rPr>
              <w:t xml:space="preserve"> века. М. В. Исаковский. «Враги сожгли родную хату…», «Катюша», Б. Ш. Окуджава. «Здесь птицы не поют», «Песенка о пехоте», Л. И. Ошанин. «Дороги», А. И. Фатьянов. «Соловьи», К. М. Симонов. «Жди меня», А. А. Сурков. </w:t>
            </w:r>
            <w:r w:rsidRPr="008273AB">
              <w:rPr>
                <w:rFonts w:ascii="Times New Roman" w:eastAsia="Times New Roman" w:hAnsi="Times New Roman" w:cs="Times New Roman"/>
                <w:color w:val="000000"/>
                <w:w w:val="97"/>
                <w:sz w:val="16"/>
              </w:rPr>
              <w:t>«Бьётся в тесной печурке огонь...»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6.8.</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72"/>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2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7. </w:t>
            </w:r>
            <w:r w:rsidRPr="008273AB">
              <w:rPr>
                <w:rFonts w:ascii="Times New Roman" w:eastAsia="Times New Roman" w:hAnsi="Times New Roman" w:cs="Times New Roman"/>
                <w:b/>
                <w:color w:val="000000"/>
                <w:w w:val="97"/>
                <w:sz w:val="16"/>
              </w:rPr>
              <w:t>Зарубежная литература</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418"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396"/>
        <w:gridCol w:w="9810"/>
        <w:gridCol w:w="528"/>
        <w:gridCol w:w="1104"/>
        <w:gridCol w:w="1142"/>
        <w:gridCol w:w="2522"/>
      </w:tblGrid>
      <w:tr w:rsidR="008B3471" w:rsidRPr="008273AB">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7.1.</w:t>
            </w:r>
          </w:p>
        </w:tc>
        <w:tc>
          <w:tcPr>
            <w:tcW w:w="9810"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43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У. Шекспир. Сонеты. № 66 «Измучась всем, я умереть хочу…», № 130 «Её глаза на звёзды не похожи…» . Трагедия «Ромео и Джульетта»(фрагменты по выбору). Ж.Б. Мольер. </w:t>
            </w:r>
            <w:r w:rsidRPr="008273AB">
              <w:rPr>
                <w:rFonts w:ascii="Times New Roman" w:eastAsia="Times New Roman" w:hAnsi="Times New Roman" w:cs="Times New Roman"/>
                <w:color w:val="000000"/>
                <w:w w:val="97"/>
                <w:sz w:val="16"/>
              </w:rPr>
              <w:t>Комедия «Мещанин во дворянстве» (фрагменты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РЭШ:https://resh.edu.ru/subject/14/8/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8. </w:t>
            </w:r>
            <w:r w:rsidRPr="008273AB">
              <w:rPr>
                <w:rFonts w:ascii="Times New Roman" w:eastAsia="Times New Roman" w:hAnsi="Times New Roman" w:cs="Times New Roman"/>
                <w:b/>
                <w:color w:val="000000"/>
                <w:w w:val="97"/>
                <w:sz w:val="16"/>
              </w:rPr>
              <w:t>Итоговый контроль</w:t>
            </w:r>
          </w:p>
        </w:tc>
      </w:tr>
      <w:tr w:rsidR="008B3471" w:rsidRPr="008273AB">
        <w:trPr>
          <w:trHeight w:hRule="exact" w:val="350"/>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8.1.</w:t>
            </w:r>
          </w:p>
        </w:tc>
        <w:tc>
          <w:tcPr>
            <w:tcW w:w="9810"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Итоговые контрольные работы</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5"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4"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4768"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1C478F">
      <w:pPr>
        <w:autoSpaceDE w:val="0"/>
        <w:autoSpaceDN w:val="0"/>
        <w:spacing w:before="188" w:after="94" w:line="230" w:lineRule="auto"/>
        <w:rPr>
          <w:rFonts w:ascii="Times New Roman" w:hAnsi="Times New Roman" w:cs="Times New Roman"/>
        </w:rPr>
      </w:pPr>
      <w:r w:rsidRPr="008273AB">
        <w:rPr>
          <w:rFonts w:ascii="Times New Roman" w:eastAsia="Times New Roman" w:hAnsi="Times New Roman" w:cs="Times New Roman"/>
          <w:b/>
          <w:color w:val="000000"/>
          <w:sz w:val="18"/>
        </w:rPr>
        <w:t>9 КЛАСС</w:t>
      </w: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right="144"/>
              <w:jc w:val="center"/>
              <w:rPr>
                <w:rFonts w:ascii="Times New Roman" w:hAnsi="Times New Roman" w:cs="Times New Roman"/>
              </w:rPr>
            </w:pPr>
            <w:r w:rsidRPr="008273AB">
              <w:rPr>
                <w:rFonts w:ascii="Times New Roman" w:eastAsia="Times New Roman" w:hAnsi="Times New Roman" w:cs="Times New Roman"/>
                <w:b/>
                <w:color w:val="000000"/>
                <w:w w:val="97"/>
                <w:sz w:val="16"/>
              </w:rPr>
              <w:t>№</w:t>
            </w:r>
            <w:r w:rsidRPr="008273AB">
              <w:rPr>
                <w:rFonts w:ascii="Times New Roman" w:hAnsi="Times New Roman" w:cs="Times New Roman"/>
              </w:rPr>
              <w:br/>
            </w:r>
            <w:r w:rsidRPr="008273AB">
              <w:rPr>
                <w:rFonts w:ascii="Times New Roman" w:eastAsia="Times New Roman" w:hAnsi="Times New Roman" w:cs="Times New Roman"/>
                <w:b/>
                <w:color w:val="000000"/>
                <w:w w:val="97"/>
                <w:sz w:val="16"/>
              </w:rPr>
              <w:t>п/п</w:t>
            </w:r>
          </w:p>
        </w:tc>
        <w:tc>
          <w:tcPr>
            <w:tcW w:w="97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Количество часов</w:t>
            </w:r>
          </w:p>
        </w:tc>
        <w:tc>
          <w:tcPr>
            <w:tcW w:w="25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576"/>
              <w:rPr>
                <w:rFonts w:ascii="Times New Roman" w:hAnsi="Times New Roman" w:cs="Times New Roman"/>
              </w:rPr>
            </w:pPr>
            <w:r w:rsidRPr="008273AB">
              <w:rPr>
                <w:rFonts w:ascii="Times New Roman" w:eastAsia="Times New Roman" w:hAnsi="Times New Roman" w:cs="Times New Roman"/>
                <w:b/>
                <w:color w:val="000000"/>
                <w:w w:val="97"/>
                <w:sz w:val="16"/>
              </w:rPr>
              <w:t>Электронные (цифровые) образовательные ресурсы</w:t>
            </w:r>
          </w:p>
        </w:tc>
      </w:tr>
      <w:tr w:rsidR="008B3471" w:rsidRPr="008273AB">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1.</w:t>
            </w:r>
            <w:r w:rsidRPr="008273AB">
              <w:rPr>
                <w:rFonts w:ascii="Times New Roman" w:eastAsia="Times New Roman" w:hAnsi="Times New Roman" w:cs="Times New Roman"/>
                <w:b/>
                <w:color w:val="000000"/>
                <w:w w:val="97"/>
                <w:sz w:val="16"/>
              </w:rPr>
              <w:t xml:space="preserve"> Древнерусская литература</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«Слово о полку Игореве»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1.2.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Раздел 2.</w:t>
            </w:r>
            <w:r w:rsidRPr="008273AB">
              <w:rPr>
                <w:rFonts w:ascii="Times New Roman" w:eastAsia="Times New Roman" w:hAnsi="Times New Roman" w:cs="Times New Roman"/>
                <w:b/>
                <w:color w:val="000000"/>
                <w:w w:val="97"/>
                <w:sz w:val="16"/>
              </w:rPr>
              <w:t xml:space="preserve"> Литература XVIII века</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45" w:lineRule="auto"/>
              <w:ind w:left="72" w:right="288"/>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М. В. Ломоносов. «Ода на день восшествия на Всероссийский престол Ея Величества Государыни Императрицы Елисаветы Петровны 1747 года».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Г. Р. Державин. Стихотворения.  «Властителям и судиям», «Памятник».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Н. М. Карамзин. Повесть «Бедная Лиза»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2.4.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7</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72122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Раздел 3.</w:t>
            </w:r>
            <w:r w:rsidRPr="008273AB">
              <w:rPr>
                <w:rFonts w:ascii="Times New Roman" w:eastAsia="Times New Roman" w:hAnsi="Times New Roman" w:cs="Times New Roman"/>
                <w:b/>
                <w:color w:val="000000"/>
                <w:w w:val="97"/>
                <w:sz w:val="16"/>
                <w:lang w:val="ru-RU"/>
              </w:rPr>
              <w:t xml:space="preserve"> Литература первой половины </w:t>
            </w:r>
            <w:r w:rsidRPr="008273AB">
              <w:rPr>
                <w:rFonts w:ascii="Times New Roman" w:eastAsia="Times New Roman" w:hAnsi="Times New Roman" w:cs="Times New Roman"/>
                <w:b/>
                <w:color w:val="000000"/>
                <w:w w:val="97"/>
                <w:sz w:val="16"/>
              </w:rPr>
              <w:t>XIX</w:t>
            </w:r>
            <w:r w:rsidRPr="008273AB">
              <w:rPr>
                <w:rFonts w:ascii="Times New Roman" w:eastAsia="Times New Roman" w:hAnsi="Times New Roman" w:cs="Times New Roman"/>
                <w:b/>
                <w:color w:val="000000"/>
                <w:w w:val="97"/>
                <w:sz w:val="16"/>
                <w:lang w:val="ru-RU"/>
              </w:rPr>
              <w:t xml:space="preserve"> века</w:t>
            </w:r>
          </w:p>
        </w:tc>
      </w:tr>
      <w:tr w:rsidR="008B3471" w:rsidRPr="008273AB">
        <w:trPr>
          <w:trHeight w:hRule="exact" w:val="77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В. А. Жуковский. Баллады, элегии.  </w:t>
            </w:r>
            <w:r w:rsidRPr="008273AB">
              <w:rPr>
                <w:rFonts w:ascii="Times New Roman" w:eastAsia="Times New Roman" w:hAnsi="Times New Roman" w:cs="Times New Roman"/>
                <w:color w:val="000000"/>
                <w:w w:val="97"/>
                <w:sz w:val="16"/>
              </w:rPr>
              <w:t>«Светлана» «Невыразимое», «Море».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286"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468"/>
        <w:gridCol w:w="9738"/>
        <w:gridCol w:w="528"/>
        <w:gridCol w:w="1104"/>
        <w:gridCol w:w="1142"/>
        <w:gridCol w:w="2522"/>
      </w:tblGrid>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А. С. Грибоедов. Комедия «Горе от ума»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Поэзия пушкинской эпохи. К. Н. Батюшков, А. А. Дельвиг, Н. М. Языков, Е. А. Баратынский.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3.6.</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2"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r w:rsidRPr="008273AB">
              <w:rPr>
                <w:rFonts w:ascii="Times New Roman" w:eastAsia="Times New Roman" w:hAnsi="Times New Roman" w:cs="Times New Roman"/>
                <w:color w:val="000000"/>
                <w:w w:val="97"/>
                <w:sz w:val="16"/>
              </w:rPr>
              <w:t xml:space="preserve">Поэма «Медный всадник». Роман в стихах «Евгений Онегин»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3.7.</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3.8.</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3.9.</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50" w:lineRule="auto"/>
              <w:ind w:left="72" w:right="144"/>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М. Ю. Лермонтов. Стихотворения. «Выхожу один я на дорогу…», «Дума», «И скучно и грустно», «Как часто, пёстрою толпою окружён…»,«Молитва» («Я, Матерь Божия, ныне с молитвою…»), «Нет, не тебя так пылко я люблю…», «Нет, я не Байрон, я другой…», «Поэт»(«Отделкой золотой блистает мой кинжал…»), «Пророк», «Родина», «Смерть Поэта», «Сон» («В полдневный жар в долине Дагестана…»), «Я жить хочу, хочу печали…». </w:t>
            </w:r>
            <w:r w:rsidRPr="008273AB">
              <w:rPr>
                <w:rFonts w:ascii="Times New Roman" w:eastAsia="Times New Roman" w:hAnsi="Times New Roman" w:cs="Times New Roman"/>
                <w:color w:val="000000"/>
                <w:w w:val="97"/>
                <w:sz w:val="16"/>
              </w:rPr>
              <w:t xml:space="preserve">Роман «Герой нашего времени»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3.10.</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lang w:val="ru-RU"/>
              </w:rPr>
            </w:pPr>
            <w:r w:rsidRPr="008273AB">
              <w:rPr>
                <w:rFonts w:ascii="Times New Roman" w:eastAsia="Times New Roman" w:hAnsi="Times New Roman" w:cs="Times New Roman"/>
                <w:b/>
                <w:color w:val="000000"/>
                <w:w w:val="97"/>
                <w:sz w:val="16"/>
                <w:lang w:val="ru-RU"/>
              </w:rPr>
              <w:t xml:space="preserve">Н. В. Гоголь. Поэма «Мёртвые души»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5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3.13.</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3.14.</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3.15.</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lang w:val="ru-RU"/>
              </w:rPr>
              <w:t xml:space="preserve">Отечественная проза первой половины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 xml:space="preserve"> века. </w:t>
            </w:r>
            <w:r w:rsidRPr="008273AB">
              <w:rPr>
                <w:rFonts w:ascii="Times New Roman" w:eastAsia="Times New Roman" w:hAnsi="Times New Roman" w:cs="Times New Roman"/>
                <w:color w:val="000000"/>
                <w:w w:val="97"/>
                <w:sz w:val="16"/>
              </w:rPr>
              <w:t xml:space="preserve">А.Погорельский.«Лафертовская маковница»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5" w:lineRule="auto"/>
              <w:ind w:left="72" w:right="1008"/>
              <w:rPr>
                <w:rFonts w:ascii="Times New Roman" w:hAnsi="Times New Roman" w:cs="Times New Roman"/>
              </w:rPr>
            </w:pPr>
            <w:r w:rsidRPr="008273AB">
              <w:rPr>
                <w:rFonts w:ascii="Times New Roman" w:eastAsia="Times New Roman" w:hAnsi="Times New Roman" w:cs="Times New Roman"/>
                <w:color w:val="000000"/>
                <w:w w:val="97"/>
                <w:sz w:val="16"/>
              </w:rPr>
              <w:t>ЕКЦОР:http://school-collection.edu.ru/</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61</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4. </w:t>
            </w:r>
            <w:r w:rsidRPr="008273AB">
              <w:rPr>
                <w:rFonts w:ascii="Times New Roman" w:eastAsia="Times New Roman" w:hAnsi="Times New Roman" w:cs="Times New Roman"/>
                <w:b/>
                <w:color w:val="000000"/>
                <w:w w:val="97"/>
                <w:sz w:val="16"/>
              </w:rPr>
              <w:t>Зарубежная литература</w:t>
            </w:r>
          </w:p>
        </w:tc>
      </w:tr>
      <w:tr w:rsidR="008B3471" w:rsidRPr="008273AB">
        <w:trPr>
          <w:trHeight w:hRule="exact" w:val="9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ight="590"/>
              <w:jc w:val="both"/>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 xml:space="preserve">Данте. «Божественная комедия»  (фрагменты по выбору). У. Шекспир. Трагедия «Гамлет» (фрагменты по выбору). И.В. Гёте. Трагедия«Фауст» (фрагменты по выбору). Дж. Г. Байрон. Стихотворения. «Душа моя мрачна. Скорей, певец, скорей!..». Поэма «Паломничество Чайльд-Гарольда» (фрагменты по выбору). Зарубежная проза первой половины </w:t>
            </w:r>
            <w:r w:rsidRPr="008273AB">
              <w:rPr>
                <w:rFonts w:ascii="Times New Roman" w:eastAsia="Times New Roman" w:hAnsi="Times New Roman" w:cs="Times New Roman"/>
                <w:color w:val="000000"/>
                <w:w w:val="97"/>
                <w:sz w:val="16"/>
              </w:rPr>
              <w:t>XIX</w:t>
            </w:r>
            <w:r w:rsidRPr="008273AB">
              <w:rPr>
                <w:rFonts w:ascii="Times New Roman" w:eastAsia="Times New Roman" w:hAnsi="Times New Roman" w:cs="Times New Roman"/>
                <w:color w:val="000000"/>
                <w:w w:val="97"/>
                <w:sz w:val="16"/>
                <w:lang w:val="ru-RU"/>
              </w:rPr>
              <w:t xml:space="preserve"> в. произведения.  В. Скотта "Айвенго".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47"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РЭШ:https://resh.edu.ru/subject/14/9/ ЕКЦОР:http://school-</w:t>
            </w:r>
            <w:r w:rsidRPr="008273AB">
              <w:rPr>
                <w:rFonts w:ascii="Times New Roman" w:hAnsi="Times New Roman" w:cs="Times New Roman"/>
              </w:rPr>
              <w:br/>
            </w:r>
            <w:r w:rsidRPr="008273AB">
              <w:rPr>
                <w:rFonts w:ascii="Times New Roman" w:eastAsia="Times New Roman" w:hAnsi="Times New Roman" w:cs="Times New Roman"/>
                <w:color w:val="000000"/>
                <w:w w:val="97"/>
                <w:sz w:val="16"/>
              </w:rPr>
              <w:t>collection.edu.ru/</w:t>
            </w:r>
          </w:p>
        </w:tc>
      </w:tr>
      <w:tr w:rsidR="008B3471" w:rsidRPr="008273AB">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4.2.</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r w:rsidR="008B3471" w:rsidRPr="008273AB">
        <w:trPr>
          <w:trHeight w:hRule="exact" w:val="348"/>
        </w:trPr>
        <w:tc>
          <w:tcPr>
            <w:tcW w:w="102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11</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 xml:space="preserve">Раздел 5. </w:t>
            </w:r>
            <w:r w:rsidRPr="008273AB">
              <w:rPr>
                <w:rFonts w:ascii="Times New Roman" w:eastAsia="Times New Roman" w:hAnsi="Times New Roman" w:cs="Times New Roman"/>
                <w:b/>
                <w:color w:val="000000"/>
                <w:w w:val="97"/>
                <w:sz w:val="16"/>
              </w:rPr>
              <w:t>Итоговый контроль</w:t>
            </w:r>
          </w:p>
        </w:tc>
      </w:tr>
      <w:tr w:rsidR="008B3471" w:rsidRPr="008273AB">
        <w:trPr>
          <w:trHeight w:hRule="exact" w:val="32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jc w:val="center"/>
              <w:rPr>
                <w:rFonts w:ascii="Times New Roman" w:hAnsi="Times New Roman" w:cs="Times New Roman"/>
              </w:rPr>
            </w:pPr>
            <w:r w:rsidRPr="008273AB">
              <w:rPr>
                <w:rFonts w:ascii="Times New Roman" w:eastAsia="Times New Roman" w:hAnsi="Times New Roman" w:cs="Times New Roman"/>
                <w:color w:val="000000"/>
                <w:w w:val="97"/>
                <w:sz w:val="16"/>
              </w:rPr>
              <w:t>5.1.</w:t>
            </w:r>
          </w:p>
        </w:tc>
        <w:tc>
          <w:tcPr>
            <w:tcW w:w="973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Итоговые контрольные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6" w:after="0" w:line="233"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w:t>
            </w: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382" w:left="666" w:header="720" w:footer="720" w:gutter="0"/>
          <w:cols w:space="720" w:equalWidth="0">
            <w:col w:w="15534" w:space="0"/>
          </w:cols>
          <w:docGrid w:linePitch="360"/>
        </w:sectPr>
      </w:pPr>
    </w:p>
    <w:p w:rsidR="008B3471" w:rsidRPr="008273AB" w:rsidRDefault="008B3471">
      <w:pPr>
        <w:autoSpaceDE w:val="0"/>
        <w:autoSpaceDN w:val="0"/>
        <w:spacing w:after="66" w:line="220" w:lineRule="exact"/>
        <w:rPr>
          <w:rFonts w:ascii="Times New Roman" w:hAnsi="Times New Roman" w:cs="Times New Roman"/>
        </w:rPr>
      </w:pPr>
    </w:p>
    <w:tbl>
      <w:tblPr>
        <w:tblW w:w="0" w:type="auto"/>
        <w:tblInd w:w="6" w:type="dxa"/>
        <w:tblLayout w:type="fixed"/>
        <w:tblLook w:val="04A0" w:firstRow="1" w:lastRow="0" w:firstColumn="1" w:lastColumn="0" w:noHBand="0" w:noVBand="1"/>
      </w:tblPr>
      <w:tblGrid>
        <w:gridCol w:w="10206"/>
        <w:gridCol w:w="528"/>
        <w:gridCol w:w="1104"/>
        <w:gridCol w:w="1142"/>
        <w:gridCol w:w="2522"/>
      </w:tblGrid>
      <w:tr w:rsidR="008B3471" w:rsidRPr="008273AB">
        <w:trPr>
          <w:trHeight w:hRule="exact" w:val="348"/>
        </w:trPr>
        <w:tc>
          <w:tcPr>
            <w:tcW w:w="1020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48"/>
        </w:trPr>
        <w:tc>
          <w:tcPr>
            <w:tcW w:w="1020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15</w:t>
            </w:r>
          </w:p>
        </w:tc>
        <w:tc>
          <w:tcPr>
            <w:tcW w:w="47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r w:rsidR="008B3471" w:rsidRPr="008273AB">
        <w:trPr>
          <w:trHeight w:hRule="exact" w:val="328"/>
        </w:trPr>
        <w:tc>
          <w:tcPr>
            <w:tcW w:w="10206"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lang w:val="ru-RU"/>
              </w:rPr>
            </w:pPr>
            <w:r w:rsidRPr="008273AB">
              <w:rPr>
                <w:rFonts w:ascii="Times New Roman" w:eastAsia="Times New Roman" w:hAnsi="Times New Roman" w:cs="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4</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1C478F">
            <w:pPr>
              <w:autoSpaceDE w:val="0"/>
              <w:autoSpaceDN w:val="0"/>
              <w:spacing w:before="78" w:after="0" w:line="230" w:lineRule="auto"/>
              <w:ind w:left="72"/>
              <w:rPr>
                <w:rFonts w:ascii="Times New Roman" w:hAnsi="Times New Roman" w:cs="Times New Roman"/>
              </w:rPr>
            </w:pPr>
            <w:r w:rsidRPr="008273AB">
              <w:rPr>
                <w:rFonts w:ascii="Times New Roman" w:eastAsia="Times New Roman" w:hAnsi="Times New Roman" w:cs="Times New Roman"/>
                <w:color w:val="000000"/>
                <w:w w:val="97"/>
                <w:sz w:val="16"/>
              </w:rPr>
              <w:t>0</w:t>
            </w:r>
          </w:p>
        </w:tc>
        <w:tc>
          <w:tcPr>
            <w:tcW w:w="2522" w:type="dxa"/>
            <w:tcBorders>
              <w:top w:val="single" w:sz="4" w:space="0" w:color="000000"/>
              <w:left w:val="single" w:sz="4" w:space="0" w:color="000000"/>
              <w:bottom w:val="single" w:sz="4" w:space="0" w:color="000000"/>
              <w:right w:val="single" w:sz="4" w:space="0" w:color="000000"/>
            </w:tcBorders>
            <w:tcMar>
              <w:left w:w="0" w:type="dxa"/>
              <w:right w:w="0" w:type="dxa"/>
            </w:tcMar>
          </w:tcPr>
          <w:p w:rsidR="008B3471" w:rsidRPr="008273AB" w:rsidRDefault="008B3471">
            <w:pPr>
              <w:rPr>
                <w:rFonts w:ascii="Times New Roman" w:hAnsi="Times New Roman" w:cs="Times New Roman"/>
              </w:rPr>
            </w:pPr>
          </w:p>
        </w:tc>
      </w:tr>
    </w:tbl>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6840" w:h="11900"/>
          <w:pgMar w:top="284" w:right="640" w:bottom="1440" w:left="666" w:header="720" w:footer="720" w:gutter="0"/>
          <w:cols w:space="720" w:equalWidth="0">
            <w:col w:w="15534" w:space="0"/>
          </w:cols>
          <w:docGrid w:linePitch="360"/>
        </w:sectPr>
      </w:pPr>
    </w:p>
    <w:p w:rsidR="008B3471" w:rsidRPr="008273AB" w:rsidRDefault="008B3471">
      <w:pPr>
        <w:autoSpaceDE w:val="0"/>
        <w:autoSpaceDN w:val="0"/>
        <w:spacing w:after="78" w:line="220" w:lineRule="exact"/>
        <w:rPr>
          <w:rFonts w:ascii="Times New Roman" w:hAnsi="Times New Roman" w:cs="Times New Roman"/>
        </w:rPr>
      </w:pPr>
    </w:p>
    <w:p w:rsidR="008B3471" w:rsidRPr="008273AB" w:rsidRDefault="008B3471">
      <w:pPr>
        <w:autoSpaceDE w:val="0"/>
        <w:autoSpaceDN w:val="0"/>
        <w:spacing w:after="0" w:line="14" w:lineRule="exact"/>
        <w:rPr>
          <w:rFonts w:ascii="Times New Roman" w:hAnsi="Times New Roman" w:cs="Times New Roman"/>
        </w:rPr>
      </w:pPr>
    </w:p>
    <w:p w:rsidR="008B3471" w:rsidRPr="008273AB" w:rsidRDefault="008B3471">
      <w:pPr>
        <w:rPr>
          <w:rFonts w:ascii="Times New Roman" w:hAnsi="Times New Roman" w:cs="Times New Roman"/>
        </w:rPr>
        <w:sectPr w:rsidR="008B3471" w:rsidRPr="008273AB">
          <w:pgSz w:w="11900" w:h="16840"/>
          <w:pgMar w:top="284" w:right="650" w:bottom="1440" w:left="666" w:header="720" w:footer="720" w:gutter="0"/>
          <w:cols w:space="720" w:equalWidth="0">
            <w:col w:w="10584" w:space="0"/>
          </w:cols>
          <w:docGrid w:linePitch="360"/>
        </w:sectPr>
      </w:pPr>
    </w:p>
    <w:p w:rsidR="008B3471" w:rsidRPr="008273AB" w:rsidRDefault="008B3471">
      <w:pPr>
        <w:autoSpaceDE w:val="0"/>
        <w:autoSpaceDN w:val="0"/>
        <w:spacing w:after="78" w:line="220" w:lineRule="exact"/>
        <w:rPr>
          <w:rFonts w:ascii="Times New Roman" w:hAnsi="Times New Roman" w:cs="Times New Roman"/>
        </w:rPr>
      </w:pPr>
    </w:p>
    <w:p w:rsidR="008B3471" w:rsidRPr="008273AB" w:rsidRDefault="001C478F">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 xml:space="preserve">УЧЕБНО-МЕТОДИЧЕСКОЕ ОБЕСПЕЧЕНИЕ ОБРАЗОВАТЕЛЬНОГО ПРОЦЕССА </w:t>
      </w:r>
    </w:p>
    <w:p w:rsidR="008B3471" w:rsidRPr="008273AB" w:rsidRDefault="001C478F">
      <w:pPr>
        <w:autoSpaceDE w:val="0"/>
        <w:autoSpaceDN w:val="0"/>
        <w:spacing w:before="346"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ОБЯЗАТЕЛЬНЫЕ УЧЕБНЫЕ МАТЕРИАЛЫ ДЛЯ УЧЕНИКА</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5 КЛАСС</w:t>
      </w:r>
    </w:p>
    <w:p w:rsidR="008B3471" w:rsidRPr="008273AB" w:rsidRDefault="001C478F">
      <w:pPr>
        <w:autoSpaceDE w:val="0"/>
        <w:autoSpaceDN w:val="0"/>
        <w:spacing w:before="166" w:after="0" w:line="271" w:lineRule="auto"/>
        <w:ind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Литература (в 2 частях), 5 класс /Коровина В.Я., Журавлев В.П., Коровин В.И., АО «Издательство«Просвещение»; </w:t>
      </w:r>
      <w:r w:rsidRPr="008273AB">
        <w:rPr>
          <w:rFonts w:ascii="Times New Roman" w:hAnsi="Times New Roman" w:cs="Times New Roman"/>
          <w:lang w:val="ru-RU"/>
        </w:rPr>
        <w:br/>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6 КЛАСС</w:t>
      </w:r>
    </w:p>
    <w:p w:rsidR="008B3471" w:rsidRPr="008273AB" w:rsidRDefault="001C478F">
      <w:pPr>
        <w:autoSpaceDE w:val="0"/>
        <w:autoSpaceDN w:val="0"/>
        <w:spacing w:before="168" w:after="0" w:line="271" w:lineRule="auto"/>
        <w:ind w:right="86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Литература (в 2 частях), 6 класс /Полухина В.П., Коровина В.Я., Журавлев В.П. и другие; под редакцией Коровиной В.Я.; АО «Издательство «Просвещение» ; </w:t>
      </w:r>
      <w:r w:rsidRPr="008273AB">
        <w:rPr>
          <w:rFonts w:ascii="Times New Roman" w:hAnsi="Times New Roman" w:cs="Times New Roman"/>
          <w:lang w:val="ru-RU"/>
        </w:rPr>
        <w:br/>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7 КЛАСС</w:t>
      </w:r>
    </w:p>
    <w:p w:rsidR="008B3471" w:rsidRPr="008273AB" w:rsidRDefault="001C478F">
      <w:pPr>
        <w:autoSpaceDE w:val="0"/>
        <w:autoSpaceDN w:val="0"/>
        <w:spacing w:before="166" w:after="0" w:line="271" w:lineRule="auto"/>
        <w:ind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Литература (в 2 частях), 7 класс /Коровина В.Я., Журавлев В.П., Коровин В.И.; АО «Издательство«Просвещение» ; </w:t>
      </w:r>
      <w:r w:rsidRPr="008273AB">
        <w:rPr>
          <w:rFonts w:ascii="Times New Roman" w:hAnsi="Times New Roman" w:cs="Times New Roman"/>
          <w:lang w:val="ru-RU"/>
        </w:rPr>
        <w:br/>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8 КЛАСС</w:t>
      </w:r>
    </w:p>
    <w:p w:rsidR="008B3471" w:rsidRPr="008273AB" w:rsidRDefault="001C478F">
      <w:pPr>
        <w:autoSpaceDE w:val="0"/>
        <w:autoSpaceDN w:val="0"/>
        <w:spacing w:before="166" w:after="0" w:line="271" w:lineRule="auto"/>
        <w:ind w:right="432"/>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Литература (в 2 частях), 8 класс /Коровина В.Я., Журавлев В.П., Коровин В.И.; АО «Издательство«Просвещение» ; </w:t>
      </w:r>
      <w:r w:rsidRPr="008273AB">
        <w:rPr>
          <w:rFonts w:ascii="Times New Roman" w:hAnsi="Times New Roman" w:cs="Times New Roman"/>
          <w:lang w:val="ru-RU"/>
        </w:rPr>
        <w:br/>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9 КЛАСС</w:t>
      </w:r>
    </w:p>
    <w:p w:rsidR="008B3471" w:rsidRPr="008273AB" w:rsidRDefault="001C478F">
      <w:pPr>
        <w:autoSpaceDE w:val="0"/>
        <w:autoSpaceDN w:val="0"/>
        <w:spacing w:before="166" w:after="0" w:line="271" w:lineRule="auto"/>
        <w:ind w:right="1008"/>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Литература (в 2 частях), 9 класс/Коровина В.Я., Журавлев В.П., Коровин В.И. и другие; под редакцией Коровиной В.Я.; АО «Издательство «Просвещение» ; </w:t>
      </w:r>
      <w:r w:rsidRPr="008273AB">
        <w:rPr>
          <w:rFonts w:ascii="Times New Roman" w:hAnsi="Times New Roman" w:cs="Times New Roman"/>
          <w:lang w:val="ru-RU"/>
        </w:rPr>
        <w:br/>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МЕТОДИЧЕСКИЕ МАТЕРИАЛЫ ДЛЯ УЧИТЕЛЯ</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5 КЛАСС</w:t>
      </w:r>
    </w:p>
    <w:p w:rsidR="008B3471" w:rsidRPr="008273AB" w:rsidRDefault="001C478F">
      <w:pPr>
        <w:autoSpaceDE w:val="0"/>
        <w:autoSpaceDN w:val="0"/>
        <w:spacing w:before="168" w:after="0" w:line="271"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Беляева Н. В.Литература. 5 класс. Методические рекомендации и поурочные разработки. Пособия для учителей и методистов. - Просвещение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Егорова Н. В. Литература. 5 класс. "В помощь школьному учителю". Поурочные разработки.</w:t>
      </w:r>
    </w:p>
    <w:p w:rsidR="008B3471" w:rsidRPr="008273AB" w:rsidRDefault="001C478F">
      <w:pPr>
        <w:autoSpaceDE w:val="0"/>
        <w:autoSpaceDN w:val="0"/>
        <w:spacing w:before="70" w:after="0" w:line="271" w:lineRule="auto"/>
        <w:ind w:right="201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Универсальное издание.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Гринина-Земскова А. М.. Обучение сочинениям. 5-9 классы.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Цветкова Г. В. Литература. 5-11 классы. Проектная деятельность учащихся. ФГОС</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6 КЛАСС</w:t>
      </w:r>
    </w:p>
    <w:p w:rsidR="008B3471" w:rsidRPr="008273AB" w:rsidRDefault="001C478F">
      <w:pPr>
        <w:autoSpaceDE w:val="0"/>
        <w:autoSpaceDN w:val="0"/>
        <w:spacing w:before="166" w:after="0" w:line="271"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Беляева Н. В.Литература. 6 класс. Методические рекомендации и поурочные разработки. Пособия для учителей и методистов. - Просвещение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Егорова Н. В. Литература. 6 класс. "В помощь школьному учителю". Поурочные разработки.</w:t>
      </w:r>
    </w:p>
    <w:p w:rsidR="008B3471" w:rsidRPr="008273AB" w:rsidRDefault="001C478F">
      <w:pPr>
        <w:autoSpaceDE w:val="0"/>
        <w:autoSpaceDN w:val="0"/>
        <w:spacing w:before="70" w:after="0" w:line="271" w:lineRule="auto"/>
        <w:ind w:right="201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Универсальное издание.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Гринина-Земскова А. М.. Обучение сочинениям. 5-9 классы.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Цветкова Г. В. Литература. 5-11 классы. Проектная деятельность учащихся. ФГОС</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7 КЛАСС</w:t>
      </w:r>
    </w:p>
    <w:p w:rsidR="008B3471" w:rsidRPr="008273AB" w:rsidRDefault="008B3471">
      <w:pPr>
        <w:rPr>
          <w:rFonts w:ascii="Times New Roman" w:hAnsi="Times New Roman" w:cs="Times New Roman"/>
          <w:lang w:val="ru-RU"/>
        </w:rPr>
        <w:sectPr w:rsidR="008B3471" w:rsidRPr="008273AB">
          <w:pgSz w:w="11900" w:h="16840"/>
          <w:pgMar w:top="298" w:right="650" w:bottom="432" w:left="666" w:header="720" w:footer="720" w:gutter="0"/>
          <w:cols w:space="720" w:equalWidth="0">
            <w:col w:w="10584" w:space="0"/>
          </w:cols>
          <w:docGrid w:linePitch="360"/>
        </w:sectPr>
      </w:pPr>
    </w:p>
    <w:p w:rsidR="008B3471" w:rsidRPr="008273AB" w:rsidRDefault="008B3471">
      <w:pPr>
        <w:autoSpaceDE w:val="0"/>
        <w:autoSpaceDN w:val="0"/>
        <w:spacing w:after="78" w:line="220" w:lineRule="exact"/>
        <w:rPr>
          <w:rFonts w:ascii="Times New Roman" w:hAnsi="Times New Roman" w:cs="Times New Roman"/>
          <w:lang w:val="ru-RU"/>
        </w:rPr>
      </w:pPr>
    </w:p>
    <w:p w:rsidR="008B3471" w:rsidRPr="008273AB" w:rsidRDefault="001C478F">
      <w:pPr>
        <w:autoSpaceDE w:val="0"/>
        <w:autoSpaceDN w:val="0"/>
        <w:spacing w:after="0" w:line="271"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Беляева Н. В.Литература. 7 класс. Методические рекомендации и поурочные разработки. Пособия для учителей и методистов. - Просвещение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Егорова Н. В. Литература. 7 класс. "В помощь школьному учителю". Поурочные разработки.</w:t>
      </w:r>
    </w:p>
    <w:p w:rsidR="008B3471" w:rsidRPr="008273AB" w:rsidRDefault="001C478F">
      <w:pPr>
        <w:autoSpaceDE w:val="0"/>
        <w:autoSpaceDN w:val="0"/>
        <w:spacing w:before="70" w:after="0" w:line="271" w:lineRule="auto"/>
        <w:ind w:right="201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Универсальное издание.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Гринина-Земскова А. М.. Обучение сочинениям. 5-9 классы.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Цветкова Г. В. Литература. 5-11 классы. Проектная деятельность учащихся. ФГОС</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8 КЛАСС</w:t>
      </w:r>
    </w:p>
    <w:p w:rsidR="008B3471" w:rsidRPr="008273AB" w:rsidRDefault="001C478F">
      <w:pPr>
        <w:autoSpaceDE w:val="0"/>
        <w:autoSpaceDN w:val="0"/>
        <w:spacing w:before="166" w:after="0" w:line="271"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Беляева Н. В.Литература. 8 класс. Методические рекомендации и поурочные разработки. Пособия для учителей и методистов. - Просвещение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Егорова Н. В. Литература. 8 класс. "В помощь школьному учителю". Поурочные разработки.</w:t>
      </w:r>
    </w:p>
    <w:p w:rsidR="008B3471" w:rsidRPr="008273AB" w:rsidRDefault="001C478F">
      <w:pPr>
        <w:autoSpaceDE w:val="0"/>
        <w:autoSpaceDN w:val="0"/>
        <w:spacing w:before="72" w:after="0" w:line="271" w:lineRule="auto"/>
        <w:ind w:right="201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Универсальное издание.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Гринина-Земскова А. М.. Обучение сочинениям. 5-9 классы.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Цветкова Г. В. Литература. 5-11 классы. Проектная деятельность учащихся. ФГОС</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9 КЛАСС</w:t>
      </w:r>
    </w:p>
    <w:p w:rsidR="008B3471" w:rsidRPr="008273AB" w:rsidRDefault="001C478F">
      <w:pPr>
        <w:autoSpaceDE w:val="0"/>
        <w:autoSpaceDN w:val="0"/>
        <w:spacing w:before="166" w:after="0" w:line="271"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Беляева Н. В.Литература. 9 класс. Методические рекомендации и поурочные разработки. Пособия для учителей и методистов. - Просвещение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Егорова Н. В. Литература. 9 класс. "В помощь школьному учителю". Поурочные разработки.</w:t>
      </w:r>
    </w:p>
    <w:p w:rsidR="008B3471" w:rsidRPr="008273AB" w:rsidRDefault="001C478F">
      <w:pPr>
        <w:autoSpaceDE w:val="0"/>
        <w:autoSpaceDN w:val="0"/>
        <w:spacing w:before="70" w:after="0" w:line="271" w:lineRule="auto"/>
        <w:ind w:right="2016"/>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Универсальное издание.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 xml:space="preserve">Гринина-Земскова А. М.. Обучение сочинениям. 5-9 классы. ФГОС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Цветкова Г. В. Литература. 5-11 классы. Проектная деятельность учащихся. ФГОС</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ЦИФРОВЫЕ ОБРАЗОВАТЕЛЬНЫЕ РЕСУРСЫ И РЕСУРСЫ СЕТИ ИНТЕРНЕТ</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5 КЛАСС</w:t>
      </w:r>
    </w:p>
    <w:p w:rsidR="008B3471" w:rsidRPr="008273AB" w:rsidRDefault="001C478F">
      <w:pPr>
        <w:autoSpaceDE w:val="0"/>
        <w:autoSpaceDN w:val="0"/>
        <w:spacing w:before="166" w:after="0" w:line="286"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Фундаментальная электронная библиотека “Русская литература и фольклор” (ФЭБ).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feb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Литература для школьников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hallenna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narod</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catalog</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iot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Каталог образовательных ресурсов сети Интернет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Единая коллекция цифровых образовательных ресурсов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w:t>
      </w: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color w:val="000000"/>
          <w:sz w:val="24"/>
        </w:rPr>
        <w:t>september</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Раздел для учителей, созданный на основе материалов, опубликованных в газете "Литература"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litervsh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Журнал "Литература в школе"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openclass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Открытый класс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mlis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Методико-литературный сервер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zavuch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info</w:t>
      </w:r>
      <w:r w:rsidRPr="008273AB">
        <w:rPr>
          <w:rFonts w:ascii="Times New Roman" w:eastAsia="Times New Roman" w:hAnsi="Times New Roman" w:cs="Times New Roman"/>
          <w:color w:val="000000"/>
          <w:sz w:val="24"/>
          <w:lang w:val="ru-RU"/>
        </w:rPr>
        <w:t xml:space="preserve"> - Площадка для обмена опытом, общения и коммуникации работников системы образования.</w:t>
      </w:r>
    </w:p>
    <w:p w:rsidR="008B3471" w:rsidRPr="008273AB" w:rsidRDefault="001C478F">
      <w:pPr>
        <w:autoSpaceDE w:val="0"/>
        <w:autoSpaceDN w:val="0"/>
        <w:spacing w:before="70" w:after="0" w:line="286" w:lineRule="auto"/>
        <w:rPr>
          <w:rFonts w:ascii="Times New Roman" w:hAnsi="Times New Roman" w:cs="Times New Roman"/>
          <w:lang w:val="ru-RU"/>
        </w:rPr>
      </w:pP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proshkolu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Все школы России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ict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ИКТ в образовании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Сеть творческих учителей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pedsovet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org</w:t>
      </w:r>
      <w:r w:rsidRPr="008273AB">
        <w:rPr>
          <w:rFonts w:ascii="Times New Roman" w:eastAsia="Times New Roman" w:hAnsi="Times New Roman" w:cs="Times New Roman"/>
          <w:color w:val="000000"/>
          <w:sz w:val="24"/>
          <w:lang w:val="ru-RU"/>
        </w:rPr>
        <w:t xml:space="preserve"> - виртуальное сообщество взаимопомощи. Идея сайта: "Учитель, помоги учителю!" </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mirslovarei</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Словари и энциклопедии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youtube</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Виртуальные экскурсии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muzeum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Перечень российских литературных музеев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magazines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Электронная библиотека современных литературных журналов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canva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_</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sozdat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prezentatsiya</w:t>
      </w:r>
      <w:r w:rsidRPr="008273AB">
        <w:rPr>
          <w:rFonts w:ascii="Times New Roman" w:eastAsia="Times New Roman" w:hAnsi="Times New Roman" w:cs="Times New Roman"/>
          <w:color w:val="000000"/>
          <w:sz w:val="24"/>
          <w:lang w:val="ru-RU"/>
        </w:rPr>
        <w:t xml:space="preserve">/ - Конструктор для создания презентаций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ЕКЦОР:</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school</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p>
    <w:p w:rsidR="008B3471" w:rsidRPr="008273AB" w:rsidRDefault="008B3471">
      <w:pPr>
        <w:rPr>
          <w:rFonts w:ascii="Times New Roman" w:hAnsi="Times New Roman" w:cs="Times New Roman"/>
          <w:lang w:val="ru-RU"/>
        </w:rPr>
        <w:sectPr w:rsidR="008B3471" w:rsidRPr="008273AB">
          <w:pgSz w:w="11900" w:h="16840"/>
          <w:pgMar w:top="298" w:right="692" w:bottom="402" w:left="666" w:header="720" w:footer="720" w:gutter="0"/>
          <w:cols w:space="720" w:equalWidth="0">
            <w:col w:w="10542"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30" w:lineRule="auto"/>
        <w:rPr>
          <w:rFonts w:ascii="Times New Roman" w:hAnsi="Times New Roman" w:cs="Times New Roman"/>
          <w:lang w:val="ru-RU"/>
        </w:rPr>
      </w:pPr>
      <w:r w:rsidRPr="008273AB">
        <w:rPr>
          <w:rFonts w:ascii="Times New Roman" w:eastAsia="Times New Roman" w:hAnsi="Times New Roman" w:cs="Times New Roman"/>
          <w:color w:val="000000"/>
          <w:sz w:val="24"/>
          <w:lang w:val="ru-RU"/>
        </w:rPr>
        <w:t>РЭШ:</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resh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subject</w:t>
      </w:r>
      <w:r w:rsidRPr="008273AB">
        <w:rPr>
          <w:rFonts w:ascii="Times New Roman" w:eastAsia="Times New Roman" w:hAnsi="Times New Roman" w:cs="Times New Roman"/>
          <w:color w:val="000000"/>
          <w:sz w:val="24"/>
          <w:lang w:val="ru-RU"/>
        </w:rPr>
        <w:t>/14/5/</w:t>
      </w:r>
    </w:p>
    <w:p w:rsidR="008B3471" w:rsidRPr="008273AB" w:rsidRDefault="001C478F">
      <w:pPr>
        <w:autoSpaceDE w:val="0"/>
        <w:autoSpaceDN w:val="0"/>
        <w:spacing w:before="38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6 КЛАСС</w:t>
      </w:r>
    </w:p>
    <w:p w:rsidR="008B3471" w:rsidRPr="008273AB" w:rsidRDefault="001C478F">
      <w:pPr>
        <w:autoSpaceDE w:val="0"/>
        <w:autoSpaceDN w:val="0"/>
        <w:spacing w:before="166" w:after="0" w:line="286"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Фундаментальная электронная библиотека “Русская литература и фольклор” (ФЭБ).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feb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Литература для школьников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hallenna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narod</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catalog</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iot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Каталог образовательных ресурсов сети Интернет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Единая коллекция цифровых образовательных ресурсов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w:t>
      </w: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color w:val="000000"/>
          <w:sz w:val="24"/>
        </w:rPr>
        <w:t>september</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Раздел для учителей, созданный на основе материалов, опубликованных в газете "Литература"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litervsh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Журнал "Литература в школе"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openclass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Открытый класс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mlis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Методико-литературный сервер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zavuch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info</w:t>
      </w:r>
      <w:r w:rsidRPr="008273AB">
        <w:rPr>
          <w:rFonts w:ascii="Times New Roman" w:eastAsia="Times New Roman" w:hAnsi="Times New Roman" w:cs="Times New Roman"/>
          <w:color w:val="000000"/>
          <w:sz w:val="24"/>
          <w:lang w:val="ru-RU"/>
        </w:rPr>
        <w:t xml:space="preserve"> - Площадка для обмена опытом, общения и коммуникации работников системы образования.</w:t>
      </w:r>
    </w:p>
    <w:p w:rsidR="008B3471" w:rsidRPr="008273AB" w:rsidRDefault="001C478F">
      <w:pPr>
        <w:autoSpaceDE w:val="0"/>
        <w:autoSpaceDN w:val="0"/>
        <w:spacing w:before="70" w:after="0" w:line="286" w:lineRule="auto"/>
        <w:rPr>
          <w:rFonts w:ascii="Times New Roman" w:hAnsi="Times New Roman" w:cs="Times New Roman"/>
          <w:lang w:val="ru-RU"/>
        </w:rPr>
      </w:pP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proshkolu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Все школы России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ict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ИКТ в образовании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Сеть творческих учителей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pedsovet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org</w:t>
      </w:r>
      <w:r w:rsidRPr="008273AB">
        <w:rPr>
          <w:rFonts w:ascii="Times New Roman" w:eastAsia="Times New Roman" w:hAnsi="Times New Roman" w:cs="Times New Roman"/>
          <w:color w:val="000000"/>
          <w:sz w:val="24"/>
          <w:lang w:val="ru-RU"/>
        </w:rPr>
        <w:t xml:space="preserve"> - виртуальное сообщество взаимопомощи. Идея сайта: "Учитель, помоги учителю!" </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mirslovarei</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Словари и энциклопедии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youtube</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Виртуальные экскурсии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muzeum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Перечень российских литературных музеев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magazines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Электронная библиотека современных литературных журналов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canva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_</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sozdat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prezentatsiya</w:t>
      </w:r>
      <w:r w:rsidRPr="008273AB">
        <w:rPr>
          <w:rFonts w:ascii="Times New Roman" w:eastAsia="Times New Roman" w:hAnsi="Times New Roman" w:cs="Times New Roman"/>
          <w:color w:val="000000"/>
          <w:sz w:val="24"/>
          <w:lang w:val="ru-RU"/>
        </w:rPr>
        <w:t xml:space="preserve">/ - Конструктор для создания презентаций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ЕКЦОР:</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school</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РЭШ:</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resh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subject</w:t>
      </w:r>
      <w:r w:rsidRPr="008273AB">
        <w:rPr>
          <w:rFonts w:ascii="Times New Roman" w:eastAsia="Times New Roman" w:hAnsi="Times New Roman" w:cs="Times New Roman"/>
          <w:color w:val="000000"/>
          <w:sz w:val="24"/>
          <w:lang w:val="ru-RU"/>
        </w:rPr>
        <w:t>/14/6/</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7 КЛАСС</w:t>
      </w:r>
    </w:p>
    <w:p w:rsidR="008B3471" w:rsidRPr="008273AB" w:rsidRDefault="001C478F">
      <w:pPr>
        <w:autoSpaceDE w:val="0"/>
        <w:autoSpaceDN w:val="0"/>
        <w:spacing w:before="166" w:after="0" w:line="286"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Фундаментальная электронная библиотека “Русская литература и фольклор” (ФЭБ).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feb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Литература для школьников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hallenna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narod</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catalog</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iot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Каталог образовательных ресурсов сети Интернет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Единая коллекция цифровых образовательных ресурсов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w:t>
      </w: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color w:val="000000"/>
          <w:sz w:val="24"/>
        </w:rPr>
        <w:t>september</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Раздел для учителей, созданный на основе материалов, опубликованных в газете "Литература"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litervsh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Журнал "Литература в школе"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openclass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Открытый класс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mlis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Методико-литературный сервер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zavuch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info</w:t>
      </w:r>
      <w:r w:rsidRPr="008273AB">
        <w:rPr>
          <w:rFonts w:ascii="Times New Roman" w:eastAsia="Times New Roman" w:hAnsi="Times New Roman" w:cs="Times New Roman"/>
          <w:color w:val="000000"/>
          <w:sz w:val="24"/>
          <w:lang w:val="ru-RU"/>
        </w:rPr>
        <w:t xml:space="preserve"> - Площадка для обмена опытом, общения и коммуникации работников системы образования.</w:t>
      </w:r>
    </w:p>
    <w:p w:rsidR="008B3471" w:rsidRPr="008273AB" w:rsidRDefault="001C478F">
      <w:pPr>
        <w:autoSpaceDE w:val="0"/>
        <w:autoSpaceDN w:val="0"/>
        <w:spacing w:before="70" w:after="0" w:line="286" w:lineRule="auto"/>
        <w:rPr>
          <w:rFonts w:ascii="Times New Roman" w:hAnsi="Times New Roman" w:cs="Times New Roman"/>
          <w:lang w:val="ru-RU"/>
        </w:rPr>
      </w:pP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proshkolu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Все школы России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ict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ИКТ в образовании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Сеть творческих учителей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pedsovet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org</w:t>
      </w:r>
      <w:r w:rsidRPr="008273AB">
        <w:rPr>
          <w:rFonts w:ascii="Times New Roman" w:eastAsia="Times New Roman" w:hAnsi="Times New Roman" w:cs="Times New Roman"/>
          <w:color w:val="000000"/>
          <w:sz w:val="24"/>
          <w:lang w:val="ru-RU"/>
        </w:rPr>
        <w:t xml:space="preserve"> - виртуальное сообщество взаимопомощи. Идея сайта: "Учитель, помоги учителю!" </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mirslovarei</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Словари и энциклопедии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youtube</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Виртуальные экскурсии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muzeum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Перечень российских литературных музеев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magazines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Электронная библиотека современных литературных журналов </w:t>
      </w:r>
    </w:p>
    <w:p w:rsidR="008B3471" w:rsidRPr="008273AB" w:rsidRDefault="008B3471">
      <w:pPr>
        <w:rPr>
          <w:rFonts w:ascii="Times New Roman" w:hAnsi="Times New Roman" w:cs="Times New Roman"/>
          <w:lang w:val="ru-RU"/>
        </w:rPr>
        <w:sectPr w:rsidR="008B3471" w:rsidRPr="008273AB">
          <w:pgSz w:w="11900" w:h="16840"/>
          <w:pgMar w:top="286" w:right="736" w:bottom="428" w:left="666" w:header="720" w:footer="720" w:gutter="0"/>
          <w:cols w:space="720" w:equalWidth="0">
            <w:col w:w="10498"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line="271" w:lineRule="auto"/>
        <w:ind w:right="1296"/>
        <w:rPr>
          <w:rFonts w:ascii="Times New Roman" w:hAnsi="Times New Roman" w:cs="Times New Roman"/>
          <w:lang w:val="ru-RU"/>
        </w:rPr>
      </w:pP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canva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_</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sozdat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prezentatsiya</w:t>
      </w:r>
      <w:r w:rsidRPr="008273AB">
        <w:rPr>
          <w:rFonts w:ascii="Times New Roman" w:eastAsia="Times New Roman" w:hAnsi="Times New Roman" w:cs="Times New Roman"/>
          <w:color w:val="000000"/>
          <w:sz w:val="24"/>
          <w:lang w:val="ru-RU"/>
        </w:rPr>
        <w:t>/ - Конструктор для создания презентаций ЕКЦОР:</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school</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РЭШ:</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resh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subject</w:t>
      </w:r>
      <w:r w:rsidRPr="008273AB">
        <w:rPr>
          <w:rFonts w:ascii="Times New Roman" w:eastAsia="Times New Roman" w:hAnsi="Times New Roman" w:cs="Times New Roman"/>
          <w:color w:val="000000"/>
          <w:sz w:val="24"/>
          <w:lang w:val="ru-RU"/>
        </w:rPr>
        <w:t>/14/7/</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8 КЛАСС</w:t>
      </w:r>
    </w:p>
    <w:p w:rsidR="008B3471" w:rsidRPr="008273AB" w:rsidRDefault="001C478F">
      <w:pPr>
        <w:autoSpaceDE w:val="0"/>
        <w:autoSpaceDN w:val="0"/>
        <w:spacing w:before="166" w:after="0" w:line="286"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Фундаментальная электронная библиотека “Русская литература и фольклор” (ФЭБ).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feb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Литература для школьников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hallenna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narod</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catalog</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iot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Каталог образовательных ресурсов сети Интернет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Единая коллекция цифровых образовательных ресурсов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w:t>
      </w: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color w:val="000000"/>
          <w:sz w:val="24"/>
        </w:rPr>
        <w:t>september</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Раздел для учителей, созданный на основе материалов, опубликованных в газете "Литература"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litervsh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Журнал "Литература в школе"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openclass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Открытый класс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mlis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Методико-литературный сервер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zavuch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info</w:t>
      </w:r>
      <w:r w:rsidRPr="008273AB">
        <w:rPr>
          <w:rFonts w:ascii="Times New Roman" w:eastAsia="Times New Roman" w:hAnsi="Times New Roman" w:cs="Times New Roman"/>
          <w:color w:val="000000"/>
          <w:sz w:val="24"/>
          <w:lang w:val="ru-RU"/>
        </w:rPr>
        <w:t xml:space="preserve"> - Площадка для обмена опытом, общения и коммуникации работников системы образования.</w:t>
      </w:r>
    </w:p>
    <w:p w:rsidR="008B3471" w:rsidRPr="008273AB" w:rsidRDefault="001C478F">
      <w:pPr>
        <w:autoSpaceDE w:val="0"/>
        <w:autoSpaceDN w:val="0"/>
        <w:spacing w:before="70" w:after="0" w:line="286" w:lineRule="auto"/>
        <w:rPr>
          <w:rFonts w:ascii="Times New Roman" w:hAnsi="Times New Roman" w:cs="Times New Roman"/>
          <w:lang w:val="ru-RU"/>
        </w:rPr>
      </w:pP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proshkolu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Все школы России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ict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ИКТ в образовании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Сеть творческих учителей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pedsovet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org</w:t>
      </w:r>
      <w:r w:rsidRPr="008273AB">
        <w:rPr>
          <w:rFonts w:ascii="Times New Roman" w:eastAsia="Times New Roman" w:hAnsi="Times New Roman" w:cs="Times New Roman"/>
          <w:color w:val="000000"/>
          <w:sz w:val="24"/>
          <w:lang w:val="ru-RU"/>
        </w:rPr>
        <w:t xml:space="preserve"> - виртуальное сообщество взаимопомощи. Идея сайта: "Учитель, помоги учителю!" </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mirslovarei</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Словари и энциклопедии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youtube</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Виртуальные экскурсии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muzeum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Перечень российских литературных музеев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magazines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Электронная библиотека современных литературных журналов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canva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_</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sozdat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prezentatsiya</w:t>
      </w:r>
      <w:r w:rsidRPr="008273AB">
        <w:rPr>
          <w:rFonts w:ascii="Times New Roman" w:eastAsia="Times New Roman" w:hAnsi="Times New Roman" w:cs="Times New Roman"/>
          <w:color w:val="000000"/>
          <w:sz w:val="24"/>
          <w:lang w:val="ru-RU"/>
        </w:rPr>
        <w:t xml:space="preserve">/ - Конструктор для создания презентаций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ЕКЦОР:</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school</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РЭШ:</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resh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subject</w:t>
      </w:r>
      <w:r w:rsidRPr="008273AB">
        <w:rPr>
          <w:rFonts w:ascii="Times New Roman" w:eastAsia="Times New Roman" w:hAnsi="Times New Roman" w:cs="Times New Roman"/>
          <w:color w:val="000000"/>
          <w:sz w:val="24"/>
          <w:lang w:val="ru-RU"/>
        </w:rPr>
        <w:t>/14/8/</w:t>
      </w:r>
    </w:p>
    <w:p w:rsidR="008B3471" w:rsidRPr="008273AB" w:rsidRDefault="001C478F">
      <w:pPr>
        <w:autoSpaceDE w:val="0"/>
        <w:autoSpaceDN w:val="0"/>
        <w:spacing w:before="262" w:after="0" w:line="230" w:lineRule="auto"/>
        <w:rPr>
          <w:rFonts w:ascii="Times New Roman" w:hAnsi="Times New Roman" w:cs="Times New Roman"/>
          <w:lang w:val="ru-RU"/>
        </w:rPr>
      </w:pPr>
      <w:r w:rsidRPr="008273AB">
        <w:rPr>
          <w:rFonts w:ascii="Times New Roman" w:eastAsia="Times New Roman" w:hAnsi="Times New Roman" w:cs="Times New Roman"/>
          <w:b/>
          <w:color w:val="000000"/>
          <w:sz w:val="24"/>
          <w:lang w:val="ru-RU"/>
        </w:rPr>
        <w:t>9 КЛАСС</w:t>
      </w:r>
    </w:p>
    <w:p w:rsidR="008B3471" w:rsidRPr="008273AB" w:rsidRDefault="001C478F">
      <w:pPr>
        <w:autoSpaceDE w:val="0"/>
        <w:autoSpaceDN w:val="0"/>
        <w:spacing w:before="166" w:after="0" w:line="286" w:lineRule="auto"/>
        <w:ind w:right="144"/>
        <w:rPr>
          <w:rFonts w:ascii="Times New Roman" w:hAnsi="Times New Roman" w:cs="Times New Roman"/>
          <w:lang w:val="ru-RU"/>
        </w:rPr>
      </w:pPr>
      <w:r w:rsidRPr="008273AB">
        <w:rPr>
          <w:rFonts w:ascii="Times New Roman" w:eastAsia="Times New Roman" w:hAnsi="Times New Roman" w:cs="Times New Roman"/>
          <w:color w:val="000000"/>
          <w:sz w:val="24"/>
          <w:lang w:val="ru-RU"/>
        </w:rPr>
        <w:t xml:space="preserve">Фундаментальная электронная библиотека “Русская литература и фольклор” (ФЭБ).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feb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web</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Литература для школьников </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hallenna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narod</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catalog</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iot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Каталог образовательных ресурсов сети Интернет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Единая коллекция цифровых образовательных ресурсов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w:t>
      </w:r>
      <w:r w:rsidRPr="008273AB">
        <w:rPr>
          <w:rFonts w:ascii="Times New Roman" w:eastAsia="Times New Roman" w:hAnsi="Times New Roman" w:cs="Times New Roman"/>
          <w:color w:val="000000"/>
          <w:sz w:val="24"/>
          <w:lang w:val="ru-RU"/>
        </w:rPr>
        <w:t>.1</w:t>
      </w:r>
      <w:r w:rsidRPr="008273AB">
        <w:rPr>
          <w:rFonts w:ascii="Times New Roman" w:eastAsia="Times New Roman" w:hAnsi="Times New Roman" w:cs="Times New Roman"/>
          <w:color w:val="000000"/>
          <w:sz w:val="24"/>
        </w:rPr>
        <w:t>september</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Раздел для учителей, созданный на основе материалов, опубликованных в газете "Литература"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litervsh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Журнал "Литература в школе"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openclass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Открытый класс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mlis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Методико-литературный сервер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zavuch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info</w:t>
      </w:r>
      <w:r w:rsidRPr="008273AB">
        <w:rPr>
          <w:rFonts w:ascii="Times New Roman" w:eastAsia="Times New Roman" w:hAnsi="Times New Roman" w:cs="Times New Roman"/>
          <w:color w:val="000000"/>
          <w:sz w:val="24"/>
          <w:lang w:val="ru-RU"/>
        </w:rPr>
        <w:t xml:space="preserve"> - Площадка для обмена опытом, общения и коммуникации работников системы образования.</w:t>
      </w:r>
    </w:p>
    <w:p w:rsidR="008B3471" w:rsidRPr="008273AB" w:rsidRDefault="001C478F">
      <w:pPr>
        <w:autoSpaceDE w:val="0"/>
        <w:autoSpaceDN w:val="0"/>
        <w:spacing w:before="70" w:after="0" w:line="283" w:lineRule="auto"/>
        <w:rPr>
          <w:rFonts w:ascii="Times New Roman" w:hAnsi="Times New Roman" w:cs="Times New Roman"/>
          <w:lang w:val="ru-RU"/>
        </w:rPr>
      </w:pP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proshkolu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Все школы России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ict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ИКТ в образовании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it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Сеть творческих учителей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pedsovet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org</w:t>
      </w:r>
      <w:r w:rsidRPr="008273AB">
        <w:rPr>
          <w:rFonts w:ascii="Times New Roman" w:eastAsia="Times New Roman" w:hAnsi="Times New Roman" w:cs="Times New Roman"/>
          <w:color w:val="000000"/>
          <w:sz w:val="24"/>
          <w:lang w:val="ru-RU"/>
        </w:rPr>
        <w:t xml:space="preserve"> - виртуальное сообщество взаимопомощи. Идея сайта: "Учитель, помоги учителю!" </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mirslovarei</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Словари и энциклопедии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youtube</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 xml:space="preserve"> - Виртуальные экскурсии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muzeum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Перечень российских литературных музеев </w:t>
      </w:r>
    </w:p>
    <w:p w:rsidR="008B3471" w:rsidRPr="008273AB" w:rsidRDefault="008B3471">
      <w:pPr>
        <w:rPr>
          <w:rFonts w:ascii="Times New Roman" w:hAnsi="Times New Roman" w:cs="Times New Roman"/>
          <w:lang w:val="ru-RU"/>
        </w:rPr>
        <w:sectPr w:rsidR="008B3471" w:rsidRPr="008273AB">
          <w:pgSz w:w="11900" w:h="16840"/>
          <w:pgMar w:top="286" w:right="736" w:bottom="318" w:left="666" w:header="720" w:footer="720" w:gutter="0"/>
          <w:cols w:space="720" w:equalWidth="0">
            <w:col w:w="10498" w:space="0"/>
          </w:cols>
          <w:docGrid w:linePitch="360"/>
        </w:sectPr>
      </w:pPr>
    </w:p>
    <w:p w:rsidR="008B3471" w:rsidRPr="008273AB" w:rsidRDefault="008B3471">
      <w:pPr>
        <w:autoSpaceDE w:val="0"/>
        <w:autoSpaceDN w:val="0"/>
        <w:spacing w:after="66" w:line="220" w:lineRule="exact"/>
        <w:rPr>
          <w:rFonts w:ascii="Times New Roman" w:hAnsi="Times New Roman" w:cs="Times New Roman"/>
          <w:lang w:val="ru-RU"/>
        </w:rPr>
      </w:pPr>
    </w:p>
    <w:p w:rsidR="008B3471" w:rsidRPr="008273AB" w:rsidRDefault="001C478F">
      <w:pPr>
        <w:autoSpaceDE w:val="0"/>
        <w:autoSpaceDN w:val="0"/>
        <w:spacing w:after="0"/>
        <w:ind w:right="576"/>
        <w:rPr>
          <w:rFonts w:ascii="Times New Roman" w:hAnsi="Times New Roman" w:cs="Times New Roman"/>
          <w:lang w:val="ru-RU"/>
        </w:rPr>
      </w:pPr>
      <w:r w:rsidRPr="008273AB">
        <w:rPr>
          <w:rFonts w:ascii="Times New Roman" w:eastAsia="Times New Roman" w:hAnsi="Times New Roman" w:cs="Times New Roman"/>
          <w:color w:val="000000"/>
          <w:sz w:val="24"/>
        </w:rPr>
        <w:t>magazines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russ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 Электронная библиотека современных литературных журналов </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www</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canva</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com</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_</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sozdat</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prezentatsiya</w:t>
      </w:r>
      <w:r w:rsidRPr="008273AB">
        <w:rPr>
          <w:rFonts w:ascii="Times New Roman" w:eastAsia="Times New Roman" w:hAnsi="Times New Roman" w:cs="Times New Roman"/>
          <w:color w:val="000000"/>
          <w:sz w:val="24"/>
          <w:lang w:val="ru-RU"/>
        </w:rPr>
        <w:t>/ - Конструктор для создания презентаций ЕКЦОР:</w:t>
      </w:r>
      <w:r w:rsidRPr="008273AB">
        <w:rPr>
          <w:rFonts w:ascii="Times New Roman" w:eastAsia="Times New Roman" w:hAnsi="Times New Roman" w:cs="Times New Roman"/>
          <w:color w:val="000000"/>
          <w:sz w:val="24"/>
        </w:rPr>
        <w:t>http</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school</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collection</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 xml:space="preserve">/ </w:t>
      </w:r>
      <w:r w:rsidRPr="008273AB">
        <w:rPr>
          <w:rFonts w:ascii="Times New Roman" w:hAnsi="Times New Roman" w:cs="Times New Roman"/>
          <w:lang w:val="ru-RU"/>
        </w:rPr>
        <w:br/>
      </w:r>
      <w:r w:rsidRPr="008273AB">
        <w:rPr>
          <w:rFonts w:ascii="Times New Roman" w:eastAsia="Times New Roman" w:hAnsi="Times New Roman" w:cs="Times New Roman"/>
          <w:color w:val="000000"/>
          <w:sz w:val="24"/>
          <w:lang w:val="ru-RU"/>
        </w:rPr>
        <w:t>РЭШ:</w:t>
      </w:r>
      <w:r w:rsidRPr="008273AB">
        <w:rPr>
          <w:rFonts w:ascii="Times New Roman" w:eastAsia="Times New Roman" w:hAnsi="Times New Roman" w:cs="Times New Roman"/>
          <w:color w:val="000000"/>
          <w:sz w:val="24"/>
        </w:rPr>
        <w:t>https</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resh</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edu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ru</w:t>
      </w:r>
      <w:r w:rsidRPr="008273AB">
        <w:rPr>
          <w:rFonts w:ascii="Times New Roman" w:eastAsia="Times New Roman" w:hAnsi="Times New Roman" w:cs="Times New Roman"/>
          <w:color w:val="000000"/>
          <w:sz w:val="24"/>
          <w:lang w:val="ru-RU"/>
        </w:rPr>
        <w:t>/</w:t>
      </w:r>
      <w:r w:rsidRPr="008273AB">
        <w:rPr>
          <w:rFonts w:ascii="Times New Roman" w:eastAsia="Times New Roman" w:hAnsi="Times New Roman" w:cs="Times New Roman"/>
          <w:color w:val="000000"/>
          <w:sz w:val="24"/>
        </w:rPr>
        <w:t>subject</w:t>
      </w:r>
      <w:r w:rsidRPr="008273AB">
        <w:rPr>
          <w:rFonts w:ascii="Times New Roman" w:eastAsia="Times New Roman" w:hAnsi="Times New Roman" w:cs="Times New Roman"/>
          <w:color w:val="000000"/>
          <w:sz w:val="24"/>
          <w:lang w:val="ru-RU"/>
        </w:rPr>
        <w:t>/14/9/</w:t>
      </w:r>
    </w:p>
    <w:p w:rsidR="008B3471" w:rsidRPr="00CA35E1" w:rsidRDefault="008B3471">
      <w:pPr>
        <w:rPr>
          <w:lang w:val="ru-RU"/>
        </w:rPr>
        <w:sectPr w:rsidR="008B3471" w:rsidRPr="00CA35E1">
          <w:pgSz w:w="11900" w:h="16840"/>
          <w:pgMar w:top="286" w:right="1440" w:bottom="1440" w:left="666" w:header="720" w:footer="720" w:gutter="0"/>
          <w:cols w:space="720" w:equalWidth="0">
            <w:col w:w="9794" w:space="0"/>
          </w:cols>
          <w:docGrid w:linePitch="360"/>
        </w:sectPr>
      </w:pPr>
    </w:p>
    <w:p w:rsidR="008B3471" w:rsidRPr="00CA35E1" w:rsidRDefault="008B3471">
      <w:pPr>
        <w:autoSpaceDE w:val="0"/>
        <w:autoSpaceDN w:val="0"/>
        <w:spacing w:after="78" w:line="220" w:lineRule="exact"/>
        <w:rPr>
          <w:lang w:val="ru-RU"/>
        </w:rPr>
      </w:pPr>
    </w:p>
    <w:p w:rsidR="008B3471" w:rsidRPr="00CA35E1" w:rsidRDefault="001C478F">
      <w:pPr>
        <w:autoSpaceDE w:val="0"/>
        <w:autoSpaceDN w:val="0"/>
        <w:spacing w:after="0" w:line="379" w:lineRule="auto"/>
        <w:ind w:right="432"/>
        <w:rPr>
          <w:lang w:val="ru-RU"/>
        </w:rPr>
      </w:pPr>
      <w:r w:rsidRPr="00CA35E1">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CA35E1">
        <w:rPr>
          <w:lang w:val="ru-RU"/>
        </w:rPr>
        <w:br/>
      </w:r>
      <w:r w:rsidRPr="00CA35E1">
        <w:rPr>
          <w:rFonts w:ascii="Times New Roman" w:eastAsia="Times New Roman" w:hAnsi="Times New Roman"/>
          <w:color w:val="000000"/>
          <w:sz w:val="24"/>
          <w:lang w:val="ru-RU"/>
        </w:rPr>
        <w:t xml:space="preserve">Ноутбук, интерактивная доска, мультимедийный проектор, таблицы, портреты, индивидуальные карточки </w:t>
      </w:r>
      <w:r w:rsidRPr="00CA35E1">
        <w:rPr>
          <w:lang w:val="ru-RU"/>
        </w:rPr>
        <w:br/>
      </w:r>
      <w:r w:rsidRPr="00CA35E1">
        <w:rPr>
          <w:rFonts w:ascii="Times New Roman" w:eastAsia="Times New Roman" w:hAnsi="Times New Roman"/>
          <w:b/>
          <w:color w:val="000000"/>
          <w:sz w:val="24"/>
          <w:lang w:val="ru-RU"/>
        </w:rPr>
        <w:t>ОБОРУДОВАНИЕ ДЛЯ ПРОВЕДЕНИЯ ПРАКТИЧЕСКИХ РАБОТ</w:t>
      </w:r>
    </w:p>
    <w:p w:rsidR="008B3471" w:rsidRPr="00CA35E1" w:rsidRDefault="008B3471">
      <w:pPr>
        <w:rPr>
          <w:lang w:val="ru-RU"/>
        </w:rPr>
        <w:sectPr w:rsidR="008B3471" w:rsidRPr="00CA35E1">
          <w:pgSz w:w="11900" w:h="16840"/>
          <w:pgMar w:top="298" w:right="650" w:bottom="1440" w:left="666" w:header="720" w:footer="720" w:gutter="0"/>
          <w:cols w:space="720" w:equalWidth="0">
            <w:col w:w="10584" w:space="0"/>
          </w:cols>
          <w:docGrid w:linePitch="360"/>
        </w:sectPr>
      </w:pPr>
    </w:p>
    <w:p w:rsidR="001C478F" w:rsidRPr="00CA35E1" w:rsidRDefault="001C478F">
      <w:pPr>
        <w:rPr>
          <w:lang w:val="ru-RU"/>
        </w:rPr>
      </w:pPr>
    </w:p>
    <w:sectPr w:rsidR="001C478F" w:rsidRPr="00CA35E1"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6CD07F3"/>
    <w:multiLevelType w:val="hybridMultilevel"/>
    <w:tmpl w:val="07C0C14C"/>
    <w:lvl w:ilvl="0" w:tplc="EFAEACB2">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4D0DC1"/>
    <w:multiLevelType w:val="hybridMultilevel"/>
    <w:tmpl w:val="E982A0CC"/>
    <w:lvl w:ilvl="0" w:tplc="EFAEACB2">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914DE1"/>
    <w:multiLevelType w:val="hybridMultilevel"/>
    <w:tmpl w:val="CE98536A"/>
    <w:lvl w:ilvl="0" w:tplc="67EAF4D2">
      <w:start w:val="1"/>
      <w:numFmt w:val="decimal"/>
      <w:lvlText w:val="%1."/>
      <w:lvlJc w:val="left"/>
      <w:pPr>
        <w:ind w:left="720" w:hanging="36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7B5CDC"/>
    <w:multiLevelType w:val="hybridMultilevel"/>
    <w:tmpl w:val="2730B9BA"/>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740675"/>
    <w:multiLevelType w:val="hybridMultilevel"/>
    <w:tmpl w:val="EB3037F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315AC7"/>
    <w:multiLevelType w:val="hybridMultilevel"/>
    <w:tmpl w:val="8CF041BA"/>
    <w:lvl w:ilvl="0" w:tplc="5D5E5A1E">
      <w:start w:val="1"/>
      <w:numFmt w:val="upperRoman"/>
      <w:lvlText w:val="%1."/>
      <w:lvlJc w:val="left"/>
      <w:pPr>
        <w:ind w:left="1080" w:hanging="72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3"/>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C478F"/>
    <w:rsid w:val="0029639D"/>
    <w:rsid w:val="002B3627"/>
    <w:rsid w:val="00326F90"/>
    <w:rsid w:val="0069273C"/>
    <w:rsid w:val="0072122D"/>
    <w:rsid w:val="00751F45"/>
    <w:rsid w:val="008273AB"/>
    <w:rsid w:val="008B3471"/>
    <w:rsid w:val="00AA1D8D"/>
    <w:rsid w:val="00B47730"/>
    <w:rsid w:val="00CA35E1"/>
    <w:rsid w:val="00CB0664"/>
    <w:rsid w:val="00D63F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a1"/>
    <w:uiPriority w:val="1"/>
    <w:qFormat/>
    <w:rsid w:val="002B3627"/>
    <w:pPr>
      <w:widowControl w:val="0"/>
      <w:autoSpaceDE w:val="0"/>
      <w:autoSpaceDN w:val="0"/>
      <w:spacing w:after="0" w:line="240" w:lineRule="auto"/>
      <w:ind w:left="107"/>
    </w:pPr>
    <w:rPr>
      <w:rFonts w:ascii="Times New Roman" w:eastAsia="Times New Roman" w:hAnsi="Times New Roman" w:cs="Times New Roman"/>
      <w:lang w:val="ru-RU"/>
    </w:rPr>
  </w:style>
  <w:style w:type="character" w:customStyle="1" w:styleId="af">
    <w:name w:val="Абзац списка Знак"/>
    <w:link w:val="ae"/>
    <w:uiPriority w:val="34"/>
    <w:qFormat/>
    <w:locked/>
    <w:rsid w:val="002B3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a1"/>
    <w:uiPriority w:val="1"/>
    <w:qFormat/>
    <w:rsid w:val="002B3627"/>
    <w:pPr>
      <w:widowControl w:val="0"/>
      <w:autoSpaceDE w:val="0"/>
      <w:autoSpaceDN w:val="0"/>
      <w:spacing w:after="0" w:line="240" w:lineRule="auto"/>
      <w:ind w:left="107"/>
    </w:pPr>
    <w:rPr>
      <w:rFonts w:ascii="Times New Roman" w:eastAsia="Times New Roman" w:hAnsi="Times New Roman" w:cs="Times New Roman"/>
      <w:lang w:val="ru-RU"/>
    </w:rPr>
  </w:style>
  <w:style w:type="character" w:customStyle="1" w:styleId="af">
    <w:name w:val="Абзац списка Знак"/>
    <w:link w:val="ae"/>
    <w:uiPriority w:val="34"/>
    <w:qFormat/>
    <w:locked/>
    <w:rsid w:val="002B3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1BB3-9487-4F69-A213-DF8A7D556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17057</Words>
  <Characters>97227</Characters>
  <Application>Microsoft Office Word</Application>
  <DocSecurity>0</DocSecurity>
  <Lines>810</Lines>
  <Paragraphs>228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cp:lastModifiedBy>
  <cp:revision>2</cp:revision>
  <dcterms:created xsi:type="dcterms:W3CDTF">2023-02-13T11:53:00Z</dcterms:created>
  <dcterms:modified xsi:type="dcterms:W3CDTF">2023-02-13T11:53:00Z</dcterms:modified>
</cp:coreProperties>
</file>